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5Sd/95/2014 z 9. 12. 2014</w:t>
      </w:r>
    </w:p>
    <w:p>
      <w:r>
        <w:t>Rozsudok Krajského súdu Bratislava z 9. decembra 2014, sp. zn. 5Sd/95/2014, ECLI:SK:KSBA:2014:1014200901.1</w:t>
      </w:r>
    </w:p>
    <w:p>
      <w:r>
        <w:t>Súd: Krajský súd Bratislava</w:t>
      </w:r>
    </w:p>
    <w:p>
      <w:r>
        <w:t>Spisová značka: 5Sd/95/2014</w:t>
      </w:r>
    </w:p>
    <w:p>
      <w:r>
        <w:t>ECLI: ECLI:SK:KSBA:2014:1014200901.1</w:t>
      </w:r>
    </w:p>
    <w:p>
      <w:r>
        <w:t>Dátum vydania: 9. 12. 2014</w:t>
      </w:r>
    </w:p>
    <w:p>
      <w:r>
        <w:t>Forma: Rozsudok</w:t>
      </w:r>
    </w:p>
    <w:p>
      <w:r>
        <w:t>Oblasť práva: Správne právo</w:t>
      </w:r>
    </w:p>
    <w:p>
      <w:pPr>
        <w:pStyle w:val="Heading2"/>
      </w:pPr>
      <w:r>
        <w:t>Text rozhodnutia</w:t>
      </w:r>
    </w:p>
    <w:p>
      <w:r>
        <w:t>Súd: Krajský súd Bratislava Spisová značka: 5Sd/95/2014 Identifikačné číslo súdneho spisu: 1014200901 Dátum vydania rozhodnutia: 10. 12. 2014 Meno a priezvisko sudcu, VSÚ: JUDr. Milota Tóthová ECLI: ECLI:SK:KSBA:2014:1014200901.1 ROZSUDOK V MENE SLOVENSKEJ REPUBLIKY Krajský súd v Bratislave samosudkyňou JUDr. Milotou Tóthovou v právnej veci navrhovateľa X.. H. U., O. O. XXXXX/XA, O., proti odporkyni Sociálnej poisťovni ústredie, Ul. 29. augusta č. 8-10, Bratislava, o výšku starobného dôchodku, takto r o z h o d o l : Súd rozhodnutia odporkyne číslo XXX XXX XXXX X - H.. - H.. zo dňa 28. mája 2014 p o t v r d z u j e . Účastníkom náhradu trov konania nepriznáva. o d ô v o d n e n i e : Rozhodnutím číslo XXX XXX XXXX X - H.. zo dňa 28. mája 2014 odporkyňa podľa § 259 ods. 1 a podľa § 112 zákona č. 461/2003 Z.z. o sociálnom poistení v znení zákona č. 721/2004 a § 21 zákona č. 100/1988 Zb., o sociálnom zabezpečení v znení neskorších predpisov, článku 19 a čl. 33 ods. 2 Dohovoru č. 128 o invalidných, starobných a pozostalostných dávkach navrhovateľovi uvoľnila od 22. augusta 2003 výplatu starobného dôchodku v sume 3 239 Sk mesačne V uvedenej sume je zahrnutá úprava podľa zákona č. 306/2002 Z.z. o zvýšení dôchodkov v roku 2002, o úprave dôchodkov priznaných v roku 2003 a o zmene a doplnení niektorých zákonov v oblasti sociálneho zabezpečenia v znení zákona č. 639/2002 Z.z. a zvýšenie podľa zákona č. 222/2003 Z.z. o zvýšení dôchodkov v roku 2003 a o zmene a doplnení niektorých zákonov v oblasti sociálneho zabezpečenia o 6% mesačnej sumy, t.j. o 184 Sk mesačne. Podľa § 293a zákona č. 461/2003 Z.z. o sociálnom poistení v znení zákona č. 43/25004 Z.z. navrhovateľovi zvýšila od 1. februára 2004 o 4% mesačnej sumy dôchodku, t.j. o 130 Sk mesačne ma sumu 3 369 Sk mesačne. Podľa § 293a ods. 4 zákona č. 461/2003 Z.z. v znení zákona č. 43/2004 Z.z. a opatrenia Ministerstva práce, sociálnych vecí a rodiny Slovenskej republiky č. 466/2004 Z.z., ktorým sa ustanovuje percento zvýšenia dôchodkových dávok navrhovateľovi od 1. decembra 2004 zvýšila starobný dôchodok o 3,4% mesačnej sumy dôchodku, t.j. o 115 Sk mesačne na sumu 3 484 Sk mesačne. Podľa § 293az ods. 4 zákona č. 461/2003 Z.z. o sociálnom poistení v znení zákona č. 499/2008 Z.z. navrhovateľovi od 20. júla 2005 zvýšila starobný dôchodok o 8,85% mesačnej sumy dôchodku, t.j. o 309 Sk mesačnej sumy na sumu 3 793 Sk mesačne. Podľa § 82 zákona č. 461/2003 Z.z. o sociálnom poistení navrhovateľovi od 1. júla 2006 zvýšila starobný dôchodok o 5,95% mesačnej sumy dôchodku, t.j. o 226 Sk mesačne na sumu 4 019 Sk mesačne. V odôvodnení poukázala na právny názor Krajského súdu v Bratislave č.k. 5 Sd 324/2012-95 zo dňa 13. novembra 2013, ktorým bolo zrušené rozhodnutie číslo XXX XXX XXXX X H.. zo dňa 3. októbra 2012, ktorým bola navrhovateľovi uvoľnená výplata starobného dôchodku v sume 3 494 Sk mesačne, že ustanovenie § 173i zákona č. 100/1988 Zb. o sociálnom zabezpečení v spojení s § 12 ods. 1 a § 21 ods. 3 zákona č. 100/1988 Zb. o sociálnom zabezpečení je možné použiť len v prípadoch, kedy bol starobný dôchodok priznaný osobe, ktorej vznikol nárok na výsluhový dôchodok podľa § 38 alebo § 137 zákona č. 328/2002 Z.z. po 30. júni 2002 a nakoľko navrhovateľ nevykonával službu policajta po 30. júni 2002 a nevznikol mu nárok na výsluhový dôchodok podľa zákona č. 328/2002 Z.z., príspevok za službu sa za výsluhový dôchodok iba považuje, a preto nezodpovedá názoru zákonu názor odporkyne, že navrhovateľ vykonával službu v rozsahu zakladajúcom nárok na výsluhový dôchodok. Z tohto dôvodu k zmene starobného dôchodku s poukazom na § 173i zákona o sociálnom zabezpečení a aj na článok 33 Dohovoru č. 128 došlo v rozpore so zákonom a podľa názoru krajského súdu pokiaľ Najvyšší súd Slovenskej republiky vo svojim rozhodnutí č. 4So 148/2008 zo dňa 28. októbra 2008 v spojení s rozsudkom Krajského súdu v Bratislave č. 5Sd 91/07 zo dňa 10. júna 2008 vyslovil právny názor, že ustanovenie § 173i ods. 1 zákona č. 100/1988 Zb. v znení zákona č. 222/2003 Zz. za účelom spravodlivého nároku na hmotné zabezpečenie v starobe je potrebné vykladať tak, že nezapočítanie profesionálnej služby nemôže mať vplyv na zánik samotného nároku na už priznaný starobný dôchodok, ktorý vznikol pred nadobudnutím účinnosti § 173i ods. 1 zákona č. 100//1988 Zb., ale iba na prípadné prepočítanie podľa pomeru dôb profesionálnej služby a iného obdobia mimo profesionálnej služby k celkovej dobe poistenia a vzhľadom na alternatívnou možnosť prepočtu starobného dôchodku a nie na záväznú povinnosť vykonať takýto prepočet, starobného dôchodku, v prípade navrhovateľa nemal byť vykonaný takýto prepočet ale mal byť uvoľnený starobný dôchodok v pôvodnej výške. V odôvodnení ďalej uviedla, že navrhovateľ žiadosťou spísanou dňa 25. marca 2003 požiadal o priznanie starobného dôchodku od 27. mája 2003. Navrhovateľovi bol právoplatným rozhodnutím číslo XXX XXX XXXX G.o dňa 24. apríla 2003 priznaný starobný dôchodok podľa § 21 zákona č. 100/1988 Zb. o sociálnom poistení v znení zákona č. 107/1999 Z.z. od 27. mája 2003 v sume 8 697 Sk mesačne. Podľa oznámenia Ministerstva vnútra Slovenskej republiky č.p. SPC-117.684-15/5-003 zo dňa 16. júla 2003 bol navrhovateľovi od 1. januára 1992 priznaný podľa § 98 a 99 zákona č. 334/1991 Zb. o služobnom pomere policajtov zaradených vo Federálnom policajnom zbore a Zbore hradnej polície v znení neskorších predpisov príspevok za službu, pre výšku ktorého bola navrhovateľovi zhodnotená doba základnej vojenskej služby od 3. januára 1968 do 22. decembra 1969 v I. kategórii funkcií a doba služby od 24. decembra 1969 do 31. decembra 1991 v I. kategórii funkcií. Od 1. júla 2002 sa podľa § 124 ods. 3 písm. a) zákona č. 328/2002 Z.z. o sociálnom zabezpečení policajtov a vojakov v znení neskorších predpisov príspevok za službu považuje za výsluhový dôchodok. Podľa preukázaného stavu navrhovateľovi nevznikol nárok na výsluhový dôchodok podľa zákona č. 328/2002 Z.z. a bol mu priznaný príspevok za službu, ktorý sa za výsluhový dôchodok iba považuje. Poukázala na právny názor Najvyššieho súdu Slovenskej republiky uverejnený v judikáte R 55/11. Navrhovateľovi bol starobný dôchodok priznaný právoplatným rozhodnutím číslo XXX XXX XXXX zo dňa 24. apríla 2003 od 27. mája 2003 v sume 8 697 Sk mesačne a bol mu odňatý v zmysle § 173i zákona č. 1100/1988 Zb. o sociálnom zabezpečení v znení účinnom od 1. júla 2003 a jeho výplata bola zastavená od 22. augusta 2003. Suma starobného dôchodku určená s prihliadnutím na dobu výkonu služby vypočítaná podľa zákona č. 100/1988 Zb. v znení neskorších predpisov je 8 697 Sk mesačne. Pri rozhodovaní o nároku navrhovateľa odhliadnuc od právneho názoru krajského súdu v tomto individuálnom prípade postupovala so zovšeobecneným právnym názorom Najvyššieho súdu Slovenskej republiky uvedeným v judikátoch R 105/11, R 63/2006 ako aj R 55/2011. Poukázala na článok 33 ods. 2 Dohovoru a uviedla, že nakoľko navrhovateľ je poberateľom dávky z osobitného systému sociálneho zabezpečenia Slovenskej republiky a na určenie sumy starobného dôchodku mu bola započítaná doba služby a osobné vymeriavacie základy dosiahnuté počas výkonu služby, suma starobného dôchodku bola znížená podľa článku 33 ods. 2 Dohovoru č. 128 o sumu starobného dôchodku, zodpovedajúcu obdobiu dôchodkového poistenia, ktorým je doba služby zhodnotená na určenie sumy výsluhového príspevku (príspevku za službu) za celé roky, najviac o sumu výsluhového príspevku (príspevku za službu), ktorá sa vyplácala ku dňu priznania starobného dôchodku. Suma starobného dôchodku zodpovedajúca obdobiu dôchodkového poistenia, ktorým je doba služby zhodnotená na určenie sumy výsluhového príspevku (príspevku za službu) za celé roky, sa určí ako časť sumy starobného dôchodku, ktorá zodpovedá pomeru obdobia dôchodkového poistenia, ktorým je doba služby zhodnotená na určenie sumy výsluhového príspevku (príspevku za službu) za celé roky, k úhrnu obdobia dôchodkového poistenia vrátane doby služby, ktoré je zhodnotené na určenie sumy starobného dôchodku. Suma starobného dôchodku určená podľa zákona č. 100/1988 Zb. 8 697 Sk mesačne bola násobená podielom 24,0000 rokov v osobitnom systéme sociálneho zabezpečenia a 37 rokov úhrnom, čo predstavuje sumu 5 642 Sk mesačne. Suma starobného dôchodku mesačne je určená ako rozdiel sumy starobného dôchodku 8 697 Sk a sumy starobného dôchodku zodpovedajúcej dobe služby 5 642 Sk, t.j. 3 055 Sk mesačne. K uvedenej sume patrí od 1. júla 2003 zvýšenie podľa zákona č. 222/2003 Z.z. o 6% mesačnej sumy, t.j. o 184 Sk mesačne na sumu 3 239 Sk mesačne. Od 22.8.2003. t.j. od zastavenia výplaty bola navrhovateľovi uvoľnená výplata starobného dôchodku v sume 3 239 Sk mesačne, po krátení podľa čl. 33 ods. 2 Dohovoru č. 128 o sumu zodpovedajúcu dobe služby zhodnotenej na sumu príspevku za celé roky, najviac o sumu výsluhového príspevku v súlade s právnym názorom Najvyššieho súdu Slovenskej republiky uvedenom v judikátoch R 105/2011, R 63/2006 a R 55/2011. Podľa § 293a zákona č. 461/2003 Z.z. o sociálnom poistení v znení zákona č. 43/25004 Z.z. zvýšila od 1. februára 2004 starobný dôchodok o 4% mesačnej sumy dôchodku, t.j. o 130 Sk mesačne ma sumu 3 369 Sk mesačne. Podľa § 293a ods. 4 zákona č. 461/2003 Z.z. v znení zákona č. 43/2004 Z.z. a opatrenia Ministerstva práce, sociálnych vecí a rodiny Slovenskej republiky č. 466/2004 Z.z., ktorým sa ustanovuje percento zvýšenia dôchodkových dávok od 1. decembra 2004 zvýšila starobný dôchodok o 3,4% mesačnej sumy dôchodku, t.j. o 115 Sk mesačne na sumu 3 484 Sk mesačne. Podľa § 293az ods. 4 zákona č. 461/2003 Z.z. o sociálnom poistení v znení zákona č. 499/2008 Z.z. od 20. júla 2005 zvýšila starobný dôchodok o 8,85% mesačnej sumy dôchodku, t.j. o 309 Sk mesačnej sumy na sumu 3 793 Sk mesačne. Podľa § 82 zákona č. 461/2003 Z.z. o sociálnom poistení od 1. júla 2006 zvýšila starobný dôchodok o 5,95% mesačnej sumy dôchodku, t.j. o 226 Sk mesačne na sumu 4 019 Sk mesačne. Uviedla, že týmto realizuje rozsudok Krajského súdu v Bratislave č. 5 Sd 324/2012-95 zo dňa 13. novembra 2013. Rozhodnutím číslo XXX XXX XXXX X - H.. zo dňa 28. mája 2014 odporkyňa podľa § 293k zákona č. 461/2003 Z.z. o sociálnom poistení v znení zákona č. 310/2006 Z.z. navrhovateľovi od 22. augusta 2006 zvýšila starobný dôchodok na sumu 6 015 Sk mesačne. od 1. februára 2004 starobný dôchodok na 3 634 Sk mesačne. Rozhodla tak s odôvodnením, že suma starobného dôchodku navrhovateľa bola znovu vypočítaná podľa § 293k zákona č. 461/2003 Z.z. o sociálnom poistení v znení zákona č. 310/2006 Z.z. z dôvodu, že suma starobného dôchodku navrhovateľa, ktorá bola určená podľa predpisov účinných do 31. decembra 2003, bola vypočítaná z upraveného priemerného mesačného zárobku 4 067,- Sk. Suma starobného dôchodku sa určila z priemerného mesačného zárobku 4 067 Sk, ktorý bol podľa § 293k ods. 3 a 4 zákona č. 461/2003 Z.z. určil tak, že z priemerného mesačného zárobku neobmedzeného podľa § 12 ods. 6 zákona č. 100/1988 Zb. o sociálnom zabezpečení v sume 28 245 Sk sa suma 2500 započítala v plnej výške a zo sumy nad 2500 do 6000 Sk sa započítala jedna tretina a zo sumy nad 6000 Sk sa započítala jedna desatina. Starobný dôchodok navrhovateľa ku dňu vzniku nároku je 94% priemerného mesačného zárobku, čo predstavuje sumu 5 539 Sk mesačne. K uvedenej sume starobného dôchodku patrí úprava podľa zákona č. 306/2002 Z.z. o 7 480 Sk. Starobný dôchodok je 13 019 Sk mesačne. Poukázala na článok 33 ods. 2 Dohovoru a uviedla, že nakoľko navrhovateľ je poberateľom dávky z osobitného systému sociálneho zabezpečenia Slovenskej republiky a na určenie sumy starobného dôchodku mu bola započítaná doba služby a osobné vymeriavacie základy dosiahnuté počas výkonu služby, suma starobného dôchodku bola znížená podľa článku 33 ods. 2 Dohovoru č. 128 o sumu starobného dôchodku, zodpovedajúcu obdobiu dôchodkového poistenia, ktorým je doba služby zhodnotená na určenie sumy výsluhového príspevku za celé roky, najviac o sumu výsluhového príspevku, ktorá sa vyplácala ku dňu priznania starobného dôchodku a suma starobného dôchodku zodpovedajúca obdobiu dôchodkového poistenia, ktorým je doba služby zhodnotená na určenie sumy výsluhového príspevku za celé roky sa určí ako časť sumy starobného dôchodku, ktorá zodpovedá pomeru obdobia dôchodkového poistenia, ktorým je doba služby zhodnotená na určenie sumy dôchodkového príspevku za celé roky, k úhrnu obdobia dôchodkového poistenia vrátane doby služby, ktoré je zhodnotené na určenia sumy starobného dôchodku. Suma starobného dôchodku 8444,75664416 Sk mesačne zodpovedá obdobiu dôchodkového poistenia, ktorým je doba služby zhodnotená na určenie sumy výsluhového príspevku za celé roky a je určená ako súčin sumy starobného dôchodku 13 019 Sk mesačne a koeficientu 0,64864864, ktorý je určený ako podiel obdobia dôchodkového poistenia, ktorým je doba služby zhodnotená na určenie sumy výsluhového príspevku 24 rokov a úhrnu obdobia dôchodkového poistenia vrátane doby služby zhodnotenej na sumu starobného dôchodku 37,0000 rokov. Suma starobného dôchodku 4 575 mesačne po zaokrúhlení je určená ako rozdiel sumy starobného dôchodku zodpovedajúcej obdobiu dôchodkového poistenia vrátane doby služby 13 019 Sk mesačne a sumy starobného dôchodku, ktorá zodpovedá obdobiu dôchodkového poistenia, ktorým je doba služby zhodnotená na určenie sumy výsluhového príspevku 8444,75664416 Sk mesačne. Starobný dôchodok bol ďalej zvýšený podľa čl. 1 § 1 zákona č. 222/2003 Z.z. o 6%, t.j. o 275 Sk na 4 850 Sk mesačne, podľa § 293a ods. 2 zákona č. 461/2003 Z.z. v znení zákona č. 43/2004 Z.z. o 4%, t.j. o 194 na 5 044 Sk mesačne, podľa § 293a ods. 4 zákona č., 461/2003 Z.z. v znení zákona č. 43/2004 Z.z. o 3,4%, t.j. o 172 Sk na 5 215 Sk mesačne, podľa § 293az zákona č. 461/2003 Z.z. v znení zákona č. 449/2008 Z.z. o 8,85%, t.j. o 462 Sk na 5 677 Sk mesačne a podľa § 82 zákona č. 461/2003 Z.z. a opatrenia Ministerstva práce, sociálny ch vecí a rodiny Slovenskej republiky č. 229/2006 Z.z. o 5,95%. t.j. o 338 Sk na 6 015 Sk mesačne. Rozhodnutím číslo XXX XXX XXXX X - H.. zo dňa 28. mája 2014 odporkyňa podľa § 261 ods. 3 zákona č. 461/2003 Z.z. o sociálnom poistení v znení zákona č. 310/2006 Z.z. navrhovateľovi od 5. marca 2007 zvýšila starobný dôchodok na sumu 6 457 Sk mesačne, zvýšený od 1. júla 2007 na sumu 6 861 Sk mesačne, od 1. júla 2008 na sumu 7 205 Sk mesačne, podľa § 293ar ods. 1 zákona č. 461/2003 Z.z. o sociálnom poistení v znení zákona č. 659/2007 Z.z. navrhovateľovi k 1. januáru 2009 patrí starobný dôchodok v sume 239,20 eur mesačne, zvýšený od 1. januára 2009 na sumu 255,90 eur mesačne, zvýšený od 1. januára 2010 na sumu 263,80 eur mesačne. Rozhodla tak s odôvodnením, že starobný dôchodok navrhovateľa zvýšila za obdobie dôchodkového poistenia, získané po 31. decembri 2003 do 31. júla 2006 počas poberania tohto dôchodku alebo jeho časti za každých 90 dní dôchodkového poistenia o 0,75% priemerného mesačného zárobku, z ktorého sa dôchodok vymeral. Navrhovateľ bol v období pred 1. augustom 2006 počas poberania starobného dôchodku v celom roku 2004, 2005 a od 1. januára 2006 do 31.1.2006 dôchodkovo poistený a získal 943 dní obdobia dôchodkového poistenia. Priemerný mesačný zárobok z ktorého sa vypočítal starobný dôchodok bol 5 892 Sk mesačne. Suma starobného dôchodku sa zvýšila za 900 dní dôchodkového poistenia (za 10 x 90 dní) o 0,75% priemerného mesačného zárobku, t.j. o 441,90000 Sk mesačne. K 4. marcu 2007 sa starobný dôchodok vyplácal v sume 6 015 Sk mesačne. Suma starobného dôchodku 6 457 Sk mesačne po zaokrúhlení je určená súčtom súm 6 015 Sk a 44,90000 Sk. Takto stanovený starobný dôchodok bol ďalej zvýšený od 1. júla 2007 na sumu 6 851 SK mesačne, od 1. júla 2008 Z.z. na sumu 7 205 Sk mesačne, suma 7 205 Sk mesačne po prepočítaní podľa § 293ar ods. 1 zákona č. 461/2003 Z.z. v znení zákona č. 659/2007 Z.z. predstavuje 239,20 eur mesačne, zvýšená od 1. januára 2009 na sumu 255,90 eur mesačne a od 1. januára 2010 na sumu 263,80 eur mesačne. Rozhodnutím číslo XXX XXX XXXX X - H.. zo dňa 28. mája 2014 odporkyňa podľa § 66 ods. 3 a § 293l ods. 1 zákona č. 461/2003 Z.z. o sociálnom poistení v znení zákona č. 301/2006 Z.z. navrhovateľovi zvýšila od 1. marca 2010 starobný dôchodok na sumu 271,40 eur mesačne, zvýšený od 1. januára 2011 na sumu 276,30 eur mesačne, od 1. januára 2012 na sumu 285,50 eur mesačne, od 1. januára 2013 na sumu 296,70 eur mesačne a od 1. januára 2014 na sumu 305,50 eur mesačne. Rozhodla tak s odôvodnením, že suma starobného dôchodku sa zvýšila za obdobie dôchodkového poistenia získané počas poberania tohto dôchodku alebo jeho časti. Navrhovateľ počas poberania starobného dôchodku od 1. augusta 2006 do 31. decembra 2006 získal osobný vymeriavací základ 36 600 Sk, všeobecný vymeriavací základ 225 132 Sk a osobný mzdový bod 0,1626, v roku 2007 získal osobný vymeriavací základ 107 658 Sk, všeobecný vymeriavací základ 241 752 Sk a osobný mzdový bod 0,4454, v roku 2008 získal osobný vymeriavací základ 110 658 Sk, všeobecný vymeriavací základ 261 384 Sk a osobný mzdový bod 0,4234, v roku 2009 získal osobný vymeriavací základ 4 343,34 eur, všeobecný vymeriavací základ 8 676,36 eur a osobný mzdový bod 0,5006, od 1. januára 2010 do 28. februára 2010 získal osobný vymeriavací základ 856,78 eur, všeobecný vymeriavací základ 8 676,36 eur a osobný mzdový bod 0,0988. Zvýšenie starobného dôchodku, ktoré patrí za obdobie dôchodkového poistenia počas poberania tohto dôchodku je určené ako súčin súčtu jednej polovice osobných mzdových bodov 0,8154 a aktuálnej dôchodkovej hodnoty 9,2246 eur a predstavuje 7,52173884 eur mesačne. Starobný dôchodok k 28. februáru 2010 sa vyplácal v sume 263,80 eur mesačne. Suma starobného dôchodku 271,40 eur mesačne po zaokrúhlení je určená súčtom súm 263,80 eur a 7,52173884 eur. Suma starobného dôchodku 271,40 eur mesačne bola zvýšená od 1. januára 2011 na 276,30 eur mesačne, od 1. januára 2012 na 285,50 eur mesačne, od 1. januára 2013 na 296,70 eur mesačne a od 1. januára 2014 na 305,50 eur mesačne. Navrhovateľ návrhom zo dňa 5.6.2014 žiadal preskúmať tieto rozhodnutia a uviedol, že rozhodnutím číslo XXX XXX XXXX zo dňa 24. apríla 2003 mu bol podľa § 21 zákona č. 100/1988 Zb. o sociálnom zabezpečení v znení zákona č. 107/1999 Z.z. priznaný starobný dôchodok v sume 8 697,- Sk mesačne. Rozhodnutím číslo XXX XXX XXXX X - H.. zo dňa 3. októbra 2012 mu bola podľa 259 ods. 1, § 112 ods. 3 a 6 zákona č. 461/82003 Z.z v znení neskorších predpisov a podľa § 21, § 23 a § 173i ods. 1 zákona č. 100/1988 Zb. o sociálnom zabezpečení v znení neskorších predpisov a článku 19 Dohovoru o invalidných, starobných a pozostalostných dávkach od 22.8.2003 uvoľnená výplata starobného dôchodku v sume 3 494 Sk mesačne a bola mu takto určená dávka. Ďalšími rozhodnutiami číslo XXX XXX XXXX X H.. - B.. zo dňa 3. októbra 2012 bol starobný dôchodok zvýšený na sumu 271,30 eur mesačne. Predmetné rozhodnutia boli zrušené rozhodnutím Krajského súdu v Bratislave, č.k. 5 Sd 324/2012-95 zo dňa 13. novembra 2013. Namietal, že vydanými napadnutými rozhodnutiami odporkyňa porušuje čl. 1, čl. 7 ods. 5 a čl. 154c Ústavy Slovenskej republiky, a medzinárodný Dohovor č. 128 o invalidných, starobných a pozostalostných dávkach a taktiež postupovala v rozpore s právnym názorom vyjadreným v rozhodnutí Krajského súdu v Bratislave, č.k. 5 Sd 324/2012-95 zo dňa 13. novembra 2013, čím porušila aj ustanovenie § 250r Občianskeho súdneho poriadku (ďalej len O.s.p.). Zastával názor, že nárok na výsluhový dôchodok a nárok na starobný dôchodok nepodmieňujú tie isté sociálne udalosti, a poukazoval na právne názory uvedené v rozsudkoch Najvyššieho súdu č. 4So 189/2007 zo dňa 29. mája 2008 a č. 4So 239/2004 zo dňa 16. novembra 2005. Namietal, že taktiež došlo ku kráteniu jeho starobného dôchodku v rozpore s čl. 33 ods. 2 Dohovoru. Odporkyňa vo svojom písomnom vyjadrení zo dňa 6.8.2014 uviedla, že napadnutými rozhodnutiami číslo XXX XXX XXXX X - H.. - H.. zo dňa 28. mája 2014 realizovala rozsudok Krajského súdu v Bratislave č. 5 Sd 324/2012-95 zo dňa 13. novembra 2013, v ktorom krajský súd vyslovil právny názor, že z ustanovenie § 173i zákona č. 100/1988 Zb. o sociálnom zabezpečení v spojení s § 12 ods. 1 a § 21 ods. 3 zákona č. 100/1988 Zb. o sociálnom zabezpečení je možné použiť len v prípadoch, kedy bol starobný dôchodok priznaný osobe, ktorej vznikol nárok na výsluhový dôchodok podľa § 38 alebo § 137 zákona č. 328/2002 Z.z. po 30. júni 2002 a nakoľko navrhovateľ nevykonával službu po 30. júni 2002 a nevznikol mu nárok na výsluhový dôchodok podľa zákona č. 328/2002 Z.z., príspevok za službu sa za výsluhový dôchodok iba považuje, a preto nezodpovedá zákonu názor odporkyne, že navrhovateľ vykonával službu v rozsahu zakladajúcom nárok na výsluhový dôchodok. Z tohto dôvodu k zmene starobného dôchodku s poukazom na § 173i zákona o sociálnom zabezpečení a aj na článok 33 Dohovoru č. 128 došlo v rozpore so zákonom. Poukázala na to, že podľa názoru krajského súdu pokiaľ Najvyšší súd Slovenskej republiky vo svojim rozhodnutí č. 4So 148/2008 zo dňa 28. októbra 2008 v spojení s rozsudkom Krajského súdu v Bratislave č. 5Sd 91/07 zo dňa 10. júna 2008 vyslovil právny názor, že ustanovenie § 173i ods. 1 zákona č. 100/1988 Zb. v znení zákona č. 222/2003 Z.z. za účelom spravodlivého nároku na hmotné zabezpečenie v starobe je potrebné vykladať tak, že nezapočítanie profesionálnej služby nemôže mať vplyv na zánik samotného nároku na už priznaný starobný dôchodok, ktorý vznikol pred nadobudnutím účinnosti § 173i ods. 1 zákona č. 100//1988 Zb. ale iba na prípadné prepočítanie podľa pomeru dôb profesionálnej služby a iného obdobia mimo profesionálnej služby k celkovej dobe poistenia, vzhľadom na alternatívnu možnosť prepočtu starobného dôchodku a nie na záväznú povinnosť vykonať takýto prepočet starobného dôchodku, v prípade navrhovateľa nemal byť vykonaný takýto prepočet, ale mal byť uvoľnený starobný dôchodok v pôvodnej výške. Uviedla, že navrhovateľ požiadal žiadosťou spísanou dňa 25. marca 2003 o priznanie starobného dôchodku, ktorý žiadal priznať od 27. mája 2003. Navrhovateľovi bol právoplatným rozhodnutím číslo XXX XXX XXXX zo dňa 24. apríla 2003 priznaný starobný dôchodok podľa § 21 zákona č. 100/1988 Zb. o sociálnom poistení v znení neskorších predpisov od 27. mája 2003 v sume 8 697 Sk mesačne. Poukázala na to, že podľa oznámenia Ministerstva vnútra Slovenskej republiky č.p. SPC-117.684-15/5-003 zo dňa 16. júla 2003 bol navrhovateľovi priznaný od 1. januára 1992 podľa § 98 a 99 zákona č. 334/1991 Zb. o služobnom pomere policajtov zaradených vo Federálnom policajnom zbore a Zbore hradnej polície v znení neskorších predpisov príspevok za službu, pre výšku ktorého bola navrhovateľovi zhodnotená doba základnej vojenskej služby od 3. januára 1968 do 22. decembra 1969 v I. kategórii funkcií a do služby od 24. decembra 1969 do 31. decembra 1991 v I. kategórii funkcií. Od 1. júla 2002 sa príspevok za službu považuje podľa § 124 ods. 3 písm. a) zákona č. 328/2002 Z.z. o sociálnom zabezpečení policajtov a vojakov v znení neskorších predpisov za výsluhový dôchodok. Uviedla, že podľa preukázaného stavu navrhovateľovi nevznikol nárok na výsluhový dôchodok podľa zákona č. 328/2002 Z.z. a bol mu priznaný príspevok za službu, ktorý sa za výsluhový dôchodok iba považuje a poukázala na právny názor Najvyššieho súdu Slovenskej republiky uverejneným v judikáte R 55/11. Navrhovateľovi bol starobný dôchodok priznaný právoplatným rozhodnutím číslo XXX XXX XXXX zo dňa 24. apríla 2003 od 27. mája 2003 v sume 8 697 Sk mesačne a bol mu odňatý v zmysle § 173i zákona č. 1100/1988 Zb. o sociálnom zabezpečení v znení účinnom od 1. júla 2003 a jeho výplata bola zastavená od 22. augusta 2003. Suma starobného dôchodku určená s prihliadnutím na dobu výkonu služby vypočítaná podľa zákona č. 100/1988 Zb. v znení neskorších predpisov je 8 697 Sk mesačne. Zdôraznila, že pri rozhodovaní o nároku navrhovateľa odhliadnuc od právneho názoru krajského súdu v tomto individuálnom prípade bolo postupované so zovšeobecneným právnym názorom Najvyššieho súdu Slovenskej republiky uvedeným v judikátoch R 105/11, R 63/2006 ako aj R 55/2011. Poukázala na článok 33 ods. 2 Dohovoru a uviedla, že nakoľko navrhovateľ je poberateľom dávky z osobitného systému sociálneho zabezpečenia Slovenskej republiky a na určenie sumy starobného dôchodku mu bola započítaná doba služby a osobné vymeriavacie základy dosiahnuté počas výkonu služby, suma starobného dôchodku bola znížená podľa článku 33 ods. 2 Dohovoru o invalidných, starobných a pozostalostných dávkach o č. 128 o sumu starobného dôchodku, zodpovedajúcu obdobiu dôchodkového poistenia, ktorým je doba služby zhodnotená na určenie sumy výsluhového príspevku (príspevku za službu) za celé roky, najviac o sumu výsluhového príspevku (príspevku za službu), ktorá sa vyplácala ku dňu priznania starobného dôchodku Suma starobného dôchodku zodpovedajúca obdobiu dôchodkového poistenia, ktorým je doba služby zhodnotená na určenie sumy výsluhového príspevku (príspevku za službu ) za celé roky sa určí ako časť sumy starobného dôchodku, ktorá zodpovedá pomeru obdobia dôchodkového poistenia, ktorým je doba služby zhodnotená na určenia sumy dôchodkového príspevku (príspevku za službu) za celé roky, k úhrnu obdobia dôchodkového poistenia vrátane doby služby, ktoré je zhodnotené na určenie sumy starobného dôchodku. Upozornila na to, že podľa oznámenia Ministerstva vnútra Slovenskej republiky zo dňa 14.4.2014 navrhovateľ k 27.4.2003 mal vyplácanú dávku vo výške 6 214 Sk mesačne. Suma starobného dôchodku určená podľa zákona č. 100/1988 Zb. 8 697 Sk mesačne bola násobená podielom 24,0000 rokov v osobitnom systéme sociálneho zabezpečenia a 37 rokov úhrnom, čo predstavuje sumu 5 642 Sk mesačne. Suma starobného dôchodku 3 055 Sk mesačne je určená ako rozdiel sumy starobného dôchodku 8 697 Sk a sumy starobného dôchodku zodpovedajúcej dobe služby 5 642 Sk. K uvedenej sume patrí od 1. júla 2003 zvýšenie podľa zákona č. 222/2003 Z.z. o o 6% mesačnej sumy, t.j. o 184 Sk mesačne na sumu 3 239 Sk mesačne. Uviedla, že od 22.8.2003, t.j. od zastavenia výplaty bola navrhovateľovi uvoľnená výplata starobného dôchodku v sume 3 239 Sk mesačne, po krátení podľa čl. 33 ods. 2 Dohovoru č. 128 o sumu zodpovedajúcu dobe služby zhodnotenej na sumu príspevku za celé roky, najviac o sumu výsluhového príspevku v súlade s právnym názorom Najvyššieho súdu Slovenskej republiky uvedenom v judikátoch R 105/2011, R 63/2006 a R 55/2011. Podľa § 293a zákona č. 461/2003 Z.z. o sociálnom poistení v znení zákona č. 43/25004 Z.z. navrhovateľovi zvýšila od 1. februára 2004 o 4% mesačnej sumy dôchodku, t.j. o 130 Sk mesačne ma sumu 3 369 Sk mesačne. Podľa § 293a ods. 4 zákona č. 461/2003 Z.z. v znení zákona č. 43/2004 Z.z. a opatrenia Ministerstva práce, sociálnych vecí a rodiny Slovenskej republiky č. 466/2004 Z.z., ktorým sa ustanovuje percento zvýšenia dôchodkových dávok navrhovateľovi od 1. decembra 2004 zvýšila starobný dôchodok o 3,4% mesačnej sumy dôchodku, t.j. o 115 Sk mesačne na sumu 3 484 Sk mesačne Podľa § 293az ods. 4 zákona č. 461/2003 Z.z. o sociálnom poistení v znení zákona č. 499/2008 Z.z. navrhovateľovi od 20. júla 2005 zvýšila starobný dôchodok o 8,85% mesačnej sumy dôchodku, t.j. o 309 Sk mesačnej sumy na sumu 3 793 Sk mesačne. Podľa § 82 zákona č. 461/2003 Z.z. o sociálnom poistení navrhovateľovi od 1. júla 2006 zvýšila starobný dôchodok o 5,95% mesačnej sumy dôchodku, t.j. o 226 Sk mesačne na sumu 4 019 Sk mesačne. Podľa § 293k zákona č. 461/2003 Z.z. v znení zákona č. 310/2006 Z.z. od 22.8.2006 zvýšila starobný dôchodok na sumu 6 015 Sk mesačne. Podľa § 261 ods. 3 písm. b) zákona č. 461/2003 Z.z. v znení zákona č. 310/2006 Z.z. zvýšila starobný dôchodok od 5.3.2007 na sumu 6 457 Sk mesačne. Podľa § 82 zákona č. 461/2003 Z.z. v znení zákona č. 310/2006 Z.z. a v súlade s opatrením Ministerstva práce, sociálnych vecí a rodiny Slovenskej republiky č. 197/2007 Z.z. zvýšila od 1. júla 2007 starobný dôchodok na sumu 6 861 Sk mesačne. Podľa § 82 zákona č. 461/2003 Z.z. a v súlade s opatrením Ministerstva práce, sociálnych vecí a rodiny Slovenskej republiky č. 136/2008 Z.z. zvýšila od 1. júla 2008 starobný dôchodok na sumu 7 205 Sk mesačne. Podľa § 293ar ods. 1 zákona č. 461/2003 Z.z. v znení zákona č. 659/2007 Z.z. k 1. januáru 2009 navrhovateľovi patrí starobný dôchodok v sume 239,20 eur mesačne. Podľa § 82 zákona č. 461/2003 Z.z. a v súlade s opatrením Ministerstva práce, sociálnych vecí a rodiny Slovenskej republiky č. 450/2008 Z.z. zvýšila od 1. januára 2009 starobný dôchodok na sumu 255,90 eur mesačne. Podľa § 82 zákona č. 461/2003 Z.z. a v súlade s opatrením Ministerstva práce, sociálnych vecí a rodiny Slovenskej republiky č. 413/2009 Z.z. zvýšila od 1. januára 2010 starobný dôchodok na sumu 263,80 eur mesačne. Podľa § 66 ods. 3 a § 293l ods. 1 zákona č. 461/2003 Z.z. v znení zákona č. 310/2006 Z.z. od 1. marca 2010 zvýšila starobný dôchodok na sumu 271,40 eur mesačne. Podľa § 82 zákona č. 461/2003 Z.z. a v súlade s opatrením Ministerstva práce, sociálnych vecí a rodiny Slovenskej republiky č. 404/2010 Z.z. zvýšila od 1. januára 2011 starobný dôchodok na sumu 276,30 eur mesačne. Podľa § 82 zákona č. 461/2003 Z.z. a v súlade s opatrením Ministerstva práce, sociálnych vecí a rodiny Slovenskej republiky č. 344/2011 Z.z. zvýšila od 1. januára 2012 starobný dôchodok na sumu 285,50 eur mesačne. Podľa § 82 a § 293ce zákona č. 461/2003 Z.z. a v súlade s opatrením Ministerstva práce, sociálnych vecí a rodiny Slovenskej republiky č. 329/2012 Z.z. zvýšila od 1. januára 2013 starobný dôchodok na sumu 296,70 eur mesačne. Podľa § 82 zákona č. 461/2003 Z.z. a v súlade s opatrením Ministerstva práce, sociálnych vecí a rodiny Slovenskej republiky č. 329/2013 Z.z. zvýšila od 1. januára 2014 starobný dôchodok na sumu 305,50 eur mesačne. Zároveň zdôraznila, že o nároku navrhovateľa odporkyňa rozhodla v súlade s právnymi predpismi o sociálnom poistení a zovšeobecneným právnym názorom Najvyššieho súdu Slovenskej republiky uverejneným v Zbierke stanovísk a súdnych rozhodnutí Najvyššieho súdu Slovenskej republiky ako aj Dohovoru č. 128, teda v súlade s čl. 7 ods. 5 a 154c Ústavy Slovenskej republiky. Napadnuté rozhodnutia číslo XXX XXX XXXX X - H.. - H.. zo dňa 28. mája 2014 žiadala ako vecne správne potvrdiť. Súd preskúmal napadnuté rozhodnutia číslo XXX XXX XXXX X - H.. - H.. zo dňa 28. mája 2014 podľa § 250l a nasl. O.s.p., prejednal návrh navrhovateľa a dospel k záveru, že návrh nie je dôvodný. Súd vykonal dokazovanie výsluchom účastníkov, oboznámil sa s dávkovým spisom odporkyne číslo XXX XXX XXXX X a spisovým materiálom a zistil tento skutkový stav. Navrhovateľovi právoplatným rozhodnutím číslo XXX XXX XXXX zo dňa 24. apríla 2003 odporkyňa podľa § 21 zákona č. 100/1988 Zb. o sociálnom poistení v znení zákona č. 107/1999 Z.z. priznala od 27.5.2003 starobný dôchodok v sume 8 697,- Sk mesačne. V uvedenej sume je zahrnutá úprava podľa zákona č. 306/2002 Z.z. v znení zákona č. 639/2002 Z.z. Právoplatným rozhodnutím číslo XXX XXX XXXX zo dňa 21. júla 2003 odporkyňa podľa § 21 ods. 3 § 173i ods. 1 a § 96 ods. 4 zákona č.100/1988 Zb. o sociálnom zabezpečení v znení neskorších predpisov odňala navrhovateľovi starobný dôchodok od 22.8.2003. Navrhovateľ požiadal o preskúmanie tohto rozhodnutia. Krajský súd v Bratislave rozsudkom 5 Sd 152/03 - 23 zo dňa 9.3.2004 rozhodnutie odporkyne číslo XXX XXX XXXX zo dňa 21. júla 2003 ako vecne správne potvrdil. Navrhovateľ podal odvolanie proti rozsudku prvostupňového súdu. Najvyšší súd Slovenskej republiky rozsudkom č.k. 3 So 74/2004 - 36 zo dňa 23.9.2004 rozsudok prvostupňového súdu potvrdil. Ústavný súd Slovenskej republiky nálezom zo 4.1.2007 sp. zn. III.ÚS 300/06 - 48 vyslovil, že rozsudkom Najvyššieho súdu Slovenskej republiky sp. zn. 3 So 74/2004 z 23.9.2004 boli porušené základné práva navrhovateľa podľa čl. 46 ods. 1 Ústavy Slovenskej republiky a právo podľa čl. 6 ods. 1 Dohovoru o ochrane ľudských práv a základných slobôd a uvedený rozsudok zrušil a vrátil vec Najvyššiemu súdu Slovenskej republiky, aby znova konal a rozhodol. Najvyšší súd Slovenskej republiky rozsudkom sp. zn. 7 So 48/2007 zo dňa 19.4.2007 zmenil rozsudok Krajského súdu č.k. 5 Sd 152/03 - 23 zo dňa 9.3.2004 tak, že rozhodnutie odporkyne číslo XXX XXX XXXX zo dňa 21. júla 2003 zrušil a vrátil vec odporkyni na ďalšie konanie a nové rozhodnutie. Vyslovil právny názor, že príspevok za službu, ktorý bol navrhovateľovi priznaný rozhodnutím Ministerstva vnútra Slovenskej republiky podľa § 98 a § 99 zákona č. 334/1991 Zb. o služobnom pomere policajtov zaradených vo Federálnom policajnom zbore a Zbore hradnej stráže, nie je možné bez ďalšieho skúmania výšky priznaného príspevku za službu a výšky príspevku, ktorý sa ku dňu 1.7.2002 mal považovať za výsluhový dôchodok, ďalej zákonných podmienok pre priznanie príspevku za službu k 1.1.1992 a pre výsluhový dôchodok priznaný podľa zákona č. 328/2002 Z.z. a toho, či zakladajú rovnaké a rovnocenné hmotné zabezpečenia poberateľa dávky, dospieť k záveru, že príspevok za službu je výsluhovým dôchodkom podľa zákona č. 328/2002 Z.z., aj keď sa od účinnosti zákona č. 328/2002 Z.z. príspevok za službu považuje za výsluhový dôchodok. Považovať dávku jedného druhu za inú dávku je možné bez ďalšieho len v situácii, ak zákonodarca jednoznačne ustanoví, pre aké účely sa taká úprava prijíma a nemôže ísť o všeobecne ponímanú náhradu jedného pojmu (názvu dávky) iným pojmom (iným názvom dávky) bez posudzovania jej materiálneho obsahu. t.j. zákonom stanoveným podmienok pre priznanie dávky. Nakoľko v ustanovení § 124 ods. 5 písm. b) zákona č. 328/2002 Z.z. o sociálnom zabezpečení nie je jednoznačne uvedené, pre aké účely sa príspevok za službu považuje za výsluhový dôchodok, pri použití § 173i ods. 1 zákona č. 100/1988 Zb. je nutné dôsledne skúmať, aký bude mať dopad považovanie príspevku za službu za výsluhový dôchodok na práva nadobudnuté podľa zákona č. 100/1988 Zb. Ustanovenie § 173i ods. 1 zákona č. 100/1988 Zb. o sociálnom zabezpečení v znení zákona č. 222/2003 Z.z. je nutné vykladať tak, že nezapočítanie profesionálnej služby nemôže mať vplyv na zánik samotného nároku na už priznaný starobný dôchodok, na ktorý nárok vznikol pred nadobudnutím účinnosti zákona č. 222/2003 Z.z., nakoľko iný výklad tohto ustanovenia v tom smere, že sa priznané zabezpečenie občana v starobe odníme bez dôkladného posúdenia všetkých súvislostí konkrétneho prípadu a bez zváženia, aký bude mať takýto postup dopad na nadobudnuté práva navrhovateľa a jeho právne istoty, by bolo v rozpore s princípom právnej istoty. Odporkyňa po vrátení veci vydala rozhodnutie číslo XXX XXX XXXX zo dňa 28. novembra 2007, ktorým podľa ustanovenia § 21 ods. 3, § 96 ods. 1 a 4, § 173i ods. 1 zákona č. 100/1988 Zb. o sociálnom zabezpečení v znení neskorších predpisov a § 259 ods. 1 zákona č. 461/2003 Z.z. o sociálnom poistení rozhodla, že navrhovateľovi zanikol nárok na starobný dôchodok, a preto mu odňala starobný dôchodok od 22.8.2003. Uviedla, že týmto rozhodnutím bol realizovaný rozsudok Najvyššieho súdu Slovenskej republiky č.k. 7 So/48/2007 zo dňa 19. apríla 2007. Navrhovateľ podal proti tomuto rozhodnutiu odvolanie. Krajský súd v Bratislave rozsudkom č.k. 5 Sd 91/07-62 zo dňa 10. júna 2008 zrušil rozhodnutie odporkyne číslo XXX XXX XXXX zo dňa 28. novembra 2007. V dôsledku odvolania sa odporkyne bola vec preskúmaná Najvyšším súdom Slovenskej republiky, ktorý rozsudkom č. 4So/148/2008-94 zo dňa 28. októbra 2009 rozsudok prvostupňového súdu potvrdil a v odôvodnení konštatoval, že odporkyňa pri rozhodovaní nepostupovala dôsledne v intenciách rozsudku Najvyššieho súdu Slovenskej republiky sp. zn. 7So 48/2007 z 19. apríla 2007, nakoľko po vrátení veci sa obmedzila len za zadováženie stanoviska a dávkového spisu od Ministerstva vnútra Slovenskej republiky a následne vydala rozhodnutie, ktoré je opätovne nepreskúmateľné, pretože z neho nie je zrejmé, akými úvahami sa riadila, ak stotožnila príspevok za službu priznaný v inom než zákonom stanovenom období s výsluhovým dôchodkom a nerešpektovala tiež právny názor, že nezapočítanie doby profesionálnej služby podľa § 23 ods. 3 zákona č. 100/1988 Zb. nemôže mať za následok zánik nároku na dávku starobného dôchodku, ale len na prípadnú modifikáciu jeho výšky. Vyslovil právny názor, že ustanovenie § 173i ods. 1 zákona č. 100/1988 Zb. za účelom spravodlivého posúdenia nároku na hmotné zabezpečenie v starobe, ktorého primeranosť podľa čl. 39 ods. 1 Ústavy Slovenskej republiky je závislá od toho, či boli navrhovateľovi zohľadnené všetky zákonom stanovené a reálne splnené podmienky nároky, je potrebné vykladať tak, že nezapočítanie profesionálnej služby nemôže mať vplyv na zánik samotného nároku na už priznaný starobný dôchodok, ktorý vznikol pred nadobudnutím účinnosti § 173i ods. 1 zákona č. 100/1988 Zb. ale iba na prípadné prepočítanie podľa pomeru dôb profesionálnej služby a iného obdobia mimo profesionálnej služby k celkovej dobe poistenia. Odporkyňa po vrátení veci vydala rozhodnutie číslo XXX XXX XXXX X Č.. X. zo dňa 10. marca 2010, ktorým realizovala rozsudok Krajského súdu v Bratislave sp. zn. 5 Sd 91/2007-62 zo dňa 10. júna 2008 v spojení s rozsudkom Najvyššieho súdu Slovenskej republiky sp. zn. 4So 148/2008-94 z 28. októbra 2009 a ktorým podľa § 21, § 95 ods. 1, § 173i ods. 1 zákona č. 100/1988 Zb. o sociálnom zabezpečení v znení neskorších predpisov, § 259 ods. 1 zákona č. 461/2003 Z.z. v znení zákona č. 721/2004 Z.z. a čl. 19 Dohovoru č. 128 o invalidných, starobných a pozostalostných dávkach priznala navrhovateľovi od 22. augusta 2003 starobný dôchodok v sume 3 494,- Sk mesačne. Rozhodnutím číslo XXX XXX XXXX X zo dňa 22. septembra 2010 odporkyňa podľa § 112 ods. 8 zákona č. 461/2003 Z.z. o sociálnom poistení zastavila navrhovateľovi od 22. októbra 2010 výplatu starobného dôchodku a odôvodnením, že výplatu starobného dôchodku zastavila na základe žiadostí navrhovateľa zo dňa 15.7.2010 a 23.8.2010. Rozhodnutiami číslo XXX XXX XXXX X Č.. X až 9 zo dňa 10. marca 2010 odporkyňa postupne zvyšovala sumu starobného dôchodku priznaného rozhodnutím číslo XXX XXX XXXX X Č.. X. zo dňa 10. marca 2010. Navrhovateľ podal proti týmto rozhodnutiam odvolanie. Krajský súd v Bratislave rozsudkom č.k. 6Sd/37/2010-59 zo dňa 25. apríla 2012 rozhodnutia odporkyne číslo XXX XXX XXXX X Č.. X U. X zo dňa 10. marca 2010 zrušil podľa § 250j ods. 2 písm. a) a d) O.s.p. a vec vrátil odporkyni na ďalšie konanie a rozhodnutie odporkyne číslo XXX XXX XXXX X zo dňa 22. septembra 2010 potvrdil. Navrhovateľ podal proti tomuto rozhodnutiu prvostupňového súdu odvolanie. Najvyšší súd Slovenskej republiky uznesením č.k. 1 So/51/2012 - 85 zo dňa 12. marca 2013 rozsudok Krajského súdu v Bratislave č.k. 6Sd/37/2010-59 zo dňa 25. apríla 2012 v časti, ktorou krajský súd potvrdil rozhodnutie odporkyne číslo XXX XXX XXXX X zo dňa 22. septembra 2010 zrušil a vec mu vrátil na ďalšie konanie. Krajský súd uznesením č.k. 6Sd 37/2010 - 110 zo dňa 4. septembra 2013 konanie podľa § 250o O.s.p. zastavil, nakoľko odporkyňa vydala rozhodnutie XXX XXX XXXX X-H.. zo dňa 31. júla 2013, ktorým zrušila napadnuté rozhodnutie číslo XXX XXX XXXX X zo dňa 22. septembra 2010 a uvoľnila výplatu starobného dôchodku od 22.10.2010 v sume 271,30 eur mesačne. Odporkyňa po vrátení veci rozhodnutím číslo zo dňa XXX XXX XXXX X - H. zo dňa 3. októbra 2012 podľa § 259 ods. 1 zákona č. 461/2003 Z.z. o sociálnom poistení v znení zákona č. 721/2004, § 112 ods. 3, 6 zákona č. 461/2003 Z.z. o sociálnom poistení, § 21, § 173i ods. 1 zákona č. 10/1988 Zb. o sociálnom zabezpečení v znení neskorších predpisov a článku 19 Dohovoru č. 128 o invalidných, starobných a pozostalostných dávkach navrhovateľovi uvoľnila od 22. augusta 2003 výplatu starobného dôchodku v sume 3 494,- Sk mesačne, určenej podľa právnych názorov súdov Slovenskej republiky vyjadrených v rozsudkoch Najvyššieho súdu Slovenskej republiky č. 4So/148/2008 zo dňa 28. októbra 2009 v spojení s rozsudkom Krajského súdu v Bratislave č. 5 Sd/91/07 zo dňa 10. júna 2008. Rozhodnutím číslo XXX XXX XXXX X - H. zo dňa 3. októbra 2012 odporkyňa zvýšila od 1. februára 2004 starobný dôchodok na 3 634 Sk mesačne. Rozhodnutím číslo XXX XXX XXXX X - H. zo dňa 3. októbra 2012 odporkyňa zvýšila od 1. decembra 2004 starobný dôchodok na 3 758 Sk mesačne. Rozhodnutím číslo XXX XXX XXXX X - H. zo dňa 3. októbra 2012 odporkyňa zvýšila od 1. júla 2005 starobný dôchodok na 4 091 Sk mesačne. Rozhodnutím číslo XXX XXX XXXX X - B. zo dňa 3. októbra 2012 odporkyňa zvýšila od 1. júla 2006 starobný dôchodok na 4 335 Sk mesačne. Rozhodnutím číslo XXX XXX XXXX X - B. zo dňa 3. októbra 2012 odporkyňa zvýšila od 21. augusta 2006 starobný dôchodok na 6 014 Sk mesačne. Rozhodnutím číslo XXX XXX XXXX X - B. zo dňa 3. októbra 2012 odporkyňa zvýšila od 5. marca 2007 starobný dôchodok na 6 456 Sk mesačne, zvýšený od 1. júla 2007 na sumu 6 860 Sk mesačne, od 1. júla 2008 na sumu 7 203 Sk mesačne, k 1. januáru 2009 patrí dôchodok v sume 239,10 eur mesačne, zvýšený od 1. januára 2009 na sumu 255,80 eur mesačne a od 1. januára 2010 zvýšený na sumu 267,70 eur mesačne. Rozhodnutím číslo XXX XXX XXXX X - B. zo dňa 3. októbra 2012 odporkyňa zvýšila od 1. marca 2010 starobný dôchodok na 271,30 eur mesačne. Rozhodnutím číslo XXX XXX XXXX X - H.. zo dňa 31. júla 2013 odporkyňa zrušila rozhodnutie o zastavení výplaty starobného dôchodku č. XXX XXX XXXX zo dňa 22. septembra 2010 a uvoľnila výplatu starobného dôchodku od 22. októbra 2010 v sume 271,30 eur mesačne. Rozhodnutím číslo XXX XXX XXXX X - H.. zo dňa 31. júla 2013 odporkyňa zvýšila od 1. januára 2011 starobný dôchodok na 276,20 eur mesačne. Rozhodnutím číslo XXX XXX XXXX X - H.. zo dňa 31. júla 2013 odporkyňa zvýšila od 1. januára 2012 starobný dôchodok na 285,40 eur mesačne. Rozhodnutím číslo XXX XXX XXXX X - H.. zo dňa 31. júla 2013 odporkyňa zvýšila od 1. januára 2013 starobný dôchodok na 296,60 Sk mesačne. Krajský súd v Bratislave rozsudkom č.k. 5 Sd 324/2012 - 56 zo dňa 13.11.2013 rozhodnutia odporkyne číslo odporkyne číslo XXX XXX XXXX X - H.. - B.. zo dňa 3. októbra 2012 a rozhodnutia odporkyne číslo XXX XXX XXXX X - H.. - H.. zo dňa 31. júla 2013 zrušil podľa § 250j ods. 2 písm. a) O.s.p. a vec vrátil odporkyni na ďalšie konanie s poukazom na to, že pokiaľ odporkyňa vo svojom rozhodnutí poukazuje na právny názor súdov Slovenskej republiky v rozsudku Najvyššieho súdu Slovenskej republiky č. 4 So 148/2008 z 28. októbra 2009 v spojení s rozsudkom Krajského súdu v Bratislave č.k. 5 Sd 91/07 zo dňa 10. júna 2008 s tým, že ustanovenie § 173i ods. 1 zákona č. 100/1988 Zb. za účelom spravodlivého nároku na hmotné zabezpečenie v starobe je potrebné vykladať tak, že nezapočítanie profesionálnej služby nemôže mať vplyv na zánik samotného nároku na už priznaný starobný dôchodok, ktorý vznikol pred nadobudnutím účinnosti § 173i ods. 1 zákona č. 100/1988 Zb. ale iba na prípadné prepočítanie podľa pomeru dôb profesionálnej služby a iného obdobia mimo profesionálnej služby k celkovej dobe poistenia a poukázal na to, že pokiaľ Najvyšší súd Slovenskej republiky poukázal na alternatívnu možnosť prepočtu starobného dôchodku, ale nie záväznú obligatórnu povinnosť vykonať takýto prepočet za situácie, keď u navrhovateľa nešlo o priznanie starobného dôchodku ale naopak o uvoľnenie už raz priznaného starobného dôchodku nemal byť vykonaný prepočet starobného dôchodku, ale mal byť uvoľnený starobný dôchodok v pôvodnej výške a z tejto sumy odporkyňa mala vychádzať aj pri jeho následnej valorizácii. Navrhovateľ pri výsluchu v súdnom konaní zotrval v plnom rozsahu na svojom návrhoch z dôvodov tam uvedených. Zástupkyňa odporkyne sa v plnom rozsahu pridržiavala písomného vyjadrenia zo dňa 6.8.2014 a napadnuté rozhodnutia žiadala ako vecne správne potvrdiť. Podľa § 21ods. 1 písm. c) zákona č. 100/1988 Zb o sociálnom zabezpečení v znení neskorších predpisov občan má nárok na starobný dôchodok, ak bol zamestnaný najmenej 25 rokov a dosiahol vek aspoň 55 rokov, ak bol zamestnaný najmenej 20 rokov v zamestnaní uvedenom v § 14 ods. 2 písm. b) až h).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259 ods. 1 zákona č. 461/2003 Z.z. o sociálnom poistení v znení zákona č. 721/2004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293k ods. 1 zákona č. 461/2003 Z.z. o sociálnom poistení v znení zákona č. 310/2006 Z.z. ak suma starobného dôchodku určená podľa predpisov účinných do 31. decembra 2003 bola obmedzená najvyššou výmerou, starobný dôchodok sa uvoľní odo dňa splátky splatnej po 31. júli 2006 v sume, a akej by sa vyplácal k tomuto dňu bez tohto obmedzenia. Podľa § 293k ods. 3 cit. zákona priemerný mesačný zárobok na účely určenia sumy starobného dôchodku je priemerný mesačný zárobok, z ktorého bola vypočítaná suma starobného dôchodku, neobmedzený podľa predpisu účinného do 31. decembra 2003. Podľa § 293k ods. 4 cit. zákona priemerný mesačný zárobok v sume do 2 500 Sk sa započítava v plnej výške, zo sumy nad 2 500 Sk do 6 000 Sk sa započítava jedna tretina a zo sumy nad 6 000 Sk sa započítava jedna desatina. Takto upravený priemerný mesačný zárobok sa zaokrúhľuje na celé slovenské koruny nahor. Podľa § 261 ods. 3 písm. b) zákona č. 461/2003 Z.z. o sociálnom poistení v znení zákona č. 310/2006 Z.z. poistencovi, ktorému vznikol nárok na výplatu starobného dôchodku pred 1. januárom 2004, zvyšuje sa starobný dôchodok za obdobie dôchodkového poistenia získané po 31. decembri 2003 do 31. júla 2006, ak tento zákon neustanovuje inak, počas poberania tohto dôchodku alebo jeho časti za každých 90 dní dôchodkového poistenia o 0,75% priemerného mesačného zárobku, z ktorého sa vymeral starobný dôchodok. Podľa § 293l ods. 1 zákona č. 461/2003 Z.z. o sociálnom poistení v znení zákona č. 310/2006 Z.z. starobný dôchodok priznaný v sume určenej podľa predpisov účinných pred 1. januárom 2004 a starobný dôchodok, na ktorý bol prekvalifikovaný pomerný starobný dôchodok, sa zvyšuje za obdobie dôchodkového poistenia získané po 31. júli 2006 podľa § 66 ods. 2 až 9. Podľa § 66 ods. 3 zákona č. 461/2003 Z.z. o sociálnom poistení v znení neskorších predpisov ak poistenec bol dôchodkovo poistený po splnení podmienok nároku na starobný dôchodok a poberal tento dôchodok alebo jeho časť, suma starobného dôchodku odo dňa nasledujúceho po zániku dôchodkového poistenia sa určí tak, že k sume starobného dôchodku vyplácaného ku dňu zániku dôchodkového poistenia sa pripočíta suma určená ako súčin súčtu jednej polovice osobných mzdových bodov získaných za obdobie dôchodkového poistenia počas poberania starobného dôchodku alebo jeho časti a aktuálnej dôchodkovej hodnoty platnej ku dňu nasledujúcemu po zániku dôchodkového poistenia. Podľa § 1 zákona č. 222/2003 Z.z. o zvýšení dôchodkov v roku 2003 a o zmene a doplnení niektorých zákonov v oblasti sociálneho zabezpečenia starobný dôchodok, invalidný dôchodok, čiastočný invalidný dôchodok, dôchodok za výsluhu rokov, vdovský dôchodok a sirotský dôchodok priznané pred 1. januárom 2004 sa zvyšujú v súlade s osobitným predpisom o 6% mesačnej sumy dôchodku, na ktorú má občan nárok ku dňu, od ktorého sa dôchodok zvyšuje. Podľa § 293a ods. 2 zákona č. 461/2003 Z.z. o sociálnom poistení v znení zákona č. 43/2004 Z.z. dôchodkové dávky priznané pred 1. februárom 2004 sa zvyšujú od 1. februára 2004 o 4% mesačnej sumy dôchodkovej dávky, na ktorú má poistenec nárok ku dňu, od ktorého sa dôchodková dávka zvyšuje. Podľa 293a ods. 4 zákona č. 461/2003 Z.z. o sociálnom poistení v znení zákona č. 43/2004 Z.z. dôchodkové dávky priznané pred 1. decembrom 2004 sa zvyšujú od 1. decembra 2004 o percento určené ako súčet jednej polovice percenta medziročného rastu spotrebiteľských cien a jednej polovice percenta medziročného rastu priemernej mzdy v hospodárstve Slovenskej republiky znížené o 4%. Percento zvýšenia dôchodkovej dávky podľa prvej vety sa ustanoví opatrením, ktoré vydá ministerstvo podľa údajov štatistického úradu a vyhlási jeho úplné znenie uverejnením v Zbierke zákonov najneskôr do 31. augusta 2004. Podľa § 1 opatrenia č. 466/2004 Z.z. Ministerstva práce, sociálnych vecí a rodiny Slovenskej republiky, ktorým sa ustanovuje percento zvýšenia dôchodkových dávok od 1. decembra 2004 dôchodkové dávky priznané pred 1. decembrom 2004 sa zvyšujú od 1. decembra 2004 o 3,4% mesačnej sumy dôchodkovej dávky, na ktorú má poistenec nárok ku dňu, od ktorého sa dôchodková dávka zvyšuje. Podľa § 293az ods. 4 zákona č. 461/2003 Z.z. o sociálnom poistení v znení zákona č. 449/2008 Z.z. dôchodkové dávky, úrazová renta a pozostalostná úrazová renta, o ktorých sa rozhoduje po 12. júni 2008 a nárok vznikol pred 1. januárom 2006, sa zvyšujú za rok 2005 o 8,85%. Podľa § 82 ods. 1 zákona č. 461/2003 Z.z. o sociálnom poistení v znení účinnom do 31.12.2012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a)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starobného dôchodku, Podľa § 82 ods. 2 písm. b)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293ce ods. 3 písm. a) zákona č. 461/2003 Z.z. o sociálnom poistení v znení zákona č. 252/2012 účinnom od 1.9.2012 pevná suma zvýšenia starobného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starobného dôchodku vykázanej Sociálnou poisťovňou k 30. júnu 2012. Podľa § 1 opatrenia č. 229/2006 Z.z. Ministerstva práce, sociálnych vecí a rodiny Slovenskej republiky, ktorým sa ustanovuje percento zvýšenia dôchodkovej dávky v roku 2006 dôchodkové dávky v roku 2006 sa zvyšujú o 5,95%. Podľa § 1 opatrenia č. 197/2007 Z.z. Ministerstva práce, sociálnych vecí a rodiny Slovenskej republiky, ktorým sa ustanovuje percento zvýšenia dôchodkovej dávky v roku 2007 dôchodkové dávky v roku 2007 sa zvyšujú o 6,25%. Podľa § 1 opatrenia č. 136/2008 Z.z. Ministerstva práce, sociálnych vecí a rodiny Slovenskej republiky, ktorým sa ustanovuje percento zvýšenia dôchodkovej dávky v roku 2008 dôchodkové dávky v roku 2008 sa zvyšujú o 5,0%. Podľa § 293ar ods. 1 zákona č. 461/2003 Z.z. o sociálnom poistení v znení neskorších predpisov suma dávky, na ktorú vznikol nárok predo dňom zavedenia eura v Slovenskej republike (ďalej len "deň zavedenia eura") a o ktorej nebolo právoplatne rozhodnuté do dňa bezprostredne predchádzajúceho dňu zavedenia eura, sa určí v slovenských korunách a za obdobie od vzniku nároku na výplatu dávky do dňa bezprostredne predchádzajúceho dňu zavedenia eura sa prepočíta na sumu v eurách podľa konverzného kurzu. Suma dávky určená v slovenských korunách patriaca odo dňa zavedenia eura sa prepočíta na sumu v eurách podľa konverzného kurzu a zaokrúhli sa na 10 eurocentov nahor. Podľa § 2 ods. 2 zákona č. 659/2007 Z.z. o zavedení meny euro v Slovenskej republike a o zmene a doplnení niektorých zákonov v znení neskorších predpisov na účely súvisiace s prípravou na prechod a prechodom na euro, vrátane duálneho zobrazovania, sa prepočty a premeny všetkých súm zo slovenskej meny na eurá povinne vykonávajú výlučne podľa konverzného kurzu, pravidiel pre zaokrúhľovanie a ďalších pravidiel pre prechod na euro a postupom podľa tohto zákona a osobitných predpisov tak, aby čiastkové výpočty a výsledné prepočty konečných peňažných súm zo slovenskej meny na eurá boli čo najpresnejšie a bez vplyvu na zvýšenie ich reálnej finančnej hodnoty a cenovej úrovne v dôsledku prípravy na prechod a prechodu na euro. Podľa § 1 opatrenia Ministerstva práce, sociálnych vecí a rodiny Slovenskej republiky č. 450/2008 Z.z. ktorým sa ustanovuje percento zvýšenia dôchodkovej dávky v roku 2009 dôchodkové dávky v roku 2009 sa zvyšujú o 6,95%.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1 písm. a) opatrenia Ministerstva práce, sociálnych vecí a rodiny Slovenskej republiky č. 329/2012 Z.z., ktorým sa ustanovuje pevná suma zvýšenia dôchodkovej dávky a percento zvýšenia úrazovej renty v roku 2013 dôchodková dávka v roku 2013 sa zvyšuje takto: starobný dôchodok o 11,20 eura. Podľa § 1 písm. a)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8,80 eura ak ide o starobný dôchodok. Podľa Čl.19 Dohovoru o invalidných, starobných a pozostalostných dávkach č. 128 dávky uvedené v článku 17 a 18 musia byť poskytované po celú dobu sociálnej udalosti. Podľa Čl. 33 ods. 2 cit.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V preskúmavanej veci je medzi účastníkmi nesporné, že navrhovateľovi bol rozhodnutím Federálneho ministerstva vnútra Č.j. 2D/SZ zo dňa 21.4.1992 podľa § 98 ods. 1 a § 99 zákona č. 334/1991 Zb. o služobnom pomere policajtov zaradených vo Federálnom policajnom zbore a Zbore hradnej polície priznaný od 1.1.1992 príspevok za službu v sume 2 544,- Sk mesačne. Výška príspevku za službu bola stanovená s prihliadnutím na započítanú dobu 24 rokov služby a na dosiahnutý posledný hrubý služobný príjem pred skončením služobného pomeru. Ministerstvo vnútra Slovenskej republiky, odbor sociálneho zabezpečenia, sekcia personálnych a sociálnych činností podaním č. p. SPC- 117684/6-2002 zo dňa 20.8.2002 navrhovateľovi oznámilo, že podľa § 124 ods. 5 písm. b) zákona č. 328/2002 Z.z. o sociálnom zabezpečení policajtov a vojakov a o zmene a doplnení niektorých zákonov príspevky za službu, na ktoré vznikol nárok po 27.8.1991 podľa § 98 až 101 zákona č. 334/1991 Zb. o služobnom pomere policajtov zaradených vo Federálnom policajnom zbore a v Zbore hradnej polície v znení neskorších predpisov a tento nárok trvá ku dňu účinnosti zákona, sa od 1.7.2002 považujú za výsluhové dôchodky podľa tohto zákona vo výške, a akej patrili ku dňu účinnosti zákona, ak služobný pomer trval viac ako 15 rokov a na základe uvedeného sa od 1.7.2002 navrhovateľov príspevok za službu považuje za výsluhový dôchodok podľa tohto zákona. Podľa vyjadrenia Ministerstva vnútra Slovenskej republiky, sekcia riadenia ľudských zdrojov, odbor sociálneho zabezpečenia a zdravotníctva, Bratislava, č.p. SRLZ-117.684-25/SZ-2007 zo dňa 3.1.2007 a 3.3.2008 navrhovateľovi bol od 1.1.1992 priznaný príspevok za službu podľa zákona č. 334/1991 Zb. o služobnom pomere policajtov zaradených vo Federálnom policajnom zbore a v Zbore hradnej polície, pričom služobný pomer navrhovateľa skončil dňom 31.12.1991. Navrhovateľ bol zaradený vo Federálnom policajnom zbore a po skončení služobného pomeru mu bol od 1.1.1992 priznaný príspevok za službu podľa cit. zákona. Pre výšku príspevku za službu bola navrhovateľovi zhodnotená doba služobného pomeru vo Federálnom policajnom zbore za 24 skončených rokov a príspevok bol priznaný vo výške 34% jeho posledného hrubého mesačného služobného príjmu pred skončením služobného pomeru. V nasledujúcich rokoch bol príspevok za službu valorizovaný v súlade s príslušnými predpismi. Od 1.7.2002 sa príspevok za službu navrhovateľa podľa § 124 ods. 5 písm. b) zákona č. 328/2002 Z.z. o sociálnom zabezpečení policajtov a vojakov a o zmene a doplnení niektorých zákonov považuje za výsluhový dôchodok. Je ďalej nesporné, že navrhovateľovi nebol priznaný samotný výsluhový dôchodok podľa zákona č. 328/200 Z.z. ale na výsluhový dôchodok bol od 1.7.2.2002 prekvalifikovaný navrhovateľov príspevok za službu, ktorý mal charakter štátnej sociálnej dávky. Pre nárok na príspevok navrhovateľovi bola zhodnotená doba za 24 skončených rokov. Navrhovateľ pred 1. júlom 2003 splnil podmienky nároku na starobný dôchodok podľa § 21 ods. 1 písm. c) zákona č. 100/1988 Zb. dovŕšením 55 rokov veku. Navrhovateľovi na základe jeho žiadosti o starobný dôchodok odporkyňa právoplatným rozhodnutím číslo XXX XXX XXXX zo dňa 24. apríla 2003 podľa § 21 zákona č. 100/1988 Zb. o sociálnom poistení v znení zákona č. 107/1999 Z.z. priznala od 27. mája 2003 starobný dôchodok v sume 8 697,- Sk mesačne. Navrhovateľovi bola započítaná doba zamestnania 22 rokov v I. pracovnej kategórii a 15 rokov v III. pracovnej kategórii, pričom na nárok na starobný dôchodok odporkyňa zhodnotila doby trvania služobného pomeru policajta s prihliadnutím na pracovné kategórie. Právoplatným rozhodnutím číslo XXX XXX XXXX zo dňa 21. júla 2003 odporkyňa podľa § 21 ods. 3 § 173i ods. 1 a § 96 ods. 4 zákona č.100/198/8 Zb. o sociálnom zabezpečení v znení neskorších predpisov odňala navrhovateľovi starobný dôchodok od 22.8.2003. Napadnutým rozhodnutím číslo XXX XXX XXXX X - H.. zo dňa 28. mája 2014 odporkyňa podľa § 259 ods. 1 a podľa § 112 zákona č. 461/2003 Z.z. o sociálnom poistení v znení zákona č. 721/2002 Z.z. a§ 21 zákona č. 100/1988 Zb. o sociálnom zabezpečení v znení neskorších predpisov, čl. 19 a čl. 33 ods. 2 Dohovoru o invalidných, starobných a pozostalostných dávkach uvoľnila navrhovateľovi od 22. augusta 2003 výplatu starobného dôchodku v sume 3 239 Sk mesačne. ďalšími napadnutými rozhodnutiami číslo XXX XXX XXXX - H.. U. H. zo dňa 28. mája 2014 odporkyňa podľa § 293k zákona č. 461/2003 Z.z. o sociálnom poistení v znení zákon č. 310/2006 Z.z. navrhovateľovi od 22. augusta 2006 zvýšila starobný dôchodok na sumu 6 015 Sk mesačne ďalej podľa 261 ods. 3 písm. b) zákona č. 461/2003 Z.z. o sociálnom poistení v znení zákona č. 310/2006 Z.z. navrhovateľovi od 5. marca 2007 zvýšila starobný dôchodok na sumu 6 457 Sk mesačne a ďalej podľa 66 ods. 3 a § 293l ods. 1 zákona č. 461/2003 Z.z. o sociálnom poistení v znení zákona č. 310/2006 Z.z. navrhovateľovi od 1. marca 2010 zvýšila starobný dôchodok na sumu 271,40 eur mesačne. Zároveň pri jednotlivých zvýšeniach starobného dôchodku vykonala a pripočítala zvýšenia podľa osobitných predpisov o zvyšovaní dôchodkových dávok. Navrhovateľ vo svojom opravnom prostriedku namietal, že vydanými napadnutými rozhodnutiami odporkyňa porušuje čl. 1, čl. 7 ods. 5 a čl. 154c Ústavy Slovenskej republiky, a medzinárodný Dohovor č. 128 o invalidných, starobných a pozostalostných dávkach, zastával názor, že nárok na výsluhový dôchodok a nárok na starobný dôchodok nepodmieňujú tie isté sociálne udalosti, poukazoval na právne názory uvedené v rozsudkoch Najvyššieho súdu č. 4So 189/2007 zo dňa 29. mája 2008 a č. 4So 239/2004 zo dňa 16. novembra 2005 a namietal, že taktiež došlo ku kráteniu jeho starobného dôchodku v rozpore s čl. 33 ods. 2 Dohovoru. Poukázal aj na to, že odporkyňa postupovala v rozpore s právnym názorom vyjadreným v rozhodnutí Krajského súdu v Bratislave, č.k. 5 Sd 324/2012-95 zo dňa 13. novembra 2013, čím porušila aj ustanovenie § 250r Občianskeho súdneho poriadku (ďalej len O.s.p.). Súd v tejto súvislosti konštatuje, že Najvyšší súd Slovenskej republiky vo svojom rozhodnutí 9So/214/2008 zo dňa 28.10.2009 ohľadom námietky, že výsluhový príspevok ako peňažná dávka nie je poskytovaná za tú istú sociálnu udalosť ako starobný dôchodok vo všeobecnom systéme sociálneho poistenia, a preto sumu starobného dôchodku, ktorá patrí za obdobie dôchodkového poistenia vrátane služby nie je možné krátiť podľa čl. 33 ods. 2 Dohovoru o invalidných, starobných a pozostalostných dávkach zaujal stanovisko, že príspevok za službu ako dávka sociálneho zabezpečenia považovaný za výsluhový dôchodok má od dovŕšenia dôchodkového veku podľa všeobecných predpisov o sociálnom poistení (zabezpečení) plniť funkciu starobného dôchodku z osobitného systému sociálneho poistenia (zabezpečenia) vo výške primeranej dobe služobného pomeru a na účely stanovenia výšky starobného dôchodku je potrebné do doby dôchodkového poistenia započítať aj doby zhodnotené na účely príspevku za službu a až po takomto stanovení výšky starobného dôchodku možno sumu starobného dôchodku krátiť o sumu príspevku za službu považovaného za výsluhový dôchodok. Vo svojom rozhodnutí 9 So 132/2009 zo dňa 28.4.2010 Najvyšší súd Slovenskej republiky zaujal stanovisko, že výsluhový príspevok, priznaný ako dávka sociálneho zabezpečenia a považovaný za výsluhový dôchodok podľa zákona č. 328/2002 Z.z. môže od dovŕšenia dôchodkového veku podľa všeobecných predpisov o sociálnom zabezpečení (poistení) plniť funkciu starobného dôchodku z osobitného systému sociálneho zabezpečenia (poistenia) len vtedy, ak jeho výška zodpovedá výške starobného dôchodku, primeranej dobe trvania služobného pomeru. Pri určení výšky starobného dôchodku zo všeobecného systému sociálneho zabezpečenia (poistenia) je potrebné do doby dôchodkového poistenia započítať aj doby ktoré boli zhodnotené na účely výsluhového dôchodku a v nich dosiahnuté hrubé zárobky. Až po takomto stanovení výšky starobného dôchodku možno sumu starobného dôchodku krátiť v pomernej časti zodpovedajúcej zhodnotenej dobe služby, najviac však o sumu výsluhového príspevku, považovaného a výsluhový dôchodok. Podobne Najvyšší súd Slovenskej republiky aj v rozhodnutí 4So/189/2008 zo dňa 29.5.2008 zaujal stanovisko, že úmyslom zákonodarcu bolo zákonom č. 328/2002 Z.z. poskytnúť policajtom výsluhový dôchodok ako dávku považovanú za starobný dôchodok z osobitného systému sociálneho zabezpečenia až do dovŕšenia dôchodkového veku podľa všeobecných predpisov o sociálnom zabezpečení. Súd poukazuje na už ustálenú judikatúru v danej veci, z ktorej vyplýva, že je pri stanovení starobného dôchodku potrebné aplikovať ustanovenia čl. 19 a 33 ods. 2 Dohovoru o invalidných, starobných a pozostalostných dávkach a teda je nutné pri stanovení výšky starobného dôchodku sumu starobného dôchodku krátiť o sumu príspevku za službu, považovaného za výsluhový dôchodok a aj keď v predchádzajúcom rozhodnutí č. 5 Sd 324/2012-95 zo dňa 13. novembra 2013 bol vyslovený iný právny názor súdu, bolo nutné v danom prípade postupovať v súlade s judikatúrou najvyššieho súdu a súd nezistil dôvody, pre ktoré by sa mal odchýliť od právnych názorov, ktoré zaujal Najvyšší súd Slovenskej republiky vo svojich rozhodnutiach, ktoré sa práve týkali aplikácie ustanovenia čl. 33 ods. 2 Dohovoru o invalidných starobných a pozostalostných dávkach v súvislosti s krátením sumy starobného dôchodku za rovnakej skutkovej situácie ako v tomto prípade navrhovateľa. V danom prípade mal navrhovateľ priznaný výsluhový príspevok, ktorý je potrebné považovať od dovŕšenia dôchodkového veku za starobný dôchodok z osobitného systému sociálneho zabezpečenia, teda ako peňažnú dávku sociálneho zabezpečenia za tú istú sociálnu situáciu, za ktorú sa poskytuje starobný dôchodok zo všeobecného sociálneho systému. Súd preto vzhľadom na právne názory Najvyššieho súdu Slovenskej republiky považoval postup odporkyne pri stanovení starobného dôchodku navrhovateľa za súladný so zákonom. Podľa § 293k zákona č. 461/2003 Z.z. o sociálnom poistení v znení zákona č. 310/2006 Z.z. bol zvýšený starobný dôchodok od 22. augusta 2006 na sumu 6 015 Sk mesačne. Starobný dôchodok navrhovateľa priznaný podľa § 21 zákona č. 100/1988 Zb. o sociálnom zabezpečení bol vypočítaný z priemerného mesačného zárobku, ktorý po úprave pre výpočet dôchodku bol 4 067 Sk. Podľa § 293k zákona č. 310/2006 Z.z., ktorým sa mení a dopĺňa zákon č. 461/2003 Z.z. o sociálnom poistení, bola suma starobného dôchodku navrhovateľa novo určená podľa predpisov účinných do 31. decembra 2003 z priemerného mesačného zárobku určeného podľa odsekov 3 a 4. Nakoľko navrhovateľ je poberateľom dávky z osobitného systému sociálneho zabezpečenia Slovenskej republiky a na určenie sumy starobného dôchodku mu bola započítaná doba služby a osobné vymeriavacie základy dosiahnuté počas výkonu služby, suma starobného dôchodku bola znížená podľa článku 33 ods. 2 Dohovoru č. 128 o sumu starobného dôchodku, zodpovedajúcu obdobiu dôchodkového poistenia, ktorým je doba služby zhodnotená na určenie sumy výsluhového príspevku za celé roky, najviac o sumu výsluhového príspevku, ktorá sa vyplácala ku dňu priznania starobného dôchodku a suma starobného dôchodku zodpovedajúca obdobiu dôchodkového poistenia, ktorým je doba služby zhodnotená na určenie sumy výsluhového príspevku za celé roky sa určí ako časť sumy starobného dôchodku, ktorá zodpovedá pomeru obdobia dôchodkového poistenia, ktorým je doba služby zhodnotená na určenie sumy dôchodkového príspevku za celé roky, k úhrnu obdobia dôchodkového poistenia vrátane doby služby, ktoré je zhodnotené na určenia sumy starobného dôchodku. Suma starobného dôchodku 8444,75664416 Sk mesačne zodpovedá obdobiu dôchodkového poistenia, ktorým je doba služby zhodnotená na určenie sumy výsluhového príspevku za celé roky a je určená ako súčin sumy starobného dôchodku 13 019 Sk mesačne a koeficientu 0,64864864, ktorý je určený ako podiel obdobia dôchodkového poistenia, ktorým je doba služby zhodnotená na určenie sumy výsluhového príspevku 24 rokov a úhrnu obdobia dôchodkového poistenia vrátane doby služby zhodnotenej na sumu starobného dôchodku 37,0000 rokov. Suma starobného dôchodku 4 575 mesačne po zaokrúhlení je určená ako rozdiel sumy starobného dôchodku zodpovedajúcej obdobiu dôchodkového poistenia vrátane doby služby 13 019 Sk mesačne a sumy starobného dôchodku, ktorá zodpovedá obdobiu dôchodkového poistenia, ktorým je doba služby zhodnotená na určenie sumy výsluhového príspevku 8444,75664416 Sk mesačne. Starobný dôchodok navrhovateľa bol ďalej podľa § 261 ods. 3 zákona č. 461/2003 Z.z. o sociálnom poistení v znení zákona č. 310/2006 Z.z. od 5. marca 2007 zvýšený na sumu 6 457 Sk mesačne za obdobie dôchodkového poistenia, získané po 31. decembri 2003 do 31. júla 2006 počas poberania tohto dôchodku alebo jeho časti za každých 90 dní dôchodkového poistenia o 0,75% priemerného mesačného zárobku, z ktorého sa dôchodok vymeral. Navrhovateľ bol v období pred 1. augustom 2006 počas poberania starobného dôchodku v celom roku 2004, 2005 a od 1. januára 2006 do 31.2006 dôchodkovo poistený a získal 943 dní obdobia dôchodkového poistenia. Priemerný mesačný zárobok z ktorého sa vypočítal starobný dôchodok bol 5 892 Sk mesačne. Suma starobného dôchodku sa zvýšila za 900 dní dôchodkového poistenia (za 10 x 90 dní) o 0,75% priemerného mesačného zárobku, t.j. o 441,90000 Sk mesačne. K 4. marcu 2007 sa starobný dôchodok vyplácal v sume 6 015 Sk mesačne. Suma starobného dôchodku 6 457 Sk mesačne po zaokrúhlení je určená súčtom súm 6 015 Sk a 44,90000 Sk. Starobný dôchodok navrhovateľa bol ďalej podľa § 66 ods. 3 a § 293l ods. 1 zákona č. 461/2003 Z.z. o sociálnom poistení v znení zákona č. 301/2006 Z.z. zvýšený od 1. marca 2010 na sumu 271,40 eur mesačne z dôvodu, že navrhovateľ počas poberania starobného dôchodku od 1. augusta 2006 do 31. decembra 2006 získal osobný vymeriavací základ 36 600 Sk, všeobecný vymeriavací základ 225 132 Sk a osobný mzdový bod 0,1626, v roku 2007 získal osobný vymeriavací základ 107 658 Sk, všeobecný vymeriavací základ 241 752 Sk a osobný mzdový bod 0,4454, v roku 2008 získal osobný vymeriavací základ 110 658 Sk, všeobecný vymeriavací základ 261 384 Sk a osobný mzdový bod 0,4234, v roku 2009 získal osobný vymeriavací základ 4 343,34 eur, všeobecný vymeriavací základ 8 676,36 eur a osobný mzdový bod 0,5006, od 1. januára 2010 do 28. februára 2010 získal osobný vymeriavací základ 856,78 eur, všeobecný vymeriavací základ 8 676,36 eur a osobný mzdový bod 0,0988. Zvýšenie starobného dôchodku, ktoré patrí za obdobie dôchodkového poistenia počas poberania tohto dôchodku je určené ako súčin súčtu jednej polovice osobných mzdových bodov 0,8154 a aktuálnej dôchodkovej hodnoty 9,2246 eur a predstavuje 7,52173884 eur mesačne. Starobný dôchodok k 28. februáru 2010 sa vyplácal v sume 263,80 eur mesačne. Suma starobného dôchodku 271,40 eur mesačne po zaokrúhlení je určená súčtom súm 263,80 eur a 7,52173884 eur. Priznaný starobný dôchodok navrhovateľa bol ďalej zvyšovaný podľa predpisov o zvyšovaní dôchodkových dávok. Súd konštatoval, že odporkyňa pri zvýšení starobného dôchodku podľa § 293, § 261 ods. 3 písm. b) a § 66 ods. 3 a § 293l ods. 1 zákona č. 461/2003 Z.z o sociálnom poistení v znení zákona č. 310/2006 Z.z. ako aj pri zvyšovaní starobného dôchodku postupovala správne a v súlade s platnými predpismi. Súd preto vzhľadom na vyššie uvedené napadnuté rozhodnutia číslo XXX XXX XXXX X - H.. - H.. zo dňa 28. mája 2014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V Bratislave, 10. decembra 2014</w:t>
      </w:r>
    </w:p>
    <w:p/>
    <w:p>
      <w:r>
        <w:t>Zdroj: KAUZIS.SK – https://www.kauzis.sk/judikatura/r/ECLI:SK:KSBA:2014:1014200901.1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