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5S/120/2014 z 10. 8. 2014</w:t>
      </w:r>
    </w:p>
    <w:p>
      <w:r>
        <w:t>Uznesenie Krajského súdu Bratislava z 10. augusta 2014, sp. zn. 5S/120/2014, ECLI:SK:KSBA:2014:1014200962.1</w:t>
      </w:r>
    </w:p>
    <w:p>
      <w:r>
        <w:t>Súd: Krajský súd Bratislava</w:t>
      </w:r>
    </w:p>
    <w:p>
      <w:r>
        <w:t>Spisová značka: 5S/120/2014</w:t>
      </w:r>
    </w:p>
    <w:p>
      <w:r>
        <w:t>ECLI: ECLI:SK:KSBA:2014:1014200962.1</w:t>
      </w:r>
    </w:p>
    <w:p>
      <w:r>
        <w:t>Dátum vydania: 10. 8.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5S/120/2014 Identifikačné číslo súdneho spisu: 1014200962 Dátum vydania rozhodnutia: 11. 08. 2014 Meno a priezvisko sudcu, VSÚ: Mgr. Helena Marcinkechová ECLI: ECLI:SK:KSBA:2014:1014200962.1 Uznesenie Krajský súd v Bratislave v právnej veci žalobcov: v 1/ rade: N. V., J. č. XXX, XXX XX J., v 2/ rade: O. V., O. XXX, XXX XX J., obaja zastúpení: JUDr. Jozef Švarc, advokát, Horná ul. 41 974 01 Banská Bystrica, proti žalovanému: Ministerstvo pôdohospodárstva a rozvoja vidieka Slovenskej republiky, Dobrovičova 12, 812 66 Bratislava 1, o preskúmanie zákonnosti rozhodnutia žalovaného č. 2691/2014-420 zo dňa 4.4.2014, takto r o z h o d o l : Krajský súd v Bratislave p r i b e r á do konania účastníka správneho konania: FILAGRO plus, spol. s r.o., sídlom Vajanského 2928, Lučenec 984 01, IČO: 36 620 327. o d ô v o d n e n i e : Žalobou doručenou tunajšiemu súdu dňa 13.6.2014 sa žalobca domáhal preskúmania zákonnosti rozhodnutia žalovaného č. 2691/2014-420 zo dňa 4.4.2014, ktorým Minister pôdohospodárstva a rozvoja vidieka Slovenskej republiky vyhovel rozkladu účastníka správneho konania - spoločnosti FILAGRO plus, spol. s r.o. a rozhodnutie Ministerstva pôdohospodárstva a rozvoja vidieka Slovenskej republiky (ďalej len „ministerstvo pôdohospodárstva“) č. 1299/2010-100 zo dňa 29.7.2011 zrušil. Prvostupňovým rozhodnutím ministerstvo pôdohospodárstva na základe podnetu žalobcov v mimoodvolacom konaní rozhodlo tak, že výrok rozhodnutia Krajského lesného úradu v Banskej Bystrici č. 2008/00114 zo dňa 25.4.2008 zmenilo nasledovne: „Krajský lesný úrad v Banskej Bystrici na základe § 59 ods. 2 správneho poriadku rozhodnutie Obvodného lesného úradu v Lučenci č. 2007/00207 zo dňa 7.12.2007 zrušuje a vec vracia na nové prejednanie a rozhodnutie“. Krajský lesný úrad v Banskej Bystrici rozhodnutím č. 2008/0014 zo dňa 25.4.2008 zamietol spoločné odvolanie žalobcov a ďalších účastníkov správneho konania a potvrdil rozhodnutie Obvodného lesného úradu v Lučenci č. 2007/00207 zo dňa 7.12.2007, ktorým boli schválené nájomné zmluvy na postúpenie výkonu práva poľovníctva v uznanom poľovnom revíri č. 35 Čamovce pre spoločnosť FILAGRO plus, spol. s.r.o.. Podľa § 250 ods. 1 O.s.p. účastníkmi konania sú žalobca a žalovaný. Súd aj bez návrhu uznesením priberie do konania účastníka správneho konania, ktorého práva a povinnosti by mohli byť zrušením správneho rozhodnutia dotknuté. Vydaním napadnutého rozhodnutia žalovaného č. 2691/2014-420 zo dňa 4.4.2014 nastal právny stav, kedy rozhodnutie Obvodného lesného úradu v Lučenci č. 2007/00207 zo dňa 7.12.2007, ktorým boli schválené nájomné zmluvy na postúpenie výkonu práva poľovníctva v uznanom poľovnom revíri č. 35 Čamovce pre spoločnosť FILAGRO plus, spol. s.r.o. je platné a účinné, pričom zrušením napadnutého rozhodnutia zo dňa 4.4.2014 v správnom súdnictve by rozhodnutie Obvodného lesného úradu v Lučenci č. 2007/00207 zo dňa 7.12.2007 túto platnosť a účinnosť stratilo, čím by mohli byť dotknuté práva a povinnosti účastníka správneho konania - spoločnosti FILAGRO plus, spol. s r.o., sídlom Vajanského 2928, Lučenec 984 01, IČO: 36 620 327. Vzhľadom na túto skutočnosť potom súd pribral uvedeného účastníka správneho konania do konania podľa ustanovenia § 250 ods. 1 O.s.p. Poučenie: Proti tomuto uzneseniu možno podať odvolanie do 15 dní odo dňa jeho doručenia na Krajský súd v Bratislave dvojmo. Ak bude proti tomuto rozhodnutiu v odvolacej lehote podané odvolanie, uznesenie sa podaním odvolania zrušuje a opätovne rozhodne sudca (§202 ods. 3 písm. d) O.s.p. v spojení s § 374 ods. 4).</w:t>
      </w:r>
    </w:p>
    <w:p/>
    <w:p>
      <w:r>
        <w:t>Zdroj: KAUZIS.SK – https://www.kauzis.sk/judikatura/r/ECLI:SK:KSBA:2014:1014200962.1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