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9Sp/57/2014 z 24. 8. 2014</w:t>
      </w:r>
    </w:p>
    <w:p>
      <w:r>
        <w:t>Uznesenie Krajského súdu Bratislava z 24. augusta 2014, sp. zn. 9Sp/57/2014, ECLI:SK:KSBA:2014:1014200985.1</w:t>
      </w:r>
    </w:p>
    <w:p>
      <w:r>
        <w:t>Súd: Krajský súd Bratislava</w:t>
      </w:r>
    </w:p>
    <w:p>
      <w:r>
        <w:t>Spisová značka: 9Sp/57/2014</w:t>
      </w:r>
    </w:p>
    <w:p>
      <w:r>
        <w:t>ECLI: ECLI:SK:KSBA:2014:1014200985.1</w:t>
      </w:r>
    </w:p>
    <w:p>
      <w:r>
        <w:t>Dátum vydania: 24.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9Sp/57/2014 Identifikačné číslo súdneho spisu: 1014200985 Dátum vydania rozhodnutia: 25. 08. 2014 Meno a priezvisko sudcu, VSÚ: JUDr Janka Richterová ECLI: ECLI:SK:KSBA:2014:1014200985.1 Uznesenie Krajský súd v Bratislave, v právnej veci navrhovateľa: I. Y., Z..F..P.., Z. Z. S. N., X.. Š. Č.. XX, L.: XX XXX XXX, proti odporcovi: Obec Marianka, o preskúmanie zákonnosti rozhodnutia odporcu zo dňa 28.01.2013, sp. zn. 102016/2012, takto r o z h o d o l : Súd konanie z a s t a v u j e . Žiaden z účastníkov nemá právo na náhradu trov konania. Po právoplatnosti uznesenia sa vec p o s t u p u j e Okresnému úradu v Bratislave. o d ô v o d n e n i e : Odporca rozhodnutím zo dňa 28. januára 2013, sp. zn. 102016/2012 podľa § 13 ods. 5 zák. č. 369/1990 Zb. o obecnom zriadení a § 46 a 47 správneho poriadku uložil navrhovateľovi pokutu vo výške 150,- Eur za porušenie všeobecne záväzného nariadenia č. 3/2011 o verejnom poriadku, čistote, ochrane životného prostredia a o zneškodňovaní odpadových vôd na území obce Marianka. Odporca po podaní odvolania predložil vec súdu na rozhodnutie podľa ustanovení tretej hlavy piatej časti Občianskeho súdneho poriadku. Podľa § 103 O.s.p. kedykoľvek za konania prihliada súd na to, či sú splnené podmienky, za ktorých môže konať vo veci ( podmienky konania ). Podľa § 104,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13 ods. 9 písm. a/ Zák. č. 369/1990 Zb. o obecnom zriadení v platnom znení obec môže právnickej osobe alebo fyzickej osobe oprávnenej na podnikanie uložiť pokutu do 6638 eur, ak poruší nariadenie. Podľa § 57, ods. 1 Správneho poriadku ak osobitný zákon neustanovuje inak, odvolacím orgánom je správny orgán najbližšieho vyššieho stupňa nadriadený správnemu orgánu, ktorý napadnuté rozhodnutie vydal. Súd je v ktoromkoľvek štádiu konania povinný skúmať, či sú splnené podmienky, za ktorých môže konať, t. j. či sú splnené procesné podmienky na strane súdu ( právomoc, príslušnosť vecná, funkčná, miestna), účastníkov a ich zástupcov ( napr. spôsobilosť byť účastníkom konania, zástupcom, procesná spôsobilosť), vecné procesné podmienky ( existencia návrhu na začatie konania alebo uznesenia o začatí konania ) a negatívne procesné podmienky, ktoré nesmú byť dané, aby súd mohol vec prejednať a o nej rozhodnúť. Absencia neodstrániteľného nedostatku podmienky konania alebo danosť negatívnej procesnej podmienky má za následok zastavenie konania podľa § 104, ods. 1 O.s.p. V prípade, ak súdnemu konaniu má predchádzať iné konanie, súd podľa druhej vety tohto ustanovenia po právoplatnosti uznesenia o zastavení konania postúpi vec príslušnému orgánu. Navrhovateľ podal odvolanie voči rozhodnutiu odporcu, ktorým sa mu pre porušenie všeobecne záväzného nariadenia obce z dôvodu neodstránenia buriny a nezabezpečenia kosenia pozemku uložila pokuta podľa § 13 ods. 9 písm. a/zákona o obecnom zriadení. Zákonodarca u obce rozlišuje medzi preneseným výkonom pôsobnosti štátnej správy a výkonom samosprávnej pôsobnosti obce. Zo systematického a logického výkladu ustanovenia § 2 zák. č. 416/2001 Z.z., ako aj z účelu zákona je nesporné, že pri rozhodovaní v sankčných veciach musí vždy ísť o prenesený výkon štátnej správy. Ustanovenie § 27 ods. 2 veta za bodkočiarkou Zák. č. 369/1990 Zb. o obecnom zriadení, v zmysle ktorého o opravnom prostriedku proti rozhodnutiu obce pri výkone samosprávy rozhoduje súd, ak osobitný predpis neustanovuje inak, sa v prípade deliktuálnej spôsobilosti nepoužije, nakoľko ukladanie sankcií obcou a konanie o nich je osobitne upravené v ustanovení § 13 ods. 9 a 10 zák. č. 369/1990 Zb. Procesný postup preskúmania rozhodnutí verejnej správy o uložení sankcie za iný správny delikt musí byť rovnaký, ako pri preskúmavaní priestupkov, inak by nemohla byť zachovaná rovnosť účastníkov. Podľa § 83, ods. 2 zák. č. 372/1990 Zb. návrh na preskúmanie rozhodnutia o priestupku súdom možno podať až po vyčerpaní riadneho opravného prostriedku v správnom konaní, takýto procesný postup je potrebné zachovať aj pri prejednávaní iných správnych deliktov. Teda rozhodnutie obce o správnom delikte a o uložení sankcie treba považovať za individuálny správny akt, ktorý je preskúmateľný súdom v správnom konaní až po vyčerpaní riadneho opravného prostriedku podľa druhej hlavy piatej časti O.s.p. ( porovnaj napr. uznesenie NS SR 8 Rks 1/2012 ). Keďže súdnemu konaniu má predchádzať iné konanie, a to správne konanie o odvolaní navrhovateľa na druhostupňovom správnom orgáne, súd uznesením konanie zastavil podľa druhej vety ustanovenia § 104, ods. 1 O.s.p. Vzhľadom na to, že zákon o obecnom zriadení výslovne neurčuje druhostupňový správny orgán, súd po právoplatnosti uznesenia o zastavení konania postúpi vec na prejednanie odvolania navrhovateľa Okresnému úradu v Bratislave podľa § 4 ods. 2 písm. b Zák. č. 180/2013 Z.z. o organizácii miestnej štátnej správy. O trovách konania súd rozhodol podľa § 146 ods. 1, písm. c/ O.s.p. v spojení s § 250l, ods. 2 a 246c, ods. 1 O.s.p., keď žiadne nezistil skutočnosti, odôvodňujúce aplikáciu druhého odseku tohto ustanovenia. Poučenie: Proti tomuto uzneseniu možno podať odvolanie do 15 dní odo dňa jeho doručenia, prostredníctvom procesného súdu na Najvyšší súd Slovenskej republiky v Bratislave.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https://www.kauzis.sk/judikatura/r/ECLI:SK:KSBA:2014:1014200985.1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