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6S/124/2014 z 11. 9. 2014</w:t>
      </w:r>
    </w:p>
    <w:p>
      <w:r>
        <w:t>Uznesenie Krajského súdu Bratislava z 11. septembra 2014, sp. zn. 6S/124/2014, ECLI:SK:KSBA:2014:1014200998.1</w:t>
      </w:r>
    </w:p>
    <w:p>
      <w:r>
        <w:t>Súd: Krajský súd Bratislava</w:t>
      </w:r>
    </w:p>
    <w:p>
      <w:r>
        <w:t>Spisová značka: 6S/124/2014</w:t>
      </w:r>
    </w:p>
    <w:p>
      <w:r>
        <w:t>ECLI: ECLI:SK:KSBA:2014:1014200998.1</w:t>
      </w:r>
    </w:p>
    <w:p>
      <w:r>
        <w:t>Dátum vydania: 11.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6S/124/2014 Identifikačné číslo súdneho spisu: 1014200998 Dátum vydania rozhodnutia: 12. 09. 2014 Meno a priezvisko sudcu, VSÚ: JUDr. Soňa Langová ECLI: ECLI:SK:KSBA:2014:1014200998.1 Uznesenie Krajský súd v Bratislave v právnej veci žalobcu: W. D., N. XXX/XX, XXX XX X. Š., zastúpený: Mgr. Tomáš Adamec, advokát so sídlom Levočská ul. 3, 052 01 Spišská Nová Ves, proti žalovanému: Sociálna poisťovňa - ústredie, ul. 29. augusta č. 8-10, 813 63 Bratislava, o preskúmanie zákonnosti rozhodnutia žalovaného č. 26179-2/2014-BA zo dňa 10.04.2014, takto r o z h o d o l : Krajský súd v Bratislave p o s t u p u j e vec Krajskému súdu v Košiciach. o d ô v o d n e n i e : Žalobou doručenou tunajšiemu súdu dňa 19.06.2014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X., a preto jeho všeobecným súdom je súd určený podľa § 85 ods. 1 O.s.p., ktorý je v obvode Krajského súdu v Košiciach. Podľa § 250d ods. 2 O.s.p. ak predseda senátu zistí, že súd nie je vecne alebo miestne príslušný, postúpi vec uznesením príslušnému súdu. V uvedenej veci bolo zistené, že všeobecným súdom žalobcu je súd, ktorý je v obvode Krajského súdu v Košiciach a keďže ide o preskúmanie rozhodnutia žalovaného 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https://www.kauzis.sk/judikatura/r/ECLI:SK:KSBA:2014:1014200998.1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