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4Sp/18/2014 z 1. 10. 2014</w:t>
      </w:r>
    </w:p>
    <w:p>
      <w:r>
        <w:t>Uznesenie Krajského súdu Bratislava z 1. októbra 2014, sp. zn. 4Sp/18/2014, ECLI:SK:KSBA:2014:1014201086.1</w:t>
      </w:r>
    </w:p>
    <w:p>
      <w:r>
        <w:t>Súd: Krajský súd Bratislava</w:t>
      </w:r>
    </w:p>
    <w:p>
      <w:r>
        <w:t>Spisová značka: 4Sp/18/2014</w:t>
      </w:r>
    </w:p>
    <w:p>
      <w:r>
        <w:t>ECLI: ECLI:SK:KSBA:2014:1014201086.1</w:t>
      </w:r>
    </w:p>
    <w:p>
      <w:r>
        <w:t>Dátum vydania: 1.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4Sp/18/2014 Identifikačné číslo súdneho spisu: 1014201086 Dátum vydania rozhodnutia: 02. 10. 2014 Meno a priezvisko sudcu, VSÚ: JUDr. Ľubomír Šramko ECLI: ECLI:SK:KSBA:2014:1014201086.1 Uznesenie Krajský súd v Bratislave v právnej veci navrhovateľky: Z. Y. A., so sídlom podnikania Lozorno 144, Lozorno, IČO: 43 551 572 zastúpenej pánom JUDr. Viktorom Mišíkom, advokátom so sídlom Zámocká 1, Bratislava proti odporkyni: Mestská časť Bratislava - Staré mesto so sídlom Vajanského nábrežie 3, Bratislava v konaní o opravnom prostriedku navrhovateľky zo dňa 25.6.2014 proti rozhodnutiu odporcu č. 70/EXT/Dom/2014 zo dňa 16.5.2014 takto r o z h o d o l : Krajský súd v Bratislave konanie z a s t a v u j e . Žiaden z účastníkov konania nemá právo na náhradu trov tohto konania. o d ô v o d n e n i e : Dňa 27.6.2014 bol konajúcemu Krajskému súdu v Bratislave (ďalej len súd) doručený návrh - opravný prostriedok (odvolanie) z 25.6.2014, ktorým sa navrhovateľka domáhala zrušenia napadnutého rozhodnutia odporkyne č. 70/EXT/Dom/2014 zo dňa 16.5.2014. Napadnutým rozhodnutím odporkyňa schválila osobitnú prevádzkovú dobu prevádzkarne SHISHA DUBAI na Michalskej 2 v Bratislave v dňoch pondelok - nedeľa v čase od 12.00 - 01.00 hod. a to i napriek tomu, že navrhovateľka žiadala o schválenie osobitnej prevádzkovej doby v označených dňoch v čase od 12.00 - 04.00 hod.. Odporkyňa na základe výzvy konajúcemu súdu oznámila, že na základe jej doručeného vyhotovenia odvolania navrhovateľky právoplatným rozhodnutím Č.j.: 70/O/Dom/2014, Ev. č.: 5754/32157/2014/ DOD/Dom zo 14.7.2014 v celom rozsahu vyhovela odvolaniu navrhovateľky postupom podľa ust. § 57 ods. 1 zák. č. 71/1967 Zb. o správnom konaní a osobitnú prevádzkovú dobu prevádzkarne SHISHA DUBAI na Michalskej 2 v Bratislave určila v dňoch pondelok - nedeľa v čase od 12.00 - 04.00 hod.. K tomuto oznámeniu pripojila fotokópiu predmetného rozhodnutia rozhodnutím Č.j.: 70/O/Dom/2014, Ev. č.: 5754/32157/2014/DOD/Dom zo 14.7.2014 s vyznačenou právoplatnosťou. Podľa ust. § 250l ods.1 Občianskeho súdneho poriadku (ďalej len „O.s.p.“) podľa ustanovení tejto hlavy sa postupuje v prípadoch, v ktorých zákon zveruje súdom rozhodovanie o opravných prostriedkoch proti neprávoplatným rozhodnutiam správnych orgánov. Podľa ust. § 250o O.s.p. ak správny orgán, ktorého rozhodnutie súd preskúmava, vydá nové rozhodnutie, ktorým návrhu celkom vyhovie, súd uznesením konanie zastaví. Pretože súd z predloženého spisového materiálu zistil, že odporkyňa plne vyhovela odvolaniu navrhovateľky a vydala rozhodnutie nové, ktoré nadobudlo právoplatnosť, súd s poukazom na citované zákonné ustanovenia konanie zastavil. O trovách konania súd rozhodol v súlade s analogickým použitím ust. § 146 ods.1, písm. c), O.s.p.. Poučenie: Proti tomuto uzneseniu odvolanie nie je prípustné (§ 250l ods. 2, § 246 ods. 1 O.s.p.).</w:t>
      </w:r>
    </w:p>
    <w:p/>
    <w:p>
      <w:r>
        <w:t>Zdroj: KAUZIS.SK – https://www.kauzis.sk/judikatura/r/ECLI:SK:KSBA:2014:1014201086.1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