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1S/137/2014 z 10. 8. 2014</w:t>
      </w:r>
    </w:p>
    <w:p>
      <w:r>
        <w:t>Uznesenie Krajského súdu Bratislava z 10. augusta 2014, sp. zn. 1S/137/2014, ECLI:SK:KSBA:2014:1014201097.1</w:t>
      </w:r>
    </w:p>
    <w:p>
      <w:r>
        <w:t>Súd: Krajský súd Bratislava</w:t>
      </w:r>
    </w:p>
    <w:p>
      <w:r>
        <w:t>Spisová značka: 1S/137/2014</w:t>
      </w:r>
    </w:p>
    <w:p>
      <w:r>
        <w:t>ECLI: ECLI:SK:KSBA:2014:1014201097.1</w:t>
      </w:r>
    </w:p>
    <w:p>
      <w:r>
        <w:t>Dátum vydania: 10.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1S/137/2014 Identifikačné číslo súdneho spisu: 1014201097 Dátum vydania rozhodnutia: 11. 08. 2014 Meno a priezvisko sudcu, VSÚ: JUDr. Monika Valašíková PhD. ECLI: ECLI:SK:KSBA:2014:1014201097.1 Uznesenie Krajský súd v Bratislave v právnej veci žalobcu: TKÁČ, s.r.o., 086 36 Nižná Polianka č. 110, IČO: 36446149, právne zastúpený: Procházka &amp; partners s.r.o., Búdková 4, Bratislava proti žalovanému: Ministerstvo pôdohospodárstva a rozvoja vidieka SR, Dobrovičova 12, Bratislava, o návrhu na odklad vykonateľnosti, takto r o z h o d o l : Krajský súd v Bratislave odkladá vykonateľnosť rozhodnutia žalovaného č. 12248/2014, č.sp. 2167/2014-640 zo dňa 24.4.2014, v spojení s rozhodnutím Pôdohospodárskej platobnej agentúry zo dňa 15.1.2014 č.k. 500/1950/17628/2012 až do právoplatného rozhodnutia súdu vo veci samej. o d ô v o d n e n i e : Žalobca sa žalobou doručenou tunajšiemu súdu dňa 2.7.2014 domáhal preskúmania zákonnosti rozhodnutia žalovaného č. 12248/2014, č.sp. 2167/2014-640 zo dňa 24.4.2014, v spojení s rozhodnutím Pôdohospodárskej platobnej agentúry zo dňa 15.1.2014 č.k. 500/1950/17628/2012. Žalobca zároveň požiadal súd o odklad vykonateľnosti oboch rozhodnutí správneho orgánu. Ako dôvod tejto žiadosti uviedol, že okamžitým výkonom preskúmavaného rozhodnutia by žalobca bol obmedzený na svojich právach - v možnosti žiadať o poskytovanie podpory v priebehu troch nasledujúcich rokov nasledujúcich po roku vylúčenia, čím by žalobcovi vznikla závažná ujma na jeho majetkových právach ale aj v podnikateľskej činnosti.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https://www.kauzis.sk/judikatura/r/ECLI:SK:KSBA:2014:1014201097.1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