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1S/146/2014 z 27. 8. 2014</w:t>
      </w:r>
    </w:p>
    <w:p>
      <w:r>
        <w:t>Uznesenie Krajského súdu Bratislava z 27. augusta 2014, sp. zn. 1S/146/2014, ECLI:SK:KSBA:2014:1014201166.1</w:t>
      </w:r>
    </w:p>
    <w:p>
      <w:r>
        <w:t>Súd: Krajský súd Bratislava</w:t>
      </w:r>
    </w:p>
    <w:p>
      <w:r>
        <w:t>Spisová značka: 1S/146/2014</w:t>
      </w:r>
    </w:p>
    <w:p>
      <w:r>
        <w:t>ECLI: ECLI:SK:KSBA:2014:1014201166.1</w:t>
      </w:r>
    </w:p>
    <w:p>
      <w:r>
        <w:t>Dátum vydania: 27. 8.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1S/146/2014 Identifikačné číslo súdneho spisu: 1014201166 Dátum vydania rozhodnutia: 28. 08. 2014 Meno a priezvisko sudcu, VSÚ: JUDr. Monika Valašíková PhD. ECLI: ECLI:SK:KSBA:2014:1014201166.1 Uznesenie Krajský súd v Bratislave v právnej veci žalobcu: EFS group Slovakia, s.r.o., Pekná cesta 15, 831 52 Bratislava, IČO: 43 944 779, právne zastúpený: JUDr. Vincent Lechman, Popradská 80, 040 11 Košice, proti žalovanému: Finančné riaditeľstvo Slovenskej republiky, Lazovná 63, 974 01 Banská Bystrica, o preskúmanie zákonnosti rozhodnutia žalovaného č. 1100302/1/207993/2014/4885 zo dňa 30.4.2014, takto r o z h o d o l : Krajský súd v Bratislave o d k l a d á vykonateľnosť rozhodnutia žalovaného č. 1100302/1/207993/2014/4885 zo dňa 30.4.2014 v spojení s rozhodnutím Daňového úradu Prešov č. 9715401/5/191579/2014/Pop zo dňa 17.1.2014, a to až do právoplatnosti rozhodnutia súdu vo veci samej. o d ô v o d n e n i e : Žalobca sa žalobou podanou Krajskému súdu v Bratislave dňa 14.7.2014 domáhal preskúmania zákonnosti rozhodnutia žalovaného č. 1100302/1/207993/2014/4885 zo dňa 30.4.2014 v spojení s rozhodnutím Daňového úradu Prešov č. 9715401/5/191579/2014/Pop zo dňa 17.1.2014. Žalobca zároveň požiadal súd o odklad vykonateľnosti uvedeného rozhodnutia žalovaného. Ako dôvod tejto žiadosti uviedol, že okamžitým výkonom rozhodnutia hrozí spoločnosti žalobcu závažná ujma (XX.XXX, XX Eur) ohrozujúca bežný a riadny chod ďalšej činnosti spoločnosti žalobcu a tak existuje reálna možnosť úpadku, resp. likvidácie podnikania žalobcu. Podľa § 250c veta druhá O.s.p., na žiadosť účastníka môže predseda senátu uznesením vykonateľnosť rozhodnutia odložiť, ak by okamžitým výkonom napadnutého rozhodnutia hrozila závažná ujma. Súd v súlade s citovaným zákonným ustanovením rozhodol o žiadosti žalobcu spôsobom uvedeným vo výroku tohto uznesenia. Poučenie: Proti tomuto uzneseniu odvolanie nie je prípustné.</w:t>
      </w:r>
    </w:p>
    <w:p/>
    <w:p>
      <w:r>
        <w:t>Zdroj: KAUZIS.SK – https://www.kauzis.sk/judikatura/r/ECLI:SK:KSBA:2014:1014201166.1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