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12Sp/60/2014 z 7. 12. 2014</w:t>
      </w:r>
    </w:p>
    <w:p>
      <w:r>
        <w:t>Uznesenie Krajského súdu Bratislava z 7. decembra 2014, sp. zn. 12Sp/60/2014, ECLI:SK:KSBA:2014:1014201186.1</w:t>
      </w:r>
    </w:p>
    <w:p>
      <w:r>
        <w:t>Súd: Krajský súd Bratislava</w:t>
      </w:r>
    </w:p>
    <w:p>
      <w:r>
        <w:t>Spisová značka: 12Sp/60/2014</w:t>
      </w:r>
    </w:p>
    <w:p>
      <w:r>
        <w:t>ECLI: ECLI:SK:KSBA:2014:1014201186.1</w:t>
      </w:r>
    </w:p>
    <w:p>
      <w:r>
        <w:t>Dátum vydania: 7. 12. 2014</w:t>
      </w:r>
    </w:p>
    <w:p>
      <w:r>
        <w:t>Forma: Uznesenie</w:t>
      </w:r>
    </w:p>
    <w:p>
      <w:pPr>
        <w:pStyle w:val="Heading2"/>
      </w:pPr>
      <w:r>
        <w:t>Text rozhodnutia</w:t>
      </w:r>
    </w:p>
    <w:p>
      <w:r>
        <w:t>Súd: Krajský súd Bratislava Spisová značka: 12Sp/60/2014 Identifikačné číslo súdneho spisu: 1014201186 Dátum vydania rozhodnutia: 08. 12. 2014 Meno a priezvisko sudcu, VSÚ: Mgr. Marián Degma ECLI: ECLI:SK:KSBA:2014:1014201186.1 Uznesenie Krajský súd v Bratislave v právnej veci navrhovateľov: X/ H. U., U. Q. XX, Y. a 2/. Z.. R. U., U. U. XX, Y., proti odporcovi Okresný úrad Malacky, katastrálny odbor so sídlom Záhorácka 60A, Malacky, o preskúmanie zákonnosti rozhodnutia odporcu č. V -1627/14 zo dňa 16.05.2014, takto r o z h o d o l : Krajský súd v Bratislave konanie z a s t a v u j e . Žiaden z účastníkov konania nemá právo na náhradu trov konania. o d ô v o d n e n i e : Dňa 11.07.2014 bolo Krajskému súdu v Bratislave (ďalej len „súd“) doručené prostredníctvom odporcu odvolanie (opravný prostriedok - návrh) zo dňa 26.05.2014, ktorým navrhovatelia v 1/ a 2/ rade žiadali postupom podľa § 250l a nasl. tretej hlavy zákona č. 99/1963 Zb. Občiansky súdny poriadok (ďalej len „O.s.p.“) preskúmať rozhodnutie odporcu č. V - 1627/14 vydané dňa 16.05.2014, ktorým odporca rozhodol o zamietnutí návrhu na vklad vlastníckeho práva k nehnuteľnostiam parc. č. 1980/2, 1982/1, 1982/2, 1981/2, 1982/1 nachádzajúcich sa v k. ú. Y., nezapísaných na liste vlastníctva. Písomným podaním zo dňa 13.11.2014 doručeným tunajšiemu súdu prostredníctvom odporcu dňa 27.11.2014 vzali navrhovatelia (navrhovateľ 1/ a 2/) odvolanie - návrh o preskúmanie zákonnosti rozhodnutia, tak ako je špecifikovaný v predchádzajúcom odseku, v celom rozsahu späť. Podľa § 250l ods. 2 O.s.p., pokiaľ v tejto hlave nie je ustanovené inak, použije sa primerane ustanovenie druhej hlavy s výnimkou § 250a. Podľa § 250h ods. 2 druhej hlavy O.s.p., až do rozhodnutia súdu môže žalobca vziať žalobu späť; ak žalovanému medzitým vznikli trovy konania, rozhodne súd o ich náhrade. Podľa § 250d ods. 3 druhej hlavy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Nakoľko navrhovatelia vzali svoj návrh v celom rozsahu späť, súd konanie podľa § 250d ods. 3 O.s.p. v spojení s § 250h ods. 2 O.s.p. aplikovaných na základe § 250l ods. 2 O.s.p. zastavil. O trovách konania rozhodol súd podľa § 146 ods. 1 písm. c) O.s.p. aplikovaného na základe §250l ods. 2 O.s.p. a § 246c O.s.p. Poučenie: Proti tomuto uzneseniu je možné podať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https://www.kauzis.sk/judikatura/r/ECLI:SK:KSBA:2014:1014201186.1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