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2S/161/2014 z 7. 10. 2014</w:t>
      </w:r>
    </w:p>
    <w:p>
      <w:r>
        <w:t>Uznesenie Krajského súdu Bratislava z 7. októbra 2014, sp. zn. 2S/161/2014, ECLI:SK:KSBA:2014:1014201196.2</w:t>
      </w:r>
    </w:p>
    <w:p>
      <w:r>
        <w:t>Súd: Krajský súd Bratislava</w:t>
      </w:r>
    </w:p>
    <w:p>
      <w:r>
        <w:t>Spisová značka: 2S/161/2014</w:t>
      </w:r>
    </w:p>
    <w:p>
      <w:r>
        <w:t>ECLI: ECLI:SK:KSBA:2014:1014201196.2</w:t>
      </w:r>
    </w:p>
    <w:p>
      <w:r>
        <w:t>Dátum vydania: 7. 10. 2014</w:t>
      </w:r>
    </w:p>
    <w:p>
      <w:r>
        <w:t>Forma: Uznesenie</w:t>
      </w:r>
    </w:p>
    <w:p>
      <w:pPr>
        <w:pStyle w:val="Heading2"/>
      </w:pPr>
      <w:r>
        <w:t>Text rozhodnutia</w:t>
      </w:r>
    </w:p>
    <w:p>
      <w:r>
        <w:t>Súd: Krajský súd Bratislava Spisová značka: 2S/161/2014 Identifikačné číslo súdneho spisu: 1014201196 Dátum vydania rozhodnutia: 08. 10. 2014 Meno a priezvisko sudcu, VSÚ: Mgr. Viliam Pohančeník ECLI: ECLI:SK:KSBA:2014:1014201196.2 Uznesenie Krajský súd v Bratislave v právnej veci žalobcov: 1/ V. V., M. XXX, E., 2/ T. Q., W. pri Z., časť M. č. d. XXX, 3/ Z. A., O. XXX, W. pri Z., 4/ F. F., B. XXX/XX, E., 5/ W. X., M. XXX, E., všetci zastúpení: JUDr. Eva Senáriková, advokátka, Ružová dolina 8, Bratislava, proti žalovanému: Okresný úrad Bratislava, odbor opravných prostriedkov, Ružová dolina 27, Bratislava, za účasti: Y. T., O. XXX, L., o preskúmanie zákonnosti rozhodnutia žalovaného č. Co 26/2014- IBA zo dňa 20.05.2014, jednohlasne, takto r o z h o d o l : Krajský súd v Bratislave konanie z a s t a v u j e . Žiaden z účastníkov nemá právo na náhradu trov konania. o d ô v o d n e n i e : Žalobou doručenou Krajskému súdu v Bratislave dňa 17.07.2014 sa žalobcovia domáhali preskúmania zákonnosti rozhodnutia žalovaného č. Co 26/2014- IBA zo dňa 20.05.2014 o nepriznaní vlastníckeho práva na návrh do registra obnovenej evidencie pozemkov v katastrálnom území Zálesie, parc. č. 1100, 1317, druh pozemku roľa o výmere 12008 m2. Podaním doručeným Krajskému súdu v Bratislave dňa 09.09.2014 vzali žalobcovia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žalobcovia vzali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https://www.kauzis.sk/judikatura/r/ECLI:SK:KSBA:2014:1014201196.2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