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5Sd/156/2014 z 21. 12. 2014</w:t>
      </w:r>
    </w:p>
    <w:p>
      <w:r>
        <w:t>Uznesenie Krajského súdu Bratislava z 21. decembra 2014, sp. zn. 5Sd/156/2014, ECLI:SK:KSBA:2014:1014201214.1</w:t>
      </w:r>
    </w:p>
    <w:p>
      <w:r>
        <w:t>Súd: Krajský súd Bratislava</w:t>
      </w:r>
    </w:p>
    <w:p>
      <w:r>
        <w:t>Spisová značka: 5Sd/156/2014</w:t>
      </w:r>
    </w:p>
    <w:p>
      <w:r>
        <w:t>ECLI: ECLI:SK:KSBA:2014:1014201214.1</w:t>
      </w:r>
    </w:p>
    <w:p>
      <w:r>
        <w:t>Dátum vydania: 21.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5Sd/156/2014 Identifikačné číslo súdneho spisu: 1014201214 Dátum vydania rozhodnutia: 22. 12. 2014 Meno a priezvisko sudcu, VSÚ: JUDr. Milota Tóthová ECLI: ECLI:SK:KSBA:2014:1014201214.1 Uznesenie Krajský súd v Bratislave v právnej veci navrhovateľky M.. N. K., bytom Q. M. XXXX/X, K.,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17.4.2014 žiadala preskúmať rozhodnutie odporkyne číslo XXX XXX XXXX X zo dňa 10.3.2014, ktorým odporkyňa priznala invalidný dôchodok od 1. októbra 2013 v sume 312,90 eur mesačne, zvýšený od 1. januára 2014 na sumu 317,40 eur mesačne (miera poklesu schopnosti vykonávať zárobkovú činnosť bola určená v rozsahu 70%). Napriek tomu, že navrhovateľka vo svojom vyjadrení zo dňa 19.9.2014, ktoré došlo súdu dňa 25.9.2014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https://www.kauzis.sk/judikatura/r/ECLI:SK:KSBA:2014:1014201214.1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