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10Sd/82/2014 z 24. 8. 2014</w:t>
      </w:r>
    </w:p>
    <w:p>
      <w:r>
        <w:t>Uznesenie Krajského súdu Bratislava z 24. augusta 2014, sp. zn. 10Sd/82/2014, ECLI:SK:KSBA:2014:1014201239.2</w:t>
      </w:r>
    </w:p>
    <w:p>
      <w:r>
        <w:t>Súd: Krajský súd Bratislava</w:t>
      </w:r>
    </w:p>
    <w:p>
      <w:r>
        <w:t>Spisová značka: 10Sd/82/2014</w:t>
      </w:r>
    </w:p>
    <w:p>
      <w:r>
        <w:t>ECLI: ECLI:SK:KSBA:2014:1014201239.2</w:t>
      </w:r>
    </w:p>
    <w:p>
      <w:r>
        <w:t>Dátum vydania: 24.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10Sd/82/2014 Identifikačné číslo súdneho spisu: 1014201239 Dátum vydania rozhodnutia: 25. 08. 2014 Meno a priezvisko sudcu, VSÚ: JUDr Janka Richterová ECLI: ECLI:SK:KSBA:2014:1014201239.2 Uznesenie Krajský súd v Bratislave, v právnej veci navrhovateľa: A. S., E.. XX.X.XXXX, I. I., Q.. I. Č.. X,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9. apríla 2014, sp. zn. XXX XXX XXXX X, ktorým bola zamietnutá jeho žiadosť o starobný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https://www.kauzis.sk/judikatura/r/ECLI:SK:KSBA:2014:1014201239.2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