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1S/158/2014 z 28. 9. 2014</w:t>
      </w:r>
    </w:p>
    <w:p>
      <w:r>
        <w:t>Uznesenie Krajského súdu Bratislava z 28. septembra 2014, sp. zn. 1S/158/2014, ECLI:SK:KSBA:2014:1014201269.1</w:t>
      </w:r>
    </w:p>
    <w:p>
      <w:r>
        <w:t>Súd: Krajský súd Bratislava</w:t>
      </w:r>
    </w:p>
    <w:p>
      <w:r>
        <w:t>Spisová značka: 1S/158/2014</w:t>
      </w:r>
    </w:p>
    <w:p>
      <w:r>
        <w:t>ECLI: ECLI:SK:KSBA:2014:1014201269.1</w:t>
      </w:r>
    </w:p>
    <w:p>
      <w:r>
        <w:t>Dátum vydania: 28.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1S/158/2014 Identifikačné číslo súdneho spisu: 1014201269 Dátum vydania rozhodnutia: 29. 09. 2014 Meno a priezvisko sudcu, VSÚ: JUDr. Monika Valašíková PhD. ECLI: ECLI:SK:KSBA:2014:1014201269.1 Uznesenie Krajský súd v Bratislave v právnej veci žalobcu: Mesto Vranov nad Topľou, Dr. C. Daxnera 87/1, 093 16 Vranov nad Topľou, v zastúpení: JUDr. Katarína Bruncková, advokátska kancelária Winton, s.r.o., Šoltésovej 12, 811 08 Bratislava, proti žalovanému: Ministerstvo životného prostredia Slovenskej republiky, Námestie Ľudovíta Štúra 1, 812 35 Bratislava, o návrhu na odklad vykonateľnosti, takto r o z h o d o l : Krajský súd v Bratislave o d k l a d á vykonateľnosť rozhodnutia žalovaného č. N21300702/SO3 zo dňa 27.5.2014 až do právoplatného rozhodnutia vo veci samej. o d ô v o d n e n i e : Žalobca sa žalobou doručenou tunajšiemu súdu dňa 30.7.2014 domáhal preskúmania zákonnosti rozhodnutia žalovaného č. N21300702/SO3 zo dňa 27.5.2014. Žalobca zároveň požiadal súd o odklad vykonateľnosti uvedeného rozhodnutia žalovaného. Ako dôvod tejto žiadosti uviedol, že vykonaním korekcie NFP vo výške 25%, hrozí žalobcovi závažná ujma spočívajúca v povinnosti vrátiť časť NFP vo výške XXX.XXX,XX Eur, čím by došlo k zaťaženiu rozpočtu obce s nepredvídateľnou finančnou položkou, ktorej úhrada ani nie je z rozpočtu mesta možná a na úhradu ktorej by si mesto muselo vziať úver. V dôsledku týchto skutočností by mestu hrozila závažná ujma, ktorá by mala vážny regionálny dopad.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https://www.kauzis.sk/judikatura/r/ECLI:SK:KSBA:2014:1014201269.1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