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6S/167/2014 z 27. 11. 2014</w:t>
      </w:r>
    </w:p>
    <w:p>
      <w:r>
        <w:t>Uznesenie Krajského súdu Bratislava z 27. novembra 2014, sp. zn. 6S/167/2014, ECLI:SK:KSBA:2014:1014201320.2</w:t>
      </w:r>
    </w:p>
    <w:p>
      <w:r>
        <w:t>Súd: Krajský súd Bratislava</w:t>
      </w:r>
    </w:p>
    <w:p>
      <w:r>
        <w:t>Spisová značka: 6S/167/2014</w:t>
      </w:r>
    </w:p>
    <w:p>
      <w:r>
        <w:t>ECLI: ECLI:SK:KSBA:2014:1014201320.2</w:t>
      </w:r>
    </w:p>
    <w:p>
      <w:r>
        <w:t>Dátum vydania: 27.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6S/167/2014 Identifikačné číslo súdneho spisu: 1014201320 Dátum vydania rozhodnutia: 28. 11. 2014 Meno a priezvisko sudcu, VSÚ: JUDr. Judita Kokolevská ECLI: ECLI:SK:KSBA:2014:1014201320.2 Uznesenie Krajský súd v Bratislave v právnej veci žalobcu: I. K., bytom N. X, XXX XX G., proti žalovanému: Okresný úrad Bratislava, so sídlom Staromestská 6, Bratislava, o preskúmanie zákonnosti rozhodnutia žalovaného, jednohlasne, takto r o z h o d o l : Krajský súd v Bratislave konanie z a s t a v u j e . Žalobca nemá právo na náhradu trov konania. o d ô v o d n e n i e : Žalobou doručenou Krajskému súdu v Bratislave dňa 8.8.2014 sa žalobca domáhal preskúmania zákonnosti rozhodnutia žalovaného, ktoré v žalobe neoznačil a ani bližšie neidentifikoval. Žalobca mal za to, že žalovaný, nesprávne vyhodnotil predmet veci a domáhal sa, aby súd predmetné rozhodnutie zrušil. Uznesením č.k. 6S/167/2014 - 6 zo dňa 27.8.2014 súd vyzval žalobcu na doplnenie žaloby podanej dňa 8.8.2014, nakoľko súdu nebolo zrejmé, aké rozhodnutie žalovaného je predmetom konania a ani nebolo uvedené v akom rozsahu sa rozhodnutie alebo postup správneho orgánu napadá. Pred rozhodnutím vo veci samej žalobca svojím podaním doručeným súdu dňa 8.10.2014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žalobca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https://www.kauzis.sk/judikatura/r/ECLI:SK:KSBA:2014:1014201320.2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