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6S/170/2014 z 16. 9. 2014</w:t>
      </w:r>
    </w:p>
    <w:p>
      <w:r>
        <w:t>Uznesenie Krajského súdu Bratislava z 16. septembra 2014, sp. zn. 6S/170/2014, ECLI:SK:KSBA:2014:1014201361.1</w:t>
      </w:r>
    </w:p>
    <w:p>
      <w:r>
        <w:t>Súd: Krajský súd Bratislava</w:t>
      </w:r>
    </w:p>
    <w:p>
      <w:r>
        <w:t>Spisová značka: 6S/170/2014</w:t>
      </w:r>
    </w:p>
    <w:p>
      <w:r>
        <w:t>ECLI: ECLI:SK:KSBA:2014:1014201361.1</w:t>
      </w:r>
    </w:p>
    <w:p>
      <w:r>
        <w:t>Dátum vydania: 16. 9. 2014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Bratislava Spisová značka: 6S/170/2014 Identifikačné číslo súdneho spisu: 1014201361 Dátum vydania rozhodnutia: 17. 09. 2014 Meno a priezvisko sudcu, VSÚ: JUDr. Soňa Langová ECLI: ECLI:SK:KSBA:2014:1014201361.1 Uznesenie Krajský súd v Bratislave v právnej veci žalobcu: Univerzita Komenského v Bratislave, IČO:00 397 865, so sídlom Šafárikovo nám. 6, 814 99 Bratislava, v zastúpení: C.. N.. I. C., C.., prorektorka, proti žalovanému: Ministerstvo školstva, vedy, výskumu a športu Slovenskej republiky, so sídlom Stromová 1, 813 30 Bratislava, o preskúmanie zákonnosti rozhodnutia žalovaného č. N21301166/S05 zo dňa 26.6.2014, takto r o z h o d o l : Súd o d k l a d á vykonateľnosť rozhodnutia žalovaného - ,, Správy o zistenej nezrovnalosti č. N21301166/S05 zo dňa 26.6.2014 a Žiadosti o vrátenie finančných prostriedkov projektu 26240120023 Dobudovanie centra excelentnosti pre náhle cievne mozgové príhody na Lekárskej fakulte UK“ zo dňa 26.6.2014, v časti, ktorou bola žalobcovi uložená povinnosť vrátiť poskytnutý príspevok vo výške XXX XXX,XX eur do 19.8.2014, a to až do právoplatnosti rozhodnutia súdu vo veci samej. o d ô v o d n e n i e : Žalobca sa žalobou, doručenou Krajskému súdu v Bratislave dňa 15.8.2014, domáhal preskúmania zákonnosti rozhodnutia žalovaného - Správy o zistenej nezrovnalosti č. N21301166/S05 zo dňa 26.6.2014 a Žiadosti o vrátenie finančných prostriedkov projektu 26240120023 Dobudovanie centra excelentnosti pre náhle cievne mozgové príhody na Lekárskej fakulte UK zo dňa 26.6.2014, ktorým bola žalobcovi v zmysle Zmluvy o poskytnutí finančného príspevku určená povinnosť vrátiť poskytnuté finančné prostriedky v lehote do 19.8.2014 ( vyčíslené v sume XXX XXX,XX eur). Zároveň žalobca požiadal súd o odklad vykonateľnosti rozhodnutia z dôvodu, že nie je schopný zaplatiť sumu tak vysokú a ak dôjde k exekúcií na základe napadnutého, podľa žalobcovej mienky nesprávneho a nezákonného, rozhodnutia, hrozí mu závažná ujma, ústiaca až do možnej likvidácie. Podľa § 250c veta druhá O.s.p., na žiadosť účastníka môže predseda senátu uznesením vykonateľnosť rozhodnutia odložiť, ak by okamžitým výkonom napadnutého rozhodnutia hrozila závažná ujma. Súd považoval dôvody, uvedené v žiadosti o odklad vykonateľnosti napadnutého rozhodnutia za opodstatnené, keďže okamžitým výkonom rozhodnutia, zaväzujúceho žalobcu k odvedeniu sumy vo výške XXX XXX,XX eur v lehote do 19.8.2014 by mu hrozila vážna ujma v majetkovej sfére. Tunajší súd preto postupoval v súlade s citovaným zákonným ustanovením a rozhodol o žiadosti žalobcu spôsobom uvedeným vo výroku tohto uznesenia. Poučenie: Proti tomuto uzneseniu odvolanie nie je prípustné.</w:t>
      </w:r>
    </w:p>
    <w:p/>
    <w:p>
      <w:r>
        <w:t>Zdroj: KAUZIS.SK – https://www.kauzis.sk/judikatura/r/ECLI:SK:KSBA:2014:1014201361.1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