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8Sd/105/2014 z 8. 9. 2014</w:t>
      </w:r>
    </w:p>
    <w:p>
      <w:r>
        <w:t>Uznesenie Krajského súdu Bratislava z 8. septembra 2014, sp. zn. 8Sd/105/2014, ECLI:SK:KSBA:2014:1014201382.1</w:t>
      </w:r>
    </w:p>
    <w:p>
      <w:r>
        <w:t>Súd: Krajský súd Bratislava</w:t>
      </w:r>
    </w:p>
    <w:p>
      <w:r>
        <w:t>Spisová značka: 8Sd/105/2014</w:t>
      </w:r>
    </w:p>
    <w:p>
      <w:r>
        <w:t>ECLI: ECLI:SK:KSBA:2014:1014201382.1</w:t>
      </w:r>
    </w:p>
    <w:p>
      <w:r>
        <w:t>Dátum vydania: 8. 9.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8Sd/105/2014 Identifikačné číslo súdneho spisu: 1014201382 Dátum vydania rozhodnutia: 09. 09. 2014 Meno a priezvisko sudcu, VSÚ: JUDr. Peter Pospech ECLI: ECLI:SK:KSBA:2014:1014201382.1 Uznesenie Krajský súd v Bratislave v právnej veci navrhovateľky: V. B., M.. XX.XX.XXXX, Q. Q. XX, XXX XX Q., proti odporkyni: Sociálna poisťovňa - ústredie, Ul. 29. augusta č. 8, 813 63 Bratislava, o starobný dôchodok, takto r o z h o d o l : Súd konanie z a s t a v u j e . Žiaden z účastníkov nemá právo na náhradu trov konania. o d ô v o d n e n i e : Navrhovateľka svojím návrhom zo dňa 26.06.2014 žiadala preskúmať rozhodnutie odporkyne číslo XXX XXX XXXX X zo dňa 21.05.2014, ktorým jej bol od 01.01.2014 zvýšený starobný dôchodok na sumu 624,80 Eur. Písomným podaním zo dňa 26.06.2014 navrhovateľka vzala späť návrh v celom rozsahu.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https://www.kauzis.sk/judikatura/r/ECLI:SK:KSBA:2014:1014201382.1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