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9Sp/72/2014 z 27. 11. 2014</w:t>
      </w:r>
    </w:p>
    <w:p>
      <w:r>
        <w:t>Uznesenie Krajského súdu Bratislava z 27. novembra 2014, sp. zn. 9Sp/72/2014, ECLI:SK:KSBA:2014:1014201467.1</w:t>
      </w:r>
    </w:p>
    <w:p>
      <w:r>
        <w:t>Súd: Krajský súd Bratislava</w:t>
      </w:r>
    </w:p>
    <w:p>
      <w:r>
        <w:t>Spisová značka: 9Sp/72/2014</w:t>
      </w:r>
    </w:p>
    <w:p>
      <w:r>
        <w:t>ECLI: ECLI:SK:KSBA:2014:1014201467.1</w:t>
      </w:r>
    </w:p>
    <w:p>
      <w:r>
        <w:t>Dátum vydania: 27.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9Sp/72/2014 Identifikačné číslo súdneho spisu: 1014201467 Dátum vydania rozhodnutia: 28. 11. 2014 Meno a priezvisko sudcu, VSÚ: JUDr Janka Richterová ECLI: ECLI:SK:KSBA:2014:1014201467.1 Uznesenie Krajský súd v Bratislave, v právnej veci navrhovateľov: X/ Č. V., E..A..O.., E. E. H. R., U.. E. Č.. XX, B.: XX XXX XXX, X/ R. D., E..A..O.., E. E. H. R., N. U. Č.. XX, B.: XX XXX XXX, zastúpený AK Relevans, s.r.o., so sídlom v Bratislave, Dvořákovo nábrežie č. 8A, X/ Č. O. R., K..E.., E. E. H. R., Z.. G. Č.. XX, B.: XX XXX XXX K. X/ C. A. Y. T., K..E.., E. E. H. R., N. U. Č.. XX, B.: XX XXX XXX, zastúpený AK Relevans, s.r.o., so sídlom v Bratislave, Dvořákovo nábrežie č. 8A, proti odporcovi: Okresný úrad Bratislava, katastrálny odbor, so sídlom v Bratislave, Ružová dolina č.27, o vklad predkupného práva, takto r o z h o d o l : Súd konanie z a s t a v u j e . Žiaden z účastníkov nemá právo na náhradu trov konania. o d ô v o d n e n i e : Navrhovatelia sa domáhali preskúmania zákonnosti rozhodnutia odporcu zo dňa 26. júna 2014, sp. zn. V-13091/14, ktorým mu bol zamietnutý ich návrh na vklad predkupného práva v prospech navrhovateľa 1/, na základe zmluvy o zriadení predkupného, uzavretej medzi navrhovateľmi dňa 23. mája 2013, k pozemku D.. Č.. XXXX/X, Q. na M. Č.. XXXX H. L.. Ú. E. G., Navrhovatelia zobrali svoj návrh celkom späť. Podľa § 96 ods. 1 O.s.p. navrhovateľ môže vziať za konania späť návrh na jeho začatie, a to sčasti alebo celkom. Ak je návrh vzatý späť celkom, súd konanie zastaví. Súd berúc do úvahy dispozitívny úkon navrhovateľov, konanie zastavil podľa citovaného ustanovenia v spojení s ustanoveniami § 246c ods.1 a § 250l ods.2 O.s.p. O trovách konania súd rozhodol podľa § 146 ods. 1 písm. c/ O.s.p. v spojení s §§ 250l ods.2 a 246c ods.1 O.s.p., keď nezistil okolnosti odôvodňujúce aplikáciu § 250h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https://www.kauzis.sk/judikatura/r/ECLI:SK:KSBA:2014:1014201467.1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