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8Sd/110/2014 z 15. 10. 2014</w:t>
      </w:r>
    </w:p>
    <w:p>
      <w:r>
        <w:t>Uznesenie Krajského súdu Bratislava z 15. októbra 2014, sp. zn. 8Sd/110/2014, ECLI:SK:KSBA:2014:1014201476.1</w:t>
      </w:r>
    </w:p>
    <w:p>
      <w:r>
        <w:t>Súd: Krajský súd Bratislava</w:t>
      </w:r>
    </w:p>
    <w:p>
      <w:r>
        <w:t>Spisová značka: 8Sd/110/2014</w:t>
      </w:r>
    </w:p>
    <w:p>
      <w:r>
        <w:t>ECLI: ECLI:SK:KSBA:2014:1014201476.1</w:t>
      </w:r>
    </w:p>
    <w:p>
      <w:r>
        <w:t>Dátum vydania: 15.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8Sd/110/2014 Identifikačné číslo súdneho spisu: 1014201476 Dátum vydania rozhodnutia: 16. 10. 2014 Meno a priezvisko sudcu, VSÚ: JUDr. Peter Pospech ECLI: ECLI:SK:KSBA:2014:1014201476.1 Uznesenie Krajský súd v Bratislave v právnej veci navrhovateľa: G.. G. H., U.. XX.XX.XXXX, R. G. XX, XXX XX R., proti odporkyni: Sociálna poisťovňa - ústredie, Ul. 29. augusta č. 8, 813 63 Bratislava, o starobný dôchodok, takto r o z h o d o l : Súd konanie z a s t a v u j e . Žiaden z účastníkov nemá právo na náhradu trov konania. o d ô v o d n e n i e : Navrhovateľ svojím návrhom zo dňa 04.07.2014 žiadal preskúmať rozhodnutie odporkyne číslo XXX XXX XXXX X zo dňa 05.06.2014, ktorým mu bol priznaný starobný dôchodok od 24.03.2012 v sume 164 Eur mesačne. Navrhovateľ v podanom opravnom prostriedku namietal, že pri určení starobného dôchodku mu malo byť zhodnotených 28 ukončených rokov v služobnom pomere a nie 29 rokov. Námietke navrhovateľa bolo vyhovené a bolo vydané zmenové rozhodnutie číslo XXX XXX XXXX X zo dňa 09.09.2014, ktorým mu bol priznaný starobný dôchodok v sume 182,10 Eur mesačne, čím bolo opravnému prostriedku navrhovateľa vyhovené v celom rozsahu. Podľa § 250o O.s.p., ak správny orgán, ktorého rozhodnutie súd preskúmava, vydá nové rozhodnutie, ktorým návrhu celkom vyhovie, súd uznesením konanie zastaví. Pretože rozhodnutím číslo XXX XXX XXXX X zo dňa 09.09.2014 bolo celkom vyhovené návrhu (odvolaniu) navrhovateľa, súd v zmysle § 250o O.s.p. konanie zastavil. O trovách konania súd rozhodol podľa § 146 ods. 1 písm. c/ O.s.p. /§ 250l ods. 2, § 246c O.s.p./.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https://www.kauzis.sk/judikatura/r/ECLI:SK:KSBA:2014:1014201476.1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