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5Sd/210/2014 z 18. 11. 2014</w:t>
      </w:r>
    </w:p>
    <w:p>
      <w:r>
        <w:t>Rozsudok Krajského súdu Bratislava z 18. novembra 2014, sp. zn. 5Sd/210/2014, ECLI:SK:KSBA:2014:1014201499.1</w:t>
      </w:r>
    </w:p>
    <w:p>
      <w:r>
        <w:t>Súd: Krajský súd Bratislava</w:t>
      </w:r>
    </w:p>
    <w:p>
      <w:r>
        <w:t>Spisová značka: 5Sd/210/2014</w:t>
      </w:r>
    </w:p>
    <w:p>
      <w:r>
        <w:t>ECLI: ECLI:SK:KSBA:2014:1014201499.1</w:t>
      </w:r>
    </w:p>
    <w:p>
      <w:r>
        <w:t>Dátum vydania: 18. 11. 2014</w:t>
      </w:r>
    </w:p>
    <w:p>
      <w:r>
        <w:t>Forma: Rozsudok</w:t>
      </w:r>
    </w:p>
    <w:p>
      <w:r>
        <w:t>Oblasť práva: Správne právo</w:t>
      </w:r>
    </w:p>
    <w:p>
      <w:pPr>
        <w:pStyle w:val="Heading2"/>
      </w:pPr>
      <w:r>
        <w:t>Text rozhodnutia</w:t>
      </w:r>
    </w:p>
    <w:p>
      <w:r>
        <w:t>Súd: Krajský súd Bratislava Spisová značka: 5Sd/210/2014 Identifikačné číslo súdneho spisu: 1014201499 Dátum vydania rozhodnutia: 19. 11. 2014 Meno a priezvisko sudcu, VSÚ: JUDr. Milota Tóthová ECLI: ECLI:SK:KSBA:2014:1014201499.1 ROZSUDOK V MENE SLOVENSKEJ REPUBLIKY Krajský súd v Bratislave samosudkyňou JUDr. Milotou Tóthovou v právnej veci navrhovateľky H. Y., L. V. XXXX/XX, L., proti odporkyni Sociálnej poisťovni ústredie v Bratislave, Ul. 29. augusta č. 8-10, Bratislava, o invalidný dôchodok, takto r o z h o d o l : Súd rozhodnutie odporkyne číslo XXX XXX XXXX X zo dňa 4. júna 2014 p o t v r d z u j e. Účastníkom náhradu trov konania nepriznáva. o d ô v o d n e n i e : Rozhodnutím číslo XXX XXX XXXX X zo dňa 4. júna 2014 odporkyňa podľa § 70 ods. 1 a § 82 zákona č. 461/2003 Z.z. o sociálnom poistení v znení neskorších predpisov priznala navrhovateľke od 21. marca 2014 invalidný dôchodok v sume 223,50 eur mesačne. Rozhodla tak s odôvodnením, že podľa posudku posudkového lekára sociálneho poistenia Sociálnej poisťovne, pobočka Bratislava zo dňa 21. marca 2014 navrhovateľka bola uznaná za invalidnú, miera poklesu schopnosti vykonávať zárobkovú činnosť u navrhovateľky je 45%. Navrhovateľka návrhom zo dňa 16.6.2014 žiadala preskúmať toto rozhodnutie a poukazovala na dlhodobo zhoršený zdravotný stav, ktorý jej neumožňuje vykonávať zárobkovú činnosť, pretože jej zdravotné problémy a to bolesť chrbtice a bolesti stehenných svalov vyústili do hospitalizácie začiatkom januára 2013, taktiež trpí na celoročnú alergickú rinokonjuktivitídu a má urologické problémy. Uviedla, že žiadosť o invalidný dôchodok spísala dňa 5.2.2014, priložila k nej všetky doklady, avšak i napriek tomu bola vyzvaná na doplnenie lekárskej správy z interného vyšetrenia, čo oddialilo posudzovanie o ďalší mesiac a bola posúdená až 21. marca 2014 a vzhľadom na uvedené žiadala o prehodnotenie dátumu vzniku invalidity od 23.1.2014. Krajský súd preskúmal napadnuté rozhodnutie podľa § 250l a nasl. O.s.p., prejednal návrh navrhovateľky a dospel k záveru, že návrh nie je dôvodný. Krajský súd vykonal dokazovanie výsluchom účastníkov, posudkom posudkového lekára Sociálnej poisťovne pobočky Bratislava zo dňa 21.3.2014 a 1.8.2014, posudkom posudkového lekára Sociálnej poisťovne ústredie Bratislava zo dňa 9.9.2014,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navrhovateľky o invalidný dôchodok zdravotný stav a pracovná schopnosť navrhovateľky boli posúdené posudkovým lekárom Sociálnej poisťovne pobočka Bratislava dňa 21.3.2014, ktorý uviedol, že navrhovateľka trpí na choroby a to rekurentnú depresívnu poruchu a bolesť chrbta - dorzalgiu. Konštatoval, že navrhovateľka je od roku 1993 liečená v psychiatrickej ambulancii pre depresívnu poruchu, pri nasadenej liečbe sa objavujú depresívne epizódy stredne ťažká až ťažká forma. Psychologické vyšetrenie verifikuje incipientné organické zmeny CNS. Navrhovateľka je dlhodobo, asi dvadsať rokov dispenzarizovaná neurológom pre závraty a poruchy hybnosti C aj Th chrbtice, jedná sa o multietážovú diskopatiu C3-C7, paramediálnu herniu L4/5, S1 l.dx, bez koreňového dráždenia. Rozhodujúcim zdravotným postihnutím u navrhovateľky sú poruchy nálad, stredne ťažké formy (kapitola V., položka 3, písm. a) prílohy č. 4 zákona č. 461/2003 Z.z.), kde mieru poklesu schopnosti vykonávať zárobkovú činnosť posudkový lekár stanovil na 35%. Pre iné zdravotné postihnutie a to degeneratívne zmeny na chrbtici s miernym funkčným postihnutím (kapitola XV., oddiel E, položka 3, písm. b) prílohy č. 4 zákona č. 461/2003 Z.z.) zvýšil percentuálnu mieru o 10%. Celková miera poklesu schopnosti vykonávať zárobkovú činnosť u navrhovateľky je 45%. Dátum vzniku invalidity stanovil od 21.3.2014. Navrhovateľka je invalidná podľa § 71 ods. 1 zákona č. 461/2003 Z.z. o sociálnom zabezpečení. Navrhovateľka môže vykonávať prácu v administratíve. Posudkový lekár Sociálnej poisťovne pobočka Bratislava v posudku zo dňa 1.8.2014 uviedol, že podľa imunologického nálezu sa u navrhovateľky jedná o alergickú rinitídu, je v liečbe, stav je uspokojivý, spirometria je negatívna. Urologické vyšetrenie je so záverom hyperaktívny močový mechúr, USG obličiek je v norme. Potvrdil dátum vzniku invalidity od 21.3.2014, kedy je u navrhovateľky konštatované zhoršenie zdravotného stavu. Zotrval na posudkových záveroch uvedených v posudku zo dňa 21.3.2014. Posudkový lekár Sociálnej poisťovne ústredie Bratislava v posudku zo dňa 9.9.2014 uviedol, že navrhovateľka trpí na choroby a to recidivujúcu depresívnu poruchu a bolesť chrbta - dorzalgiu. Konštatoval, že u navrhovateľky je anamnéza primárneho ochorenia v zmysle depresívnej poruchy, navrhovateľka je v pozorovaní psychiatra asi tridsaťjeden rokov, v samotnej liečbe od roku 1993, užíva lieky, objektívne psychiatricky je prítomná úzkostne depresívna nálada, bez porúch vnímania a redukcia záujmovej sféry. Uviedol, že ochorenie v klinickom obraze nevykazuje ani ťažkú formu, ani klasické prvky endogénnej depresie. U bolestí chrbtice klinika vykazuje korelát so subjektívnymi ťažkosťami navrhovateľky, funkčný nález na celej chrbtici je primeraný veku, mierneho stupňa bez neurologických komplikácií. Rozhodujúcim zdravotným postihnutím u navrhovateľky sú poruchy nálad (depresívne , periodické), stredne ťažké formy (kapitola V., položka 3, písm. a) prílohy č. 4 zákona č. 461/2003 Z.z.), kde mieru poklesu schopnosti vykonávať zárobkovú činnosť posudkový lekár stanovil na 35%. Pre iné zdravotné postihnutie a to degeneratívne zmeny na chrbtici a medzistavcových platničkách s miernym funkčným postihnutím, s prejavmi nervového a svalového dráždenia, slabosť svalového korzetu, obmedzenie pohybu v postihnutom úseku (kapitola XV., oddiel E, položka 3, písm. b) prílohy č. 4 zákona č. 461/2003 Z.z.) zvýšil percentuálnu mieru o 10%. Celková miera poklesu schopnosti vykonávať zárobkovú činnosť u navrhovateľky je 45%. Zdôraznil, že uznanie invalidity s mierou poklesu schopnosti vykonávať zárobkovú činnosť 45% je veľmi priaznivým ohodnotením zdravotného stavu navrhovateľky. Z posudkového a klinického hľadiska konštatoval, že zdravotný stav navrhovateľky spĺňa posudkové kritériá na uznanie invalidity od 21.3.2014, t.j. dňom posúdenia zdravotného stavu na Sociálnej poisťovni pobočka Bratislava. Navrhovateľka je invalidná podľa § 71 ods. 1 zákona č. 461/2003 Z.z. o sociálnom zabezpečení. Navrhovateľka môže vykonávať prácu v prostredí bez psychicky namáhavej práce, v administratíve. Navrhovateľka pri výsluchu v súdnom konaní zotrvala na podanom návrhu. a namietala, že vyšetrenie posudkovým lekárom bolo iba zbežné a nepovažovala ho za vyčerpávajúce. Uviedla, že nemá námietky proti stanovenej miere poklesu schopnosti vykonávať zárobkovú činnosť, avšak nesúhlasila so stanoveným dátumom vzniku invalidity, nakoľko na pobočke Sociálnej poisťovne pri spísaní žiadosti o invalidný dôchodok jej bolo povedané, že má možnosť požiadať o invalidný dôchodok od skoršieho dátumu. Zástupkyňa odporkyne vzhľadom na zhodné závery posudkov posudkových lekárov žiadala napadnuté rozhodnutie ako vecne správne potvrdiť a poukazovala na to, že dátum vzniku invalidity bol stanovený na základe konštatovania zhoršeného zdravotného stavu posudkovým lekárom. Posudkový lekár sociálneho poistenia Sociálnej poisťovne pobočka Bratislava ako aj posudkový lekár sociálneho poistenia Sociálnej poisťovne ústredie Bratislava vo svojich vyššie uvedených posudkoch zohľadnili všetky navrhovateľkou uvádzané ťažkosti a vysporiadali sa s lekárskymi nálezmi nachádzajúcimi sa v zdravotnej dokumentácii navrhovateľky a zhodne určili, že rozhodujúcim zdravotným postihnutím u navrhovateľky sú poruchy nálad (depresívne , periodické), stredne ťažké formy (kapitola V., položka 3, písm. a) prílohy č. 4 zákona č. 461/2003 Z.z.), kde mieru poklesu schopnosti vykonávať zárobkovú činnosť posudkoví lekári stanovili na 35%. Pre iné zdravotné postihnutie a to degeneratívne zmeny na chrbtici a medzistavcových platničkách s miernym funkčným postihnutím, s prejavmi nervového a svalového dráždenia, slabosť svalového korzetu, obmedzenie pohybu v postihnutom úseku (kapitola XV., oddiel E, položka 3, písm. b) prílohy č. 4 zákona č. 461/2003 Z.z.) zvýšili percentuálnu mieru o 10%. Celková miera poklesu schopnosti vykonávať zárobkovú činnosť u navrhovateľky je 45%, pričom posudkový lekár Sociálnej poisťovne ústredie Bratislava v posudku zo dňa 9.9.2014 zdôraznil, že uznanie invalidity s mierou poklesu schopnosti vykonávať zárobkovú činnosť 45% je veľmi priaznivým ohodnotením zdravotného stavu navrhovateľky. Dátum vzniku invalidity bol posudkovými lekármi zhodne stanovený od 21.3.2014, t.j. dňom posúdenia zdravotného stavu navrhovateľky, kedy z posudkového hľadiska bolo konštatované, že zdravotný stav navrhovateľky spĺňa posudkové kritériá na uznanie invalidity. Závery posudkov posudkových lekárov sú odborné, presvedčivé, náležite zdôvodnené a súd nezistil rozpor medzi ich závermi a zisteným skutočným stavom. Krajský súd preto z vyššie uvedených dôvodov napadnuté rozhodnutie číslo XXX XXX XXXX X zo dňa 4. júna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https://www.kauzis.sk/judikatura/r/ECLI:SK:KSBA:2014:1014201499.1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