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10Scud/15/2014 z 30. 11. 2014</w:t>
      </w:r>
    </w:p>
    <w:p>
      <w:r>
        <w:t>Uznesenie Krajského súdu Bratislava z 30. novembra 2014, sp. zn. 10Scud/15/2014, ECLI:SK:KSBA:2014:1014201545.1</w:t>
      </w:r>
    </w:p>
    <w:p>
      <w:r>
        <w:t>Súd: Krajský súd Bratislava</w:t>
      </w:r>
    </w:p>
    <w:p>
      <w:r>
        <w:t>Spisová značka: 10Scud/15/2014</w:t>
      </w:r>
    </w:p>
    <w:p>
      <w:r>
        <w:t>ECLI: ECLI:SK:KSBA:2014:1014201545.1</w:t>
      </w:r>
    </w:p>
    <w:p>
      <w:r>
        <w:t>Dátum vydania: 30.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10Scud/15/2014 Identifikačné číslo súdneho spisu: 1014201545 Dátum vydania rozhodnutia: 01. 12. 2014 Meno a priezvisko sudcu, VSÚ: JUDr Janka Richterová ECLI: ECLI:SK:KSBA:2014:1014201545.1 Uznesenie Krajský súd v Bratislave, v právnej veci navrhovateľa: W. M., E.. XX.X.XXXX, I. R., Y. Č.. XX/XX, X. X.,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26. mája 2014, S.. Y.. XXX XXX XXXX o zamietnutí žiadosti o priznanie invalidného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https://www.kauzis.sk/judikatura/r/ECLI:SK:KSBA:2014:1014201545.1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