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1S/197/2014 z 28. 9. 2014</w:t>
      </w:r>
    </w:p>
    <w:p>
      <w:r>
        <w:t>Uznesenie Krajského súdu Bratislava z 28. septembra 2014, sp. zn. 1S/197/2014, ECLI:SK:KSBA:2014:1014201549.1</w:t>
      </w:r>
    </w:p>
    <w:p>
      <w:r>
        <w:t>Súd: Krajský súd Bratislava</w:t>
      </w:r>
    </w:p>
    <w:p>
      <w:r>
        <w:t>Spisová značka: 1S/197/2014</w:t>
      </w:r>
    </w:p>
    <w:p>
      <w:r>
        <w:t>ECLI: ECLI:SK:KSBA:2014:1014201549.1</w:t>
      </w:r>
    </w:p>
    <w:p>
      <w:r>
        <w:t>Dátum vydania: 28.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1S/197/2014 Identifikačné číslo súdneho spisu: 1014201549 Dátum vydania rozhodnutia: 29. 09. 2014 Meno a priezvisko sudcu, VSÚ: JUDr. Monika Valašíková PhD. ECLI: ECLI:SK:KSBA:2014:1014201549.1 Uznesenie Krajský súd v Bratislave v právnej veci žalobcov: X.) P. A., O. XXX, XXX XX J., X.) F.. X. J., O. XXX, XXX XX J., v zastúpení: Advokátska kancelária Consilior Iuris, s.r.o., Miletičova 23, 821 09 Bratislava, proti žalovanému: Poľovnícky spolok Hájnik, Ul. Hlavná 503, 029 44 Rabča, o preskúmanie zákonnosti rozhodnutí žalovaného prijatými na členskej schôdzi dňa 18.7.2014, takto r o z h o d o l : Krajský súd v Bratislave p o s t u p u j e vec Krajskému súdu v Žiline. o d ô v o d n e n i e : Žalobou doručenou tunajšiemu súdu dňa 19.09.2014 sa žalobcovia v 1. a v 2. rade domáhali preskúmania rozhodnutí žalovaného a taktiež žiadali odklad vykonateľnosti rozhodnutí prijatých vo forme uznesení na členskej schôdzi Poľovníckeho spolku Hájik zo dňa 18.7.2014. Rozhodnutia ako aj postupy, ktoré im predchádzali považujú za nezákonné a preto ich žiadali zrušiť. Podľa ust. § 11 ods. 1 O.s.p. konanie sa uskutočňuje na tom súde, ktorý je vecne a miestne príslušný. Príslušnosť sa určuje podľa okolností, ktoré tu sú v čase začatia konania a trvá až do jeho skončenia. Podľa ust. § 103 O.s.p. kedykoľvek za konania prihliada súd na to, či sú splnené podmienky, za ktorých môže konať vo veci (podmienky konania). Podľa ust. § 104a ods. 1 O.s.p. súd skúma vecnú príslušnosť prv, než začne konať o veci samej. Podľa ust. § 246 ods. 1 O.s.p. na preskúmavanie rozhodnutí a postupov sú vecne príslušné krajské súdy, ak zákon neustanovuje inak. Podľa ust.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Podľa ust. § 250d ods. 2 O.s.p. ak predseda senátu zistí, že súd nie je vecne alebo miestne príslušný, postúpi vec uznesením príslušnému súdu. Podľa ust. § 80 ods. 9 zákona 274/2009 Z.z. občianske združenie registrované na výkon práva poľovníctva podľa osobitného predpisu ( 83/1990 Zb. o združovaní občanov) je poľovníckou organizáciou podľa tohto zákona. Vzhľadom k uvedenému pokiaľ žalovaný konal a rozhodoval za účinnosti zákona č. 274/2009 Z. z., konal a rozhodoval ako orgán záujmovej samosprávy, ktorého rozhodnutia sú preskúmateľné súdom podľa ust. § 244 ods. 2,3 O.s.p.. Po preskúmaní uvedenej veci bolo zistené, že žalovaný má sídlo v obvode Krajského súdu v Žiline a keďže ide o preskúmanie rozhodnutia žalovaného, ktorý nie je orgán s pôsobnosťou pre celé územie Slovenskej republiky, miestne príslušným je Krajský súd v Žiline,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https://www.kauzis.sk/judikatura/r/ECLI:SK:KSBA:2014:1014201549.1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