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8Sd/118/2014 z 19. 10. 2014</w:t>
      </w:r>
    </w:p>
    <w:p>
      <w:r>
        <w:t>Uznesenie Krajského súdu Bratislava z 19. októbra 2014, sp. zn. 8Sd/118/2014, ECLI:SK:KSBA:2014:1014201595.1</w:t>
      </w:r>
    </w:p>
    <w:p>
      <w:r>
        <w:t>Súd: Krajský súd Bratislava</w:t>
      </w:r>
    </w:p>
    <w:p>
      <w:r>
        <w:t>Spisová značka: 8Sd/118/2014</w:t>
      </w:r>
    </w:p>
    <w:p>
      <w:r>
        <w:t>ECLI: ECLI:SK:KSBA:2014:1014201595.1</w:t>
      </w:r>
    </w:p>
    <w:p>
      <w:r>
        <w:t>Dátum vydania: 19. 10.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8Sd/118/2014 Identifikačné číslo súdneho spisu: 1014201595 Dátum vydania rozhodnutia: 20. 10. 2014 Meno a priezvisko sudcu, VSÚ: JUDr. Peter Pospech ECLI: ECLI:SK:KSBA:2014:1014201595.1 Uznesenie Krajský súd v Bratislave v právnej veci navrhovateľky: S. J., R.. XX.XX.XXXX, D. T. XXXX/XX, XXX XX D., J. O. J.O. XX, XXX XX D., proti odporkyni: Sociálna poisťovňa - ústredie, Ul. 29. augusta č. 8, 813 63 Bratislava, o invalidný dôchodok, takto r o z h o d o l : Súd konanie z a s t a v u j e . Žiaden z účastníkov nemá právo na náhradu trov konania. o d ô v o d n e n i e : Navrhovateľka svojím návrhom zo dňa 16.05.2014 žiadala preskúmať rozhodnutie odporkyne číslo XXX XXX XXXX X zo dňa 09.04.2014, ktorým bol znížený invalidný dôchodok. Navrhovateľka v podanom opravnom prostriedku nesúhlasila s mierou poklesu schopnosti vykonávať zárobkovú činnosť 60 % v porovnaní so zdravou fyzickou osobou a požiadala o opätovné posúdenie zdravotného stavu. Posudkový lekár sociálneho poistenia Sociálnej poisťovne, ústredie svojím posudkom zo dňa 23.09.2014 vyhovel opravnému prostriedku navrhovateľky a určil mieru poklesu schopnosti vykonávať zárobkovú činnosť 75 % . V dôsledku zmeny v posudkových záveroch bol opätovne posúdený nárok navrhovateľky na invalidný dôchodok a v rámci autoremedúry bolo rozhodnutím číslo XXX XXX XXXX X zo dňa 21.08.2014 napadnuté rozhodnutie odporkyne zrušené. Podľa § 250o O.s.p., ak správny orgán, ktorého rozhodnutie súd preskúmava, vydá nové rozhodnutie, ktorým návrhu celkom vyhovie, súd uznesením konanie zastaví. Pretože rozhodnutím číslo XXX XXX XXXX X zo dňa 21.08.2014 bolo celkom vyhovené návrhu (odvolaniu) navrhovateľky, súd v zmysle § 250o O.s.p. konanie zastavil. O trovách konania súd rozhodol podľa § 146 ods. 1 písm. c/ O.s.p. /§ 250l ods. 2, § 246c O.s.p./.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https://www.kauzis.sk/judikatura/r/ECLI:SK:KSBA:2014:1014201595.1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