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8Scud/21/2014 z 17. 11. 2014</w:t>
      </w:r>
    </w:p>
    <w:p>
      <w:r>
        <w:t>Uznesenie Krajského súdu Bratislava z 17. novembra 2014, sp. zn. 8Scud/21/2014, ECLI:SK:KSBA:2014:1014201660.1</w:t>
      </w:r>
    </w:p>
    <w:p>
      <w:r>
        <w:t>Súd: Krajský súd Bratislava</w:t>
      </w:r>
    </w:p>
    <w:p>
      <w:r>
        <w:t>Spisová značka: 8Scud/21/2014</w:t>
      </w:r>
    </w:p>
    <w:p>
      <w:r>
        <w:t>ECLI: ECLI:SK:KSBA:2014:1014201660.1</w:t>
      </w:r>
    </w:p>
    <w:p>
      <w:r>
        <w:t>Dátum vydania: 17.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8Scud/21/2014 Identifikačné číslo súdneho spisu: 1014201660 Dátum vydania rozhodnutia: 18. 11. 2014 Meno a priezvisko sudcu, VSÚ: JUDr. Peter Pospech ECLI: ECLI:SK:KSBA:2014:1014201660.1 Uznesenie Krajský súd v Bratislave v právnej veci navrhovateľa: M. C., H.. XX.X.XXXX, C. XX. F. XXX, XXX XX R., Č. Q., proti odporcovi: Sociálna poisťovňa - ústredie, so sídlom Ul. 29. augusta č. 8, 813 63 Bratislava, o invalidný dôchodok, takto r o z h o d o l : Súd konanie z a s t a v u j e . Žiaden z účastníkov nemá právo na náhradu trov konania. o d ô v o d n e n i e : Navrhovateľ svojím návrhom zo dňa 29.8.2014 žiadal preskúmať rozhodnutie odporkyne číslo XXX XXX XXXX X zo dňa 15.7.2014, ktorým odporkyňa znížila sumu invalidného dôchodku od 1.9.2014 na 49,30 eur mesačne. Písomným prehlásením došlým súdu dňa 14.11.2014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https://www.kauzis.sk/judikatura/r/ECLI:SK:KSBA:2014:1014201660.1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