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10Sd/95/2014 z 19. 10. 2014</w:t>
      </w:r>
    </w:p>
    <w:p>
      <w:r>
        <w:t>Uznesenie Krajského súdu Bratislava z 19. októbra 2014, sp. zn. 10Sd/95/2014, ECLI:SK:KSBA:2014:1014201677.1</w:t>
      </w:r>
    </w:p>
    <w:p>
      <w:r>
        <w:t>Súd: Krajský súd Bratislava</w:t>
      </w:r>
    </w:p>
    <w:p>
      <w:r>
        <w:t>Spisová značka: 10Sd/95/2014</w:t>
      </w:r>
    </w:p>
    <w:p>
      <w:r>
        <w:t>ECLI: ECLI:SK:KSBA:2014:1014201677.1</w:t>
      </w:r>
    </w:p>
    <w:p>
      <w:r>
        <w:t>Dátum vydania: 19.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10Sd/95/2014 Identifikačné číslo súdneho spisu: 1014201677 Dátum vydania rozhodnutia: 20. 10. 2014 Meno a priezvisko sudcu, VSÚ: JUDr Janka Richterová ECLI: ECLI:SK:KSBA:2014:1014201677.1 Uznesenie Krajský súd v Bratislave v právnej veci navrhovateľa: Y. W., X. Z., D.. B. Č.. XX, proti odporcovi Sociálna poisťovňa - ústredie, so sídlom v Bratislave, Ul. 29. augusta č. 10, o invalidný dôchodok, o preskúmanie zákonnosti rozhodnutia odporcu zo dňa 8. septembra 2014, U.. Z.. XXX XXX XXXX X, takto r o z h o d o l : Súd p o s t u p u j e vec Krajskému súdu v Banskej Bystrici. o d ô v o d n e n i e : Navrhovateľ sa podľa tretej hlavy piatej časti Občianskeho súdneho poriadku domáha preskúmania neprávoplatného rozhodnutia odporcu, ktorým mu bol priznaný invalidný dôchodok. Bydliskom navrhovateľa je mesto Zvolen. Podľa § 103 O.s.p. kedykoľvek za konania prihliada súd na to, či sú splnené podmienky, za ktorých môže konať vo veci ( podmienky konania ). Podľa § 246a ods. 2 O.s.p. v konaní podľa tretej hlavy tejto časti je miestne príslušný všeobecný súd navrhovateľa alebo krajský súd, v ktorého obvode je tento súd.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Vzhľadom na to, že všeobecným súdom navrhovateľa je súd v obvode Krajského súdu v Banskej Bystrici, správny súd postúpil vec miestne príslušnému súdu podľa ustanovenia § 250d ods. 2 v spojení s § 250l ods. 2 O.s.p. Poučenie: Proti tomuto uzneseniu možno podať odvolanie do 15 dní od jeho doručenia, prostredníctvom procesného súdu na Najvyšší súd Slovenskej republiky Bratislava.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https://www.kauzis.sk/judikatura/r/ECLI:SK:KSBA:2014:1014201677.1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