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6S/214/2014 z 23. 10. 2014</w:t>
      </w:r>
    </w:p>
    <w:p>
      <w:r>
        <w:t>Uznesenie Krajského súdu Bratislava z 23. októbra 2014, sp. zn. 6S/214/2014, ECLI:SK:KSBA:2014:1014201685.1</w:t>
      </w:r>
    </w:p>
    <w:p>
      <w:r>
        <w:t>Súd: Krajský súd Bratislava</w:t>
      </w:r>
    </w:p>
    <w:p>
      <w:r>
        <w:t>Spisová značka: 6S/214/2014</w:t>
      </w:r>
    </w:p>
    <w:p>
      <w:r>
        <w:t>ECLI: ECLI:SK:KSBA:2014:1014201685.1</w:t>
      </w:r>
    </w:p>
    <w:p>
      <w:r>
        <w:t>Dátum vydania: 23. 10. 2014</w:t>
      </w:r>
    </w:p>
    <w:p>
      <w:r>
        <w:t>Forma: Uznesenie</w:t>
      </w:r>
    </w:p>
    <w:p>
      <w:pPr>
        <w:pStyle w:val="Heading2"/>
      </w:pPr>
      <w:r>
        <w:t>Text rozhodnutia</w:t>
      </w:r>
    </w:p>
    <w:p>
      <w:r>
        <w:t>Súd: Krajský súd Bratislava Spisová značka: 6S/214/2014 Identifikačné číslo súdneho spisu: 1014201685 Dátum vydania rozhodnutia: 24. 10. 2014 Meno a priezvisko sudcu, VSÚ: JUDr. Soňa Langová ECLI: ECLI:SK:KSBA:2014:1014201685.1 Uznesenie Krajský súd v Bratislave v právnej veci žalobcu: K.. O. Z., bytom I. XX, XXX XX N., právne zastúpená: JUDr. Oľga Micháliková, advokát so sídlom Slnečná 39, 080 01 Prešov, proti žalovanému: Sociálna poisťovňa - ústredie, so sídlom Ul. 29. augusta č. 8 a 10, 813 63 Bratislava, v konaní o preskúmanie zákonnosti rozhodnutia žalovaného č. 29477-3/2014/BA zo dňa 28.8.2014, takto r o z h o d o l : Krajský súd v Bratislave p o s t u p u j e vec Krajskému súdu v Prešove. o d ô v o d n e n i e : Žalobou doručenou Krajskému súdu v Bratislave dňa 10.10.2014 sa žalobca domáhal preskúmania zákonnosti rozhodnutia žalovaného č. 29477-3/2014/BA zo dňa 28.8.2014, ktorým žalovaný potvrdil rozhodnutie správneho orgánu prvého stupňa - Sociálnej poisťovne, pobočky Prešov č. 26976-1/2013- PO zo dňa 29.10.2013 o vzniku nemocenského poistenia a povinného dôchodkového poistenia od 1.7.2009 a na základe ďalšieho rozhodnutia č. 26976-2/2013-PO zo dňa 29.10.2013 Sociálnej poisťovne, pobočka Prešov o jeho zániku dňa 30.6.2012.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veci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s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Z.z. Sociálna poisťovňa je správny orgán s pôsobnosťou pre celé územie Slovenskej republiky a preto miestne príslušným je v tomto prípade krajský súd, v ktorého obvode je všeobecný súd navrhovateľa. Všeobecným súdom navrhovateľa je Okresný súd Prešov, ktorý je v obvode Krajského súdu v Prešove, preto je daná miestna príslušnosť tohto krajského súdu. Nakoľko v uvedenej veci bolo zistené, že Krajský súd v Bratislave nie je miestne príslušným na konanie v predmetnej veci, vec bude po právoplatnosti tohto uznesenia postúpená Krajskému súdu v Prešove. Poučenie: Proti tomuto uzneseniu nie je prípustné odvolanie.</w:t>
      </w:r>
    </w:p>
    <w:p/>
    <w:p>
      <w:r>
        <w:t>Zdroj: KAUZIS.SK – https://www.kauzis.sk/judikatura/r/ECLI:SK:KSBA:2014:1014201685.1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