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1S/222/2014 z 22. 10. 2014</w:t>
      </w:r>
    </w:p>
    <w:p>
      <w:r>
        <w:t>Uznesenie Krajského súdu Bratislava z 22. októbra 2014, sp. zn. 1S/222/2014, ECLI:SK:KSBA:2014:1014201736.1</w:t>
      </w:r>
    </w:p>
    <w:p>
      <w:r>
        <w:t>Súd: Krajský súd Bratislava</w:t>
      </w:r>
    </w:p>
    <w:p>
      <w:r>
        <w:t>Spisová značka: 1S/222/2014</w:t>
      </w:r>
    </w:p>
    <w:p>
      <w:r>
        <w:t>ECLI: ECLI:SK:KSBA:2014:1014201736.1</w:t>
      </w:r>
    </w:p>
    <w:p>
      <w:r>
        <w:t>Dátum vydania: 22.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1S/222/2014 Identifikačné číslo súdneho spisu: 1014201736 Dátum vydania rozhodnutia: 23. 10. 2014 Meno a priezvisko sudcu, VSÚ: JUDr. Monika Valašíková PhD. ECLI: ECLI:SK:KSBA:2014:1014201736.1 Uznesenie Krajský súd v Bratislave v právnej veci žalobkyne: V.. X. G., B.., nar. X.X.XXXX, bytom V., XXX XX N., právne zastúpená: JUDr. Michalom Treščákom, ml., advokát so sídlom Slovenskej jednoty 8, 040 01 Košice, proti žalovanej: Sociálna poisťovňa, ústredie, ul. 29. augusta 8 a 10, 813 63 Bratislava 1, o preskúmanie zákonnosti rozhodnutia č. 45054-2/2014-BA zo dňa 12.9.2014, takto r o z h o d o l : Krajský súd v Bratislave p o s t u p u j e vec Krajskému súdu v Košiciach. o d ô v o d n e n i e : Žalobou doručenou Krajskému súdu v Bratislave dňa 17.10.2014 sa žalobkyňa domáhala preskúmania zákonnosti rozhodnutia žalovanej č. 45054-2/2014-BA zo dňa 12.9.2014, ktorá je orgánom s pôsobnosťou pre celé územie Slovenskej republiky.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žalobkyňa bydlisko v Košiciach, a preto jej všeobecným súdom je súd určený podľa § 85 ods. 2 O.s.p., ktorý je v obvode Krajského súdu v Košiciach. Podľa § 250d ods. 2 O.s.p. ak predseda senátu zistí, že súd nie je vecne alebo miestne príslušný, postúpi vec uznesením príslušnému súdu. V uvedenej veci bolo zistené, že všeobecným súdom žalobkyne je súd, ktorý je v obvode Krajského súdu v Košiciach a keďže ide o preskúmanie rozhodnutia žalovanej- orgánu s pôsobnosťou pre celé územie Slovenskej republiky, miestne príslušným je Krajský súd v Košiciach,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https://www.kauzis.sk/judikatura/r/ECLI:SK:KSBA:2014:1014201736.1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