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1S/225/2014 z 18. 12. 2014</w:t>
      </w:r>
    </w:p>
    <w:p>
      <w:r>
        <w:t>Uznesenie Krajského súdu Bratislava z 18. decembra 2014, sp. zn. 1S/225/2014, ECLI:SK:KSBA:2014:1014201759.1</w:t>
      </w:r>
    </w:p>
    <w:p>
      <w:r>
        <w:t>Súd: Krajský súd Bratislava</w:t>
      </w:r>
    </w:p>
    <w:p>
      <w:r>
        <w:t>Spisová značka: 1S/225/2014</w:t>
      </w:r>
    </w:p>
    <w:p>
      <w:r>
        <w:t>ECLI: ECLI:SK:KSBA:2014:1014201759.1</w:t>
      </w:r>
    </w:p>
    <w:p>
      <w:r>
        <w:t>Dátum vydania: 18. 12.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1S/225/2014 Identifikačné číslo súdneho spisu: 1014201759 Dátum vydania rozhodnutia: 19. 12. 2014 Meno a priezvisko sudcu, VSÚ: JUDr. Monika Valašíková PhD. ECLI: ECLI:SK:KSBA:2014:1014201759.1 Uznesenie Krajský súd v Bratislave v právnej veci žalobcu: KLIMEX STONE SLOVAKIA s.r.o., Na hrebienku 30, 811 02 Bratislava, právne zastúpený: Advokátska kancelária Bugala - Ďurček, s.r.o., Drotárska cesta 102, 811 02 Bratislava, proti žalovanému: Finančné riaditeľstvo Slovenskej republiky, Lazovná 63, 974 01 Banská Bystrica, o návrhu na odklad vykonateľnosti, takto r o z h o d o l : Krajský súd v Bratislave o d k l a d á vykonateľnosť rozhodnutia žalovaného č. 1100302/1/360476/2014/5060 zo dňa 8.8.2014 v spojení s rozhodnutím prvostupňového orgánu č. 9104403/5/1482943/2014/MorO zo dňa 14.4.2014 až do právoplatného rozhodnutia súdu vo veci samej. o d ô v o d n e n i e : Žalobca sa žalobou podanou tunajšiemu súdu dňa 22.10.2014 domáhal preskúmania zákonnosti rozhodnutia žalovaného č. 1100302/1/360476/2014/5060 zo dňa 8.8.2014. Žalobca zároveň požiadal súd o odklad vykonateľnosti uvedeného rozhodnutia žalovaného. Ako dôvod tejto žiadosti uviedol, že okamžitým výkonom napadnutého rozhodnutia hrozí žalobcovi poškodenie jeho práv, ujmu jeho majetku ale aj ohrozenia činnosti spoločnosti. Podľa § 250c veta druhá O.s.p., na žiadosť účastníka môže predseda senátu uznesením vykonateľnosť rozhodnutia odložiť, ak by okamžitým výkonom napadnutého rozhodnutia hrozila závažná ujma. Súd v súlade s citovaným zákonným ustanovením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https://www.kauzis.sk/judikatura/r/ECLI:SK:KSBA:2014:1014201759.1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