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1S/229/2014 z 5. 11. 2014</w:t>
      </w:r>
    </w:p>
    <w:p>
      <w:r>
        <w:t>Uznesenie Krajského súdu Bratislava z 5. novembra 2014, sp. zn. 1S/229/2014, ECLI:SK:KSBA:2014:1014201793.1</w:t>
      </w:r>
    </w:p>
    <w:p>
      <w:r>
        <w:t>Súd: Krajský súd Bratislava</w:t>
      </w:r>
    </w:p>
    <w:p>
      <w:r>
        <w:t>Spisová značka: 1S/229/2014</w:t>
      </w:r>
    </w:p>
    <w:p>
      <w:r>
        <w:t>ECLI: ECLI:SK:KSBA:2014:1014201793.1</w:t>
      </w:r>
    </w:p>
    <w:p>
      <w:r>
        <w:t>Dátum vydania: 5.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1S/229/2014 Identifikačné číslo súdneho spisu: 1014201793 Dátum vydania rozhodnutia: 06. 11. 2014 Meno a priezvisko sudcu, VSÚ: JUDr. Monika Valašíková PhD. ECLI: ECLI:SK:KSBA:2014:1014201793.1 Uznesenie Krajský súd v Bratislave v právnej veci žalobcu: FRANCESCA Trading s.r.o., Robotnícka 29, 039 01 Martin, IČO: 36 401 331, právne zastúpený: JUDr. Ján Repáň, M. R. Štefánika 26, 036 01 Martin, proti žalovanému: Sociálna poisťovňa - ústredie, ulica 29. augusta 8 a 10, 813 63 Bratislava, o preskúmanie zákonnosti rozhodnutia žalovaného č. 40394-2/2014-BA zo dňa 18.8.2014 takto r o z h o d o l : Krajský súd v Bratislave p o s t u p u j e vec Krajskému súdu v Žiline. o d ô v o d n e n i e : Žalobou doručenou Krajskému súdu v Bratislave dňa 28.10.2014 sa žalobca domáhal preskúmania rozhodnutia a postupu žalovaného, ktorým je orgán s pôsobnosťou pre celé územie Slovenskej republiky.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Martine, a preto jeho všeobecným súdom je súd určený podľa § 85 ods. 1 O.s.p., ktorý je v obvode Krajského súdu v Žiline. Podľa § 250d ods. 2 O.s.p. ak predseda senátu zistí, že súd nie je vecne alebo miestne príslušný, postúpi vec uznesením príslušnému súdu. V uvedenej veci bolo zistené, že všeobecným súdom žalobcu je súd, ktorý je v obvode Krajského súdu v Žiline a keďže ide o preskúmanie rozhodnutia žalovaného - orgánu s pôsobnosťou pre celé územie Slovenskej republiky, miestne príslušným je Krajský súd v Žiline, ktorému bude vec postúpená po právoplatnosti tohto uznesenia. Poučenie: Proti tomuto uzneseniu odvolanie nie je prípustné.</w:t>
      </w:r>
    </w:p>
    <w:p/>
    <w:p>
      <w:r>
        <w:t>Zdroj: KAUZIS.SK – https://www.kauzis.sk/judikatura/r/ECLI:SK:KSBA:2014:1014201793.1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