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11CoP/226/2014 z 10. 6. 2014</w:t>
      </w:r>
    </w:p>
    <w:p>
      <w:r>
        <w:t>Uznesenie Krajského súdu Bratislava z 10. júna 2014, sp. zn. 11CoP/226/2014, ECLI:SK:KSBA:2014:1014894074.1</w:t>
      </w:r>
    </w:p>
    <w:p>
      <w:r>
        <w:t>Súd: Krajský súd Bratislava</w:t>
      </w:r>
    </w:p>
    <w:p>
      <w:r>
        <w:t>Spisová značka: 11CoP/226/2014</w:t>
      </w:r>
    </w:p>
    <w:p>
      <w:r>
        <w:t>ECLI: ECLI:SK:KSBA:2014:1014894074.1</w:t>
      </w:r>
    </w:p>
    <w:p>
      <w:r>
        <w:t>Dátum vydania: 10. 6.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11CoP/226/2014 Identifikačné číslo súdneho spisu: 1014894074 Dátum vydania rozhodnutia: 11. 06. 2014 Meno a priezvisko sudcu, VSÚ: JUDr. Bianka Gelačíková ECLI: ECLI:SK:KSBA:2014:1014894074.1 Uznesenie Krajský súd v Bratislave vo veci starostlivosti o maloletú R. P., F.. XX.XX.XXXX, zastúpenú kolíznym opatrovníkom Úradom práce, sociálnych vecí a rodiny Bratislava, Vazovova 7/A, dieťa rodičov: matka - R. Á., T. T., B. X, Q..Č.. B. J. J. F. W.B. J. I. D., J. J. M. X, T., a otec -Q. P., T. T. X, Š., zast. JUDr. Marcelou Kuchárikovou, advokátkou, AK Senecká cesta 2, Šamorín, o úpravu výkonu rodičovských práv a povinností, na odvolanie otca proti uzneseniu Okresného súdu Bratislava I, č.k. 1P 38/2014-29 zo dňa 11.04.2014, jednohlasne takto r o z h o d o l : Uznesenie súdu prvého stupňa sa z r u š u j e a vec sa mu v r a c i a na ďalšie konanie. o d ô v o d n e n i e : Súd prvého stupňa preniesol príslušnosť na Okresný súd Bratislava IV s tým, že po právoplatnosti uznesenia bude spis odstúpený Okresnému súdu Bratislava IV. Svoje rozhodnutie zdôvodnil ust. § 88 ods. 1 písm. c/ O.s.p. a § 177 ods. 2 veta prvá O.s.p.. Súd prvého stupňa mal preukázané, že sa zmenili okolnosti, podľa ktorých sa posudzuje príslušnosť, a to tak, že matka býva s maloletou od 01.04.2014 na ulici M. X, čo je v obvode Okresného súdu Bratislava IV. Proti tomuto rozhodnutiu podal odvolanie otec maloletej. Žiadal, aby vec bola postúpená Okresnému súdu C. J., ako súdu príslušnému, z dôvodu, že maloletá Veronika sa narodila z nemanželského vzťahu, od svojho narodenia žila so svojou matkou aj s otcom v byte ocových rodičov v Š. na T. X. Na základe dohody rodičov otec dieťa prihlásil po narodení na Mestskom úrade v Š.. Od narodenia je dieťa v zdravotnej starostlivosti u pediatra E.. I. I. R. Š., dieťa má u otca v byte starých rodičov svoju detskú izbu, na dvore pri bytovom dome jej vybudoval detské ihrisko. Trvalý pobyt na B. X R. T., ktorý v návrhu na nariadenie predbežného opatrenia uviedla matka je byt, ktorý patril rodičom matky a bol predaný v exekučnom konaní. Matka maloletej sa nachádza v zložitých pomeroch, jej otec bol bezdomovec a jej matka je taktiež bezdomovkyňa bývajúca v chatovej osade Ž. E.. Matka maloletej po hádke s ním odišla 12.02.2014 zo spoločnej domácnosti v Š.. Uviedla, že pôjde k svojej tete, avšak sa zdržuje v chatovej osade Žabí Majer, nakoniec sa ubytovala v krízovom Centre E. R. T.ave a od 01.04.2014 v Centre sociálnych služieb F. W. J. I. D. R. T.. Matka ani kolízny opatrovník sa na odvolanie nevyjadrili. Odvolací súd preskúmal vec podľa § 212 ods. 2 písm. a/ O.s.p., vec prejednal podľa § 214 ods. 2 O.s.p., a dospel k záveru, že za daného stavu nie je možné ustáliť, či je rozhodnutie súdu prvého stupňa správne. Podľa § 177 ods. 2 O.s.p. ak sa zmenia okolnosti podľa, ktorých sa posudzuje príslušnosť, môže príslušný súd preniesť svoju príslušnosť na iný súd, ak je to v záujme maloletého. Pre určenie miestnej príslušnosti vo všeobecnosti platí zásada perpetuatio fori ( § 11 ods. 1 O.s.p. ). Ustanovenie § 177 ods. 2 túto zásadu prelamuje a pripúšťa, ak sa zmenili okolnosti týkajúce sa miestnej príslušnosti, ktoré tu boli v čase založenia príslušnosti, aby súd preniesol príslušnosť na iný súd. Tento procesný postup je však možný iba v prípade, ak ide o vec starostlivosti súdu o maloletých a došlo k zmene pomerov v porovnaní so stavom, ktorý tu bol v čase pôvodného založenia miestnej príslušnosti a prenesenie príslušnosti je v záujme maloletého dieťaťa. Z uvedeného vyplýva, že postupom podľa § 177 ods. 2 O.s.p. nemožno naprávať prípadné skoršie nesprávne posúdenie miestnej príslušnosti. Súd prvého stupňa si pre rozhodnutie o prenesení príslušnosti nezadovážil potrebné skutočnosti. Ako vyplýva z obsahu spisu matka v priebehu konania zmenila viackrát pobyt a súd prvého stupňa neposúdil otázku trvalosti a stálosti tohto pobytu, keď Krízové Centrum nemožno považovať za bydlisko majúce charakter stálosti. Miestna príslušnosť súdu v konaniach starostlivosti o maloletých sa posudzuje podľa § 88 písm. c/ O.s.p.. Rozhodujúcou skutočnosťou je bydlisko maloletého založené dohodou rodičov, rozhodnutím súdu alebo inými rozhodujúcimi skutočnosťami, je však potrebné poukázať, že ak sa priebehu konania zmenili okolnosti pre určenie miestnej príslušnosti a ak je to v záujme dieťaťa, môže súd, ktorý vec doposiaľ prejednával preniesť svoju príslušnosť podľa § 177 ods. 2 O.s.p.. Účelom tohto ustanovenia je sledovanie záujmu maloletého dieťaťa, posúdenie skutočného stáleho bydliska maloletého dieťaťa, nie je v záujme maloletého dieťaťa, aby sa prenášala príslušnosť pri každej zmene bydliska, preto uvedené bydlisko musí mať ráz stálosti a musí byť prenesenie príslušnosti účelné a súd, ktorý vo veci koná má byť k dieťaťu čo najbližšie. Bude preto potrebné aby súd prvého stupňa zistil a odôvodnil, či nastala zmena pomerov podľa, ktorej sa posudzuje miestna príslušnosť, kde sa nachádza skutočné bydlisko maloletej, aký má charakter toto bydlisko. Bez povšimnutia nemožno nechať aj námietky otca maloletej o spôsobe života matky maloletej, ktorá zrejme mení častejšie bydlisko, keďže túto otázku nemá stabilne vyriešenú. Odvolací súd zrušil rozhodnutie súdu prvého stupňa podľa § 221 ods. 1 písm. a/ O.s.p. a podľa ods. 2 citovaného ustanovenia vrátil vec súdu prvého stupňa na ďalšie konanie. Poučenie: Proti tomuto uzneseniu odvolanie nie je prípustné.</w:t>
      </w:r>
    </w:p>
    <w:p/>
    <w:p>
      <w:r>
        <w:t>Zdroj: KAUZIS.SK – https://www.kauzis.sk/judikatura/r/ECLI:SK:KSBA:2014:1014894074.1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