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3K/168/1994 z 17. 3. 2014</w:t>
      </w:r>
    </w:p>
    <w:p>
      <w:r>
        <w:t>Uznesenie Krajského súdu Bratislava z 17. marca 2014, sp. zn. 3K/168/1994, ECLI:SK:KSBA:2014:1094898262.4</w:t>
      </w:r>
    </w:p>
    <w:p>
      <w:r>
        <w:t>Súd: Krajský súd Bratislava</w:t>
      </w:r>
    </w:p>
    <w:p>
      <w:r>
        <w:t>Spisová značka: 3K/168/1994</w:t>
      </w:r>
    </w:p>
    <w:p>
      <w:r>
        <w:t>ECLI: ECLI:SK:KSBA:2014:1094898262.4</w:t>
      </w:r>
    </w:p>
    <w:p>
      <w:r>
        <w:t>Dátum vydania: 17.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3K/168/1994 Identifikačné číslo súdneho spisu: 1094898262 Dátum vydania rozhodnutia: 18. 03. 2014 Meno a priezvisko sudcu, VSÚ: JUDr. Eugen Palášthy ECLI: ECLI:SK:KSBA:2014:1094898262.4 Uznesenie Krajský súd v Bratislave v konkurznej veci úpadcu: Malokarpatská drevárska fabrika, a.s., Drevárska 23, 902 01 Pezinok, IČO: 35 711 175, s ustanoveným správcom konkurznej podstaty: JUDr. Iveta Abelovská, G. X, XXX XX I., takto r o z h o d o l : Súd z r u š u j e konkurz vyhlásený uznesením tunajšieho súdu zo dňa 21.06.1999, pod č.k. Z-2-3K 168/94-168, po splnení rozvrhového uznesenia. Súd z b a v u j e JUDr. Ivetu Abelovskú G. X, XXX XX I. X, funkcie správcu konkurznej podstaty. o d ô v o d n e n i e : Dňa 11.03.2014, správkyňa konkurznej podstaty JUDr. Iveta Abelovská predložila súdu správu o záverečnom vyúčtovaní konkurzu a vysporiadaní pohľadávok veriteľov podľa rozvrhového uznesenia č.k. Z-2-3K 168/1994-784 zo dňa 15.11.2013, ktoré nadobudlo právoplatnosť dňa 28.12.2013. V zmysle § 44 ods. 1 písm. b/ zák. č. 328/1991 Zb. v platnom znení súd zruší konkurz, v ktorom nedošlo k potvrdeniu núteného vyrovnania, po splnení rozvrhového uznesenia a podľa ods. 4 citovaného ustanovenia súd zbaví správcu funkcie. Keďže správkyňa konkurznej podstaty preukázala splnenie rozvrhového uznesenia v zmysle týchto ustanovení, súd konkurz zrušil a správkyňu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https://www.kauzis.sk/judikatura/r/ECLI:SK:KSBA:2014:1094898262.4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