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38K/198/1996 z 20. 8. 2014</w:t>
      </w:r>
    </w:p>
    <w:p>
      <w:r>
        <w:t>Uznesenie Krajského súdu Bratislava z 20. augusta 2014, sp. zn. 38K/198/1996, ECLI:SK:KSBA:2014:1096899494.2</w:t>
      </w:r>
    </w:p>
    <w:p>
      <w:r>
        <w:t>Súd: Krajský súd Bratislava</w:t>
      </w:r>
    </w:p>
    <w:p>
      <w:r>
        <w:t>Spisová značka: 38K/198/1996</w:t>
      </w:r>
    </w:p>
    <w:p>
      <w:r>
        <w:t>ECLI: ECLI:SK:KSBA:2014:1096899494.2</w:t>
      </w:r>
    </w:p>
    <w:p>
      <w:r>
        <w:t>Dátum vydania: 20. 8.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38K/198/1996 Identifikačné číslo súdneho spisu: 1096899494 Dátum vydania rozhodnutia: 21. 08. 2014 Meno a priezvisko sudcu, VSÚ: JUDr. Lýdia Noskovičová ECLI: ECLI:SK:KSBA:2014:1096899494.2 Uznesenie Krajský súd v Bratislave v konkurznej veci úpadcu: Milan Čižmár - MERIDIÁN, súkromný podnikateľ, Krajinská 2, 921 01 Piešťany, IČO: 17 388 252, s ustanoveným správcom konkurznej podstaty JUDr. Ladislavom Barátom, advokátom, Školská 3, 949 01 Nitra, o návrhu na zrušenie konkurzu, takto r o z h o d o l : Súd z r u š u j e konkurz vyhlásený na majetok úpadcu: Milan Čižmár - MERIDIÁN, súkromný podnikateľ, Krajinská 2, 921 01 Piešťany, IČO: 17 388 252, podľa § 44 ods. 1 písm. a) ZKV. Súd z b a v u j e JUDr. Ladislava Baráta, advokáta, funkcie správcu konkurznej podstaty. o d ô v o d n e n i e : Uznesením tunajšieho súdu č. k. 38K 198/96-77 zo dňa 30.04.1999 bol vyhlásený konkurz na majetok úpadcu. Súd zároveň v predmetnom uznesení ustanovil do funkcie správcu konkurznej podstaty JUDr. Dušana Kubániho, Winterova 1753/12, Piešťany, ktorý dňa 12.05.2000 požiadal o zbavenie funkcie správcu. Následne bol uznesením č. k. 38K 198/96-194 zo dňa 25.05.2000 do funkcie správcu ustanovený JUDr. Vladimír Beňačka, ktorého súd zbavil funkcie uznesením č. k. 38K 198/96-332 zo dňa 13.01.2011 z dôvodu jeho nečinnosti a za správcu konkurznej podstaty bol ustanovený JUDr. Ladislav Barát, advokát. Správca konkurznej podstaty predložil súdu dňa 21.03.2014 konečnú správu o speňažovaní majetku z konkurznej podstaty úpadcu a vyúčtovaní odmeny a výdavkoch správcu zo dňa 13.03.2014, ktorá bola súdom schválená uznesením pod č. k. 38K 198/1996-423 dňa 12.05.2014. Uznesenie nadobudlo právoplatnosť dňa 17.06.2014. Dňa 20.08.2014 správca konkurznej podstaty predložil súdu návrh na zrušenie konkurzu a zbavenie funkcie správcu, ku ktorému pripojil fotokópie dokladov preukazujúcich vykonanie úhrad nárokov v zmysle uznesenia o schválení konečnej správy. Súdny poplatok vo výške 36,24 Eur, bol uhradený správcom konkurznej podstaty na účet súdu dňa 19.08.2014. Súd v priebehu celého konania skúma, či sú splnené podmienky na to, aby sa mohlo v konaní pokračovať. Jednou z podmienok je, aby dlžník mal majetok postačujúci aspoň na úhradu trov konania (§ 5 ZKV). Súd na základe konečnej správy správcu konkurznej podstaty zistil, že úpadca nemá ďalší majetok, ktorý by bolo možné speňažiť v rámci ponukových kôl a uspokojiť ani pomerne nároky konkurzných veriteľov v rámci tried rozvrhovým uznesením, a ktorý by postačoval na ďalšie krytie nákladov konania, pretože ten, ktorý mal, bol speňažený s nedostatočným finančným výťažkom. Z konkurznej podstaty nebol vylúčený žiaden majetok úpadcu. V zmysle § 44 ods. 1 písm. a) zák. č. 328/91 Zb. o konkurze a vyrovnaní v platnom znení súd uznesením zruší konkurz, v ktorom nedošlo k potvrdeniu núteného vyrovnania, ak zistí, že tu nie sú predpoklady pre konkurz. O odmene a výdavkoch správcov konkurznej podstaty úpadcu súd rozhodol v uznesení o schválení konečnej správy. Správca konkurznej podstaty preukázal bankovými výpismi uhradenie nároku oddeleného veriteľa, odmien správcom konkurznej podstaty a úhradu súdneho poplatku na základe uznesenia o schválení konečnej správy. Na základe tejto skutočnosti súd v zmysle ust. § 44 ods. 1 písm. a) a ods. 4 cit. ustanovenia zrušil konkurz a súčasne správcu konkurznej podstaty zbavil jeho funkcie. Ostatní konkurzní veritelia nebudú uspokojení v rámci konkurzu rozvrhovým uznesením pre nedostatok finančných prostriedkov získaných do podstaty speňažením majetku úpadcu a inou činnosťou správcu. Na základe zoznamu prihlášok možno po právoplatnosti uznesenia o zrušení konkurzu viesť pre zistenú pohľadávku výkon rozhodnutia alebo exekúciu na majetok úpadcu. Žiaden z účastníkov nemá právo na náhradu trov konania § 150 O.s.p.. Správca oznámi súdu, či ukončil účtovnú závierku úpadcu. Poučenie: Proti tomuto uzneseniu je možné podať odvolanie v lehote 30 dní od jeho zverejnenia v Obchodnom vestníku na Krajskom súde v Bratislave. V odvolaní je potrebné uviesť okrem všeobecných náležitostí (§ 42 ods. 3 O.s.p. v nadväznosti na § 66e ods. 1 ZKV) v akom rozsahu sa napáda, v čom sa toto rozhodnutie alebo postup súdu považuje za nesprávny a čoho sa odvolateľ domáha (§ 204 ods. 1 a § 205 ods. 1 a 2 O.s.p. v nadväznosti na § 66 ods. 1 ZKV). Zrušením konkurzu zanikajú účinky vyhlásenia konkurzu uvedené v § 14 ZKV, platnosť a účinnosť úkonov vykonaných počas konkurzu tým nie je dotknutá (§ 45 ods. 1 ZKV). Na základe zoznamu prihlášok možno po právoplatnosti uznesenia o zrušení konkurzu viesť pre zistenú pohľadávku výkon rozhodnutia alebo exekúciu na majetok úpadcu (§ 45 ods. 2 ZKV).</w:t>
      </w:r>
    </w:p>
    <w:p/>
    <w:p>
      <w:r>
        <w:t>Zdroj: KAUZIS.SK – https://www.kauzis.sk/judikatura/r/ECLI:SK:KSBA:2014:1096899494.2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