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72CB/111/1997 z 10. 9. 2014</w:t>
      </w:r>
    </w:p>
    <w:p>
      <w:r>
        <w:t>Uznesenie Krajského súdu Bratislava z 10. septembra 2014, sp. zn. 72CB/111/1997, ECLI:SK:KSBA:2014:1097897989.2</w:t>
      </w:r>
    </w:p>
    <w:p>
      <w:r>
        <w:t>Súd: Krajský súd Bratislava</w:t>
      </w:r>
    </w:p>
    <w:p>
      <w:r>
        <w:t>Spisová značka: 72CB/111/1997</w:t>
      </w:r>
    </w:p>
    <w:p>
      <w:r>
        <w:t>ECLI: ECLI:SK:KSBA:2014:1097897989.2</w:t>
      </w:r>
    </w:p>
    <w:p>
      <w:r>
        <w:t>Dátum vydania: 10. 9. 2014</w:t>
      </w:r>
    </w:p>
    <w:p>
      <w:r>
        <w:t>Forma: Uznesenie</w:t>
      </w:r>
    </w:p>
    <w:p>
      <w:r>
        <w:t>Oblasť práva: Obchodné právo</w:t>
      </w:r>
    </w:p>
    <w:p>
      <w:pPr>
        <w:pStyle w:val="Heading2"/>
      </w:pPr>
      <w:r>
        <w:t>Text rozhodnutia</w:t>
      </w:r>
    </w:p>
    <w:p>
      <w:r>
        <w:t>Súd: Krajský súd Bratislava Spisová značka: 72CB/111/1997 Identifikačné číslo súdneho spisu: 1097897989 Dátum vydania rozhodnutia: 11. 09. 2014 Meno a priezvisko sudcu, VSÚ: JUDr. Peter Pospech ECLI: ECLI:SK:KSBA:2014:1097897989.2 Uznesenie Krajský súd v Bratislave, v právnej veci žalobcu: CENTRUMSPED BRNO spol. s r.o., Traťová 1, 619 00 Brno, IČO: 44 013 329, proti žalovanému: Západoslovenské nábytkárske závody Bratislava a.s. v likvidácii, Rožňavská 1, 823 63 Bratislava, IČO: 31 321 984, o zaplatenie náhrady škody 1.351,99 eur (40.730,- Sk) s prísl., takto r o z h o d o l : Súd konanie z a s t a v u j e. Žiaden z účastníkov nemá právo na náhradu trov konania Žalobcovi sa po právoplatnosti uznesenia vráti súdny poplatok v sume 47,34 eur prostredníctvom Daňového úradu Bratislava. o d ô v o d n e n i e : Žalobca sa žalobou, doručenou súdu dňa 21.11.1994 domáhal voči žalovanému práva na zaplatenie istiny vo výške 40.730,- Sk s prísl. z titulu nezaplatenia faktúr za špedičné služby. Uznesením Krajského súdu v Bratislave pod sp. zn. 38K 88/94 zo dňa 15.05.1996, bol na majetok úpadcu Západoslovenské nábytkárske závody Bratislava a.s. v likvidácii, Bratislava (v tomto spore žalovaný), vyhlásený konkurz. Uznesením Krajského súdu v Bratislave pod č.k. 38K/88/1994-3275 zo dňa 19.05.2014 súd zrušil konkurz vyhlásený na majetok úpadcu (v tomto konaní žalovaného), podľa § 44 ods. 1 písm. a) ZKV. Uvedené uznesenie nadobudlo právoplatnosť dňa 24.06.2014. Písomným podaním doručeným súdu dňa 20.08.2014, vzal žalobca žalobu v celom rozsahu späť a žiadal konanie zastaviť. Podľa § 96 ods. 1,3 O.s.p. navrhovateľ môže vziať za konania späť návrh na jeho začatie a to sčasti alebo celkom. Ak je návrh vzatý späť celkom, súd konanie zastaví. Ak je návrh vzatý späť sčasti, súd konanie v tejto časti zastaví. Nesúhlas odporcu so späťvzatím návrhu nie je účinný, ak dôjde k späťvzatiu návrhu skôr, než sa začalo pojednávanie, alebo ak ide o späťvzatie návrhu na rozvod, neplatnosť manželstva alebo o určenie, či tu manželstvo je, alebo nie je. Vzhľadom k tomu, že žalobca vzal žalobu späť skôr než sa začalo pojednávanie, súd v zmysle citovaného ustanovenia zákona rozhodol tak, ako je uvedené vo výrokovej časti tohto uznesenia. O trovách konania rozhodol súd podľa § 146 ods. 1 písm. c/ O.s.p., podľa ktorého žiadny z účastníkov konania nemá právo na náhradu trov konania podľa jeho výsledku, ak bolo konanie zastavené. Žalobca v tomto konaní zaplatil súdny poplatok za návrh na účet súdu v sume 1.628,- Sk, čo predstavuje 54,039 eur. Poplatok splatný podaním návrhu na začatie konania, podaním odvolania alebo dovolania sa vráti, ak sa konanie zastavilo, ak sa podanie odmietlo, alebo ak sa návrh, odvolanie alebo dovolanie vzali späť pred prvým pojednávaním bez ohľadu na to, či bol vydaný platobný rozkaz (§ 11 ods. 3 zák.č. 71/1992 Zb. o súdnych poplatkoch v znení neskorších predpisov). O vrátení poplatku podľa citovaného ustanovenia nemôže súd rozhodnúť po uplynutí troch rokov od konca kalendárneho roka, v ktorom bol zaplatený; to neplatí, ak navrhovateľ vzal návrh na začatie konania, odvolania alebo dovolania späť pred prvým pojednávaním (§ 13 ods. 3 zák. č. 71/1992 Zb. o súdnych poplatkoch v znení neskorších predpisov). Podľa § 11 ods. 4 zák.č. 71/1992 Zb., okrem poplatku v rozvodovom konaní a poplatku, ktorý sa vracia odseku 1, sa poplatok alebo jeho časť (preplatok) vracia krátený o 1%, najmenej však 6,70 Eur. Preto súd rozhodol, že žalobcovi sa vráti súdny poplatok v sume 47,34 Eur (54,039 € mínus 6,70 € = 47,339 € = 47,34 €). Podľa ods. 6 sa právoplatné rozhodnutie súdu o vrátení súdneho poplatku doručí príslušnému daňovému úradu, ktorý poplatok, alebo preplatok poplatku vráti. Poučenie: Proti uzneseniu je prípustné odvolanie do 15 dní od jeho doručenia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https://www.kauzis.sk/judikatura/r/ECLI:SK:KSBA:2014:1097897989.2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