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4K/94/1999 z 13. 2. 2014</w:t>
      </w:r>
    </w:p>
    <w:p>
      <w:r>
        <w:t>Uznesenie Krajského súdu Bratislava z 13. februára 2014, sp. zn. 4K/94/1999, ECLI:SK:KSBA:2014:1099896448.4</w:t>
      </w:r>
    </w:p>
    <w:p>
      <w:r>
        <w:t>Súd: Krajský súd Bratislava</w:t>
      </w:r>
    </w:p>
    <w:p>
      <w:r>
        <w:t>Spisová značka: 4K/94/1999</w:t>
      </w:r>
    </w:p>
    <w:p>
      <w:r>
        <w:t>ECLI: ECLI:SK:KSBA:2014:1099896448.4</w:t>
      </w:r>
    </w:p>
    <w:p>
      <w:r>
        <w:t>Dátum vydania: 13. 2. 2014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4K/94/1999 Identifikačné číslo súdneho spisu: 1099896448 Dátum vydania rozhodnutia: 14. 02. 2014 Meno a priezvisko sudcu, VSÚ: JUDr. Lýdia Noskovičová ECLI: ECLI:SK:KSBA:2014:1099896448.4 Uznesenie Krajský súd v Bratislave v konkurznej veci úpadcu: GEOMONTA, spol. s r.o. v konkurze, Sebedražská 7, 971 01 Prievidza, IČO: 00 633 151 s ustanovenou správkyňou konkurznej podstaty JUDr. Alenou Kaplanovou, advokátkou, Nám. 1. mája 14, 921 01 Piešťany, o návrhu na zrušenie konkurzu, takto r o z h o d o l : Súd z r u š u j e konkurz vyhlásený uznesením pod č. k. 4K 94/99 - 32 zo dňa 18.05.1999 na majetok úpadcu: GEOMONTA, spol. s r.o., Sebedražská 7, 971 01 Prievidza, IČO: 00 633 151, po splnení rozvrhového uznesenia podľa § 44 ods. 1 písm. b) ZKV. Súd z b a v u j e JUDr. Alenu Kaplanovú, advokátku, funkcie správcu konkurznej podstaty. o d ô v o d n e n i e : Uznesením č. k. 4K 94/99-32 zo dňa 18.05.1999 bol tunajším súdom vyhlásený konkurz na majetok úpadcu: GEOMONTA, spol. s r.o., Sebedražská 7, 971 01 Prievidza, IČO: 00 633 151. Dňa 04.02.2013 súd schválil konečnú správu uznesením č. k. 4K 94/1999-1089, ktoré nadobudlo právoplatnosť dňa 27.05.2013. Uznesením č. k. 4K 94/1999-1239 zo dňa 25.07.2013 bolo vydané rozvrhové uznesenie v spojení s opravným uznesením č. k. 4K 94/1999-1293 zo dňa 23.09.2013, ktorým súd na návrh správcu konkurznej podstaty rozhodol o rozdelení finančných prostriedkov získaných speňažením konkurznej podstaty. Dňa 12.02.2014 správkyňa konkurznej podstaty predložila súdu návrh na zrušenie konkurzu a zbavenie funkcie správcu konkurznej podstaty, ktorý obsahoval správu o vysporiadaní pohľadávok veriteľov v zmysle rozvrhového uznesenia v spojení s opravným uznesením, ktoré nadobudli právoplatnosť dňa 28.10.2013. Správkyňa k návrhu doložila výpisy z bankového účtu a doklad o zrušení účtu úpadcu. Súdny poplatok za konkurzné konanie vo výške 1.991,50 Eur bol uhradený správkyňou konkurznej podstaty na účet Krajského súdu v Bratislave dňa 30.05.2013. V priebehu konkurzného konania súd vydal nasledovné opatrenia na vylúčenie majetku z konkurznej podstaty úpadcu: 1. č. k. 4K 94/99-291 zo dňa 23.10.2001 - vylúčenie pohľadávok úpadcu v objeme 14.829.671,77 Sk (492.254,92 Eur), 2. č. k. 4K 94/99-394 zo dňa 20.06.2002 - vylúčenie časti majetku, a to: - účet 022 - stroje prístroje a zariadenia, takraf PD 34-46, ryhovač ETC 202, ryhovač ETC 202, rýpadlo DH 112, rýpadlo DH 112, bager, bager ATLAS, bager LIEBHER - účet 023 - dopravné prostriedky, WV GOLF 17, autocisterna PD 80-78, 3. č. k. 4K 94/99-426 zo dňa 30.07.2002 - vylúčenie pohľadávok úpadcu vo výške 2.320.944,13 Sk (77.041,23 Eur) okrem pohľadávok dlžníka MAX Bogl, Neumarkt, SRN, 4. č. k. 4K 94/99-554 zo dňa 02.06.2003 - vylúčenie majetku 6,5 t vazelíny, 5. č. k. 4K 94/99-573 zo dňa 07.07.2003 - vylúčenie nepredajného hnuteľného majetku (bližšie špecifikovaného v základnom spise na č. l. 559-572), 6. č. k. 4K 94/99-975 zo dňa 13.07.2010 - vylúčenie nevymožiteľných pohľadávok (bližšie špecifikované v predmetnom uznesení), 7. č. k. 4K 94/1999-1038 zo dňa 12.12.2012 - vylúčenie pohľadávok (bližšie špecifikované v predmetnom uznesení). V zmysle § 44 ods. 1 písm. b) zák. č. 328/91 Zb. o konkurze a vyrovnaní v platnom znení (ZKV), súd zruší konkurz, v ktorom nedošlo k potvrdeniu núteného vyrovnania, po splnení rozvrhového uznesenia a podľa ods. 4 citovaného ustanovenia, súd zbaví správcu funkcie. Keďže správca konkurznej podstaty preukázal splnenie rozvrhového uznesenia, v zmysle týchto ustanovení súd zrušil konkurz a správcu konkurznej podstaty zbavil funkcie. Na základe zoznamu prihlášok možno po právoplatnosti uznesenia o zrušení konkurzu viesť pre zistenú pohľadávku výkon rozhodnutia alebo exekúciu na majetok úpadcu. Správca konkurznej podstaty oznámi súdu, či ukončil účtovnú uzávierku úpadcu. Poučenie: Proti tomuto uzneseniu je možné podať odvolanie v lehote 30 dní od jeho zverejnenia v Obchodnom vestníku na Krajskom súde v Bratislave. V odvolaní je potrebné uviesť okrem všeobecných náležitostí (§ 42 ods. 3 O.s.p. v nadväznosti na § 66e ods. 1 ZKV) v akom rozsahu sa napáda, v čom sa toto rozhodnutie alebo postup súdu považuje za nesprávny a čoho sa odvolateľ domáha (§ 204 ods. 1 a § 205 ods. 1 a 2 O.s.p. v nadväznosti na § 66 ods. 1 ZKV). Zrušením konkurzu zanikajú účinky vyhlásenia konkurzu uvedené v § 14 ZKV, platnosť a účinnosť úkonov vykonaných počas konkurzu tým nie je dotknutá (§ 45 ods. 1 ZKV).</w:t>
      </w:r>
    </w:p>
    <w:p/>
    <w:p>
      <w:r>
        <w:t>Zdroj: KAUZIS.SK – https://www.kauzis.sk/judikatura/r/ECLI:SK:KSBA:2014:1099896448.4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