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3Cob/389/2013 z 29. 5. 2014</w:t>
      </w:r>
    </w:p>
    <w:p>
      <w:r>
        <w:t>Uznesenie Krajského súdu Bratislava z 29. mája 2014, sp. zn. 3Cob/389/2013, ECLI:SK:KSBA:2014:1104138063.1</w:t>
      </w:r>
    </w:p>
    <w:p>
      <w:r>
        <w:t>Súd: Krajský súd Bratislava</w:t>
      </w:r>
    </w:p>
    <w:p>
      <w:r>
        <w:t>Spisová značka: 3Cob/389/2013</w:t>
      </w:r>
    </w:p>
    <w:p>
      <w:r>
        <w:t>ECLI: ECLI:SK:KSBA:2014:1104138063.1</w:t>
      </w:r>
    </w:p>
    <w:p>
      <w:r>
        <w:t>Dátum vydania: 29. 5.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3Cob/389/2013 Identifikačné číslo súdneho spisu: 1104138063 Dátum vydania rozhodnutia: 30. 05. 2014 Meno a priezvisko sudcu, VSÚ: JUDr. Elena Ondrišová ECLI: ECLI:SK:KSBA:2014:1104138063.1 Uznesenie Krajský súd v Bratislave v právnej veci žalobcu BL Finance, s.r.o., Šoltésovej 14, Bratislava, IČO: 44 307 683, práv. zast. SOUKENÍK - ŠTRPKA, s.r.o., Šoltésovej 14, Bratislava, proti žalovanému Z. K., Z.. XX.XX.XXXX, B. Q. T.L. XXX, Q., o zaplatenie 846,66 EUR s príslušenstvom a o odvolaní žalobcu proti rozsudku Okresného súdu Bratislava I v Bratislave č.k. 27Cb/83/2006-83 zo dňa 30.9.2013, jednohlasne takto r o z h o d o l : Krajský súd v Bratislave odvolanie žalobcu odmieta. Žalovanému právo na náhradu trov odvolacieho konania nepriznáva. o d ô v o d n e n i e : Napadnutým rozsudkom súd prvého stupňa uložil žalovanému povinnosť zaplatiť žalobcovi sumu 716,16 EUR spolu s úrokom z omeškania vo výške 16 % ročne od 9.11.2002 do zaplatenia a trovy konania vo výške 50,78 EUR - to všetko do troch dní od právoplatnosti rozsudku. V časti o zaplatenie istiny v sume 130,50 EUR, zmluvnej pokuty v sume 169,33 EUR, úroku vo výške 2,6 % mesačne od 9.11.2002 a úroku z omeškania nad zákonný úrok 16 %, konanie zastavil. Proti rozsudku podal odvolanie žalobca do výroku o náhrade trov konania v časti nepriznaných trov právneho zastúpenia a navrhol ho zmeniť tak, že súd žalobcovi prizná i náhradu trov právneho zastúpenia. Pred tým, než odvolací súd začne konať vo veci samej, skúma včasnosť podaného odvolania. Podľa § 218 ods. 1 písm. a/ O.s.p. odvolací súd odmietne odvolanie, ktoré bolo podané oneskorene. Podľa § 204 ods. 1 O.s.p. odvolanie sa podáva do 15 dní od doručenia rozhodnutia na súde, proti rozhodnutiu ktorého smeruje. Podľa § 57 ods. 1 O.s.p. do plynutia lehoty sa nezapočítava deň, keď došlo k skutočnosti, určujúcej začiatok lehoty. Podľa § 57 ods. 3 O.s.p. lehota je zachovaná, ak sa posledný deň lehoty urobí úkon na súde alebo podanie odovzdá orgánu, ktorý má povinnosť ho doručiť. Z obsahu spisu súdu prvého stupňa odvolací súd zistil, že napadnutý rozsudok bol doručený žalobcovi 6.11.2013. Posledným dňom na podanie odvolania v zákonom stanovenej 15-dňovej lehote bol štvrtok 21.11.2013. Keďže žalobca podal odvolanie na súde dňa 22.9.2013, toto bolo podané oneskorene, a preto ho odvolací súd odmietol. O trovách odvolacieho konania bolo rozhodnuté podľa § 224 ods. 1 v spojení s § 142 ods. 1 O.s.p. a súd ich náhradu nepriznal formálne úspešnému žalovanému, nakoľko mu v tomto konaní žiadne trovy nevznikli. Poučenie: Proti tomuto uzneseniu odvolanie nie je prípustné.</w:t>
      </w:r>
    </w:p>
    <w:p/>
    <w:p>
      <w:r>
        <w:t>Zdroj: KAUZIS.SK – https://www.kauzis.sk/judikatura/r/ECLI:SK:KSBA:2014:1104138063.1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