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21CoE/280/2013 z 24. 3. 2014</w:t>
      </w:r>
    </w:p>
    <w:p>
      <w:r>
        <w:t>Uznesenie Krajského súdu Bratislava z 24. marca 2014, sp. zn. 21CoE/280/2013, ECLI:SK:KSBA:2014:1107217988.2</w:t>
      </w:r>
    </w:p>
    <w:p>
      <w:r>
        <w:t>Súd: Krajský súd Bratislava</w:t>
      </w:r>
    </w:p>
    <w:p>
      <w:r>
        <w:t>Spisová značka: 21CoE/280/2013</w:t>
      </w:r>
    </w:p>
    <w:p>
      <w:r>
        <w:t>ECLI: ECLI:SK:KSBA:2014:1107217988.2</w:t>
      </w:r>
    </w:p>
    <w:p>
      <w:r>
        <w:t>Dátum vydania: 24. 3. 2014</w:t>
      </w:r>
    </w:p>
    <w:p>
      <w:r>
        <w:t>Forma: Uznesenie</w:t>
      </w:r>
    </w:p>
    <w:p>
      <w:r>
        <w:t>Oblasť práva: Občianske právo</w:t>
      </w:r>
    </w:p>
    <w:p>
      <w:pPr>
        <w:pStyle w:val="Heading2"/>
      </w:pPr>
      <w:r>
        <w:t>Text rozhodnutia</w:t>
      </w:r>
    </w:p>
    <w:p>
      <w:r>
        <w:t>Súd: Krajský súd Bratislava Spisová značka: 21CoE/280/2013 Identifikačné číslo súdneho spisu: 1107217988 Dátum vydania rozhodnutia: 25. 03. 2014 Meno a priezvisko sudcu, VSÚ: JUDr. Eugen Palášthy ECLI: ECLI:SK:KSBA:2014:1107217988.2 Uznesenie Krajský súd v Bratislave v exekučnej veci oprávneného: 1. Q. N., M. XXX, R.-B., ČR, 2. U. N., W. XXX, R.-B., ČR, zast. Mgr. Vladimír Legéň, advokát, J. X/X, XXX XX M. S., 3. H. D., L. XXXX/XX, XXX XX M., 4. Q. B., L. XXXX/XX, XXX XX M., proti povinnému: SR - Slovenský pozemkový fond, Búdkova 36, 811 04 Bratislava, IČO: 17 335 345, pre vymoženie uloženej povinnosti, o odvolaní povinného proti výroku o trovách právneho zastúpenia v exekučnom konaní uznesenia Okresného súdu Bratislava I č. k. 2Er/739/2007-78 zo dňa 06.08.2013, takto r o z h o d o l : Krajský súd v Bratislave uznesenie Okresného súdu Bratislava I č. k. 2Er/739/2007-78 zo dňa 06.08.2013 v napadnutej časti m e n í tak, že povinnému sa ukladá povinnosť zaplatiť oprávnenému trovy právneho zastúpenia v exekučnom konaní k rukám právneho zástupcu: Mgr. Vladimír Legéň, advokát, J. X/X, XXX XX M. Bystrica, vo výške 392,85 Eur do troch dní odo dňa nadobudnutia právoplatnosti tohto uznesenia. o d ô v o d n e n i e : Uznesením č. k. 2Er/739/2007-78 zo dňa 06.08.2013 Okresný súd Bratislava I zastavil exekučné konanie vedené súdnou exekútorkou Mgr. Ing. Oľgou Hlucháňovou, so sídlom Exekútorského úradu A. Hlinku 25/30, 017 01 Považská Bystrica, pod sp. zn. EX 264/2007. Druhým výrokom uznesenia súd prvého stupňa uložil povinnému zaplatiť oprávnenému trovy právneho zastúpenia advokátom Mgr. Vladimírom Legéňom vo výške 443,47 Eur. Tretím výrokom zaviazal povinného zaplatiť súdnej exekútorke trovy exekúcie vo výške 35,77 Eur do troch dní od právoplatnosti uznesenia. Okresný súd Bratislava I uznesením č. k. 2Er/739/2007-29 zo dňa 20.02.2008 v spojení s uznesením Krajského súdu v Bratislave č. k. 16CoE/115/2008-41 zo dňa 08.01.2009 vyhovel námietkam povinného proti exekúcii z dôvodu, že povinný uhradil istinu vymáhanú v predmetnom exekučnom konaní. Uznesenie nadobudlo právoplatnosť dňa 27.01.2009. Napadnutým uznesením č. k. 2Er/739/2007-78 zo dňa 06.08.2013 súd v zmysle ust. § 50 ods. 5 zákona č. 233/1995 Z. z. o súdnych exekútoroch a exekučnej činnosti (ďalej Ex. por.) exekúciu zastavil. Súd prvého stupňa priznal oprávneným náhradu trov právneho zastúpenia v zmysle Vyhlášky č. 655/2004 Z.z. o odmenách a náhradách advokátov za poskytovanie právnych služieb za tieto úkony právnej služby: 1. prevzatie a príprava zastúpenia oprávnených dňa 28.05.2007 vo výške 65,06 Eur, 2. písomné podanie súdnemu exekútorovi - návrh na vykonanie exekúcie dňa 29.05.2007 vo výške 65,06 Eur, 3. písomné podanie - námietky oprávnených proti trovám exekúcie zo dňa 30.07.2007 vo výške 13,28 Eur, 4. písomné podanie - vyjadrenie oprávnených na výzvu súdu k námietkam povinného proti exekúcii zo dňa 21.08.2007 vo výške 65,06 Eur, 5. písomné podanie - odvolanie oprávnených voči uzneseniu Okresného súdu Bratislava I č. k. 2Er/739/09-29 zo dňa 20.0.22008 vo výške 65,06 Eur, 6. prevzatie a príprava zastúpenia právneho nástupcu oprávnenej K. N. - U. N. dňa 11.03.2009 vo výške 40,67 Eur, 7. písomné podanie - vyjadrenie na Okresný súd Bratislava I v zastúpení oprávnených zo dňa 27.02.2012 vo výške 40,67 Eur, + 4x režijný paušál za rok 2007 á 178,- Sk = 712,- Sk (26,63 Eur) + 1x režijný paušál za rok 2008 = 191,- Sk (6,34 Eur), 1x režijný paušál za rok 2009 = 6,95 Eur, 1x režijný paušál za rok 2012 = 7,63 Eur, hotové výdavky za osvedčenie pravosti exekučného titulu vo výške 23,70 Eur, hotové výdavky za kopírovanie exekučného titulu vo výške 0,76 Eur a hotové výdavky za súdny poplatok za vydanie poverenia na vykonanie exekúcie vo výške 13,60 Eur, spolu vo výške 443,47 Eur. Súd priznal súdnej exekútorke náhradu trov exekúcie vo výške 35,77 Eur v zmysle § 14, § 22 Vyhlášky č. 288/1995 Z. z. o odmenách a náhradách súdnych exekútorov a § 196, 197 Ex. por.. Proti výroku o trovách právneho zastúpenia oprávneného v exekučnom konaní podal v zákonom stanovenej lehote odvolanie povinný. Uviedol, že súd prvého stupňa priznal právo na náhradu trov právneho zastúpenia za úkon právnej služby č. 6 - prevzatie a príprava zastúpenia právneho nástupcu oprávnenej Emílie N. - U. N. dňa 11.03.2009 vo výške 40,67 Eur a k tomu prislúchajúci režijný paušál v rozpore so zásadou účelnosti vynaložených trov konania. Povinný poukázal na uznesenie Najvyššieho súdu SR sp. zn. 6Cdo 125/2011, v zmysle ktorého „advokátovi, pokiaľ zastupoval účastníkov v predmetnej veci už pred súdmi nižších stupňov nepatrí odmena za úkon - prevzatie a príprava zastúpenia v dovolacom konaní, keďže už bol náležite oboznámený s problematikou predmetného sporu“, a ktoré možno analogicky aplikovať i na daný úkon právnej služby v exekučnom konaní. Na základe uvedeného povinný navrhoval napadnuté uznesenie zmeniť a právo na náhradu trov právneho zastúpenia za úkon právnej služby uvedený pod číslo 6. a k nemu prislúchajúci režijný paušál nepriznať. Krajský súd v Bratislave, ako súd odvolací (§ 10 ods. 1 O.s.p.), preskúmal uznesenie súdu prvého stupňa podľa § 212 ods. 1 O.s.p., prejednal odvolanie oprávneného podľa § 214 ods. 2 O.s.p. bez nariadenia pojednávania a po oboznámení sa s obsahom spisu a dôvodmi odvolania dospel k záveru, že odvolanie povinného je dôvodné. V danom prípade odvolací súd zistil že Okresný súd Bratislava I uznesením č. k. 2Er/739/2007-29 zo dňa 20.02.2008 v spojení s uznesením Krajského súdu v Bratislave č. k. 16CoE/115/2008-41 zo dňa 08.01.2009 vyhovel námietkam povinného proti exekúcii z dôvodu, že povinný uhradil istinu vymáhanú v predmetnom exekučnom konaní po začatí exekučného konania. Uznesenie nadobudlo právoplatnosť dňa 27.01.2009. Podľa ust § 50 ods. 5 Ex. por., ak je rozhodnutie, ktorým sa námietkam vyhovelo právoplatné, súd exekúciu zastaví. Proti tomuto rozhodnutiu nie je prípustné odvolanie. Napadnutým uznesením č. k. 2Er/739/2007-78 zo dňa 06.08.2013 súd exekúciu zastavil, priznal oprávneným náhradu trov právneho zastúpenia v exekučnom konaní vo výške 443,47 Eur a súdnej exekútorke náhradu trov exekúcie vo výške 35,77 Eur. Odvolací súd má po preskúmaní dôvodov odvolania a obsahu napadnutého uznesenia za to, že súd prvého stupňa pri priznaní odmeny za úkon právnej služby č. 6 - prevzatie a príprava zastúpenia právneho nástupcu oprávnenej K. N. - U. N. dňa 11.03.2009 vo výške 40,67 Eur a k tomu prislúchajúci režijný paušál za rok 2009 vo výške 6,95 Eur nerozhodol správne. Podľa ust. § 14 ods. 1 Vyhlášky Ministerstva spravodlivosti SR č. 655/2004 Z.z. o odmenách a náhradách advokátov za poskytovanie právnych služieb (ďalej „vyhláška“) odmena vo výške základnej sadzby tarifnej odmeny patrí za tieto úkony právnej služby: a) prevzatie a príprava zastúpenia alebo obhajoby vrátane prvej porady s klientom, b) písomné podanie na súd alebo iný orgán vo veci samej, c) účasť pri vyšetrovacích úkonoch, pri oboznámení sa s výsledkami vyšetrovania, vyhľadávania alebo za konanie pred súdom alebo iným orgánom, 4) pri konaní o dohode o vine a treste, pri konaní o zmieri, a to za každé začaté dve hodiny bez ohľadu na počet týchto za sebou nadväzujúcich úkonov vykonaných počas dvoch hodín, ak úkon alebo na seba nadväzujúce úkony trvajú viac ako štyri hodiny, patrí odmena za každé dve skončené hodiny, d) vypracovanie právneho rozboru veci okrem trestnoprávnej veci, e) návrh na obnovu konania, odvolanie, dovolanie, mimoriadne dovolanie, podnet na podanie sťažnosti pre porušenie zákona, f) vypracovanie listiny o právnom úkone alebo jej podstatné prepracovanie. Súd prvého stupňa je povinný exekútorom uplatnené trovy exekúcie preskúmať nielen v intenciách príslušných právnych noriem, ale tiež z hľadiska zásad civilného procesu, teda zásad efektívnosti a hospodárnosti. Z obsahu súdneho spisu vyplýva, že pôvodné oprávnené K. N. a H. D. podali návrh na vykonanie exekúcie dôvodne. Obe oprávnené v priebehu exekučného konania zomreli a oprávnenými v exekučnom konaní sa stali ich dedičia ako právni nástupcovia oprávnených. Keďže obe oprávnené boli v exekučnom konaní právne zastúpené advokátom Mgr. Vladimírom Legéňom, patrí ich právnym nástupcom náhrada trov právneho zastúpenia za úkony v priebehu celého exekučného konania. Súd prvého stupňa priznal oprávneným náhradu trov právneho zastúpenia okrem iného za úkon právnej služby pod č. 1. prevzatie a príprava zastúpenia oprávnených dňa 28.05.2007 vo výške 65,06 Eur + 4x režijný paušál za rok 2007 á 178,- Sk = 712,- Sk (26,63 Eur) a pod č. 6. prevzatie a príprava zastúpenia právneho nástupcu oprávnenej K. N. - U. N. dňa 11.03.2009 vo výške 40,67 Eur + režijný paušál za rok 2009 = 6,95 Eur. Podľa ust. § 14 ods. 1 vyhlášky sa určujú úkony právnych služieb, za vykonanie ktorých prislúcha advokátovi plná výška sadzby. Táto skutočnosť je odôvodnená tým, že ide o úkony vykonané vo veci samej, alebo o úkony, ktoré sú pre vedenie alebo smerovanie konania veľmi dôležité. Prevzatím a prípravou zastúpenia sa rozumie jeden úkon. Obsahuje v sebe aj analýzu prípadu vo vzťahu k jeho opodstatnenosti (či nie je vopred neúčelné), dĺžke vybavenia veci (stanovenie rozsahu hodín) a tiež k jeho obtiažnosti (najmä charakteristika protistrany z možnosti očakávania podania opravných prostriedkov na základe doterajších skúseností), resp. zhodnotenie a upozornenie klienta na neistotu úspechu vo veci. Na základe týchto úvah sa potom odvíja aj stanovenie časovej špecifikácie prác a druhu odmeny. Odvolací súd poukazuje na skutočnosť, že uznesenie Okresného súdu Bratislava I č. k. 2Er/739/2007-29 zo dňa 20.02.2008 v spojení s uznesením Krajského súdu v Bratislave č. k. 16CoE/115/2008-41 zo dňa 08.01.2009, ktorým bolo vyhovené námietkam povinného proti exekúcii nadobudlo právoplatnosť dňa 27.01.2009. Právny nástupca oprávnenej K. N., U. N., splnomocnil právneho zástupcu Mgr. Vladimíra Legéňa na zastupovanie v exekučnom konaní dňa 11.03.2009. S poukazom na ust. § 50 ods. 5 Ex. por. (po právoplatnosti rozhodnutia, ktorým sa námietkam vyhovelo, dochádza k zastaveniu exekúcie) odvolací súd považoval úkon právnej služby prevzatie a prípravu zastúpenia právneho nástupcu dňa 11.03.2009 za neúčelne vynaložené trovy a právo na náhradu trov za požadovaný úkon vo výške 40,67 Eur a prislúchajúci režijný paušál za rok 2009 vo výške 6,95 Eur oprávneným nepriznal. Odvolací súd rovnako poukazuje i na uznesenie Najvyššieho súdu SR sp. zn. 6Cdo 125/2011o dňa 20.12.2012, podľa ktorého, „pokiaľ advokát zastupoval účastníkov už pred súdmi nižších stupňov v predmetnej veci, nemá právo na odmenu za úkon - prevzatie a príprava zastúpenia v dovolacom konaní, keďže tento zástupca už bol náležite oboznámený s problematikou predmetného sporu“. Odvolací súd sa stotožnil s tvrdením odvolateľa, že rozhodnutie možno analogicky aplikovať pre účely posudzovania účelnosti vyššie uvedených trov právneho zastúpenia, nakoľko advokát zastupoval pôvodnú oprávnenú K. N. od 28.05.2007, takže musel byť s problematikou exekučného konania náležite oboznámený a za úkon právnej služby pod č. 1 (prevzatie a príprava zastúpenia oprávnených v roku 2007) a prislúchajúci režijný paušál bola oprávneným náhrada trov právneho zastúpenia priznaná. Na základe uvedeného odvolací súd priznal oprávneným náhradu trov právneho zastúpenia v zmysle Vyhlášky č. 655/2004 Z.z. o odmenách a náhradách advokátov za poskytovanie právnych služieb za tieto úkony právnej služby (odvolaním nenapadnuté): 1. prevzatie a príprava zastúpenia oprávnených dňa 28.05.2007 vo výške 65,06 Eur, 2. písomné podanie súdnemu exekútorovi - návrh na vykonanie exekúcie dňa 29.05.2007 vo výške 65,06 Eur, 3. písomné podanie - námietky oprávnených proti trovám exekúcie zo dňa 30.07.2007 vo výške 13,28 Eur, 4. písomné podanie - vyjadrenie oprávnených na výzvu súdu k námietkam povinného proti exekúcii zo dňa 21.08.2007 vo výške 65,06 Eur, 5. písomné podanie - odvolanie oprávnených voči uzneseniu OS Bratislava I č.k. 2Er/739/09-29 zo dňa 20.0.22008 vo výške 65,06 Eur, 6. písomné podanie - vyjadrenie na OS Bratislava I v zastúpení oprávnených o dňa 27.02.2012 vo výške 40,67 Eur, + 4x režijný paušál za rok 2007 á 178,- Sk = 712,- Sk (26,63 Eur) + 1x režijný paušál za rok 2008 = 191,- Sk (6,34 Eur), 1x režijný paušál za rok 2012 = 7,63 Eur, hotové výdavky za osvedčenie pravosti exekučného titulu vo výške 23,70 Eur, hotové výdavky za kopírovanie exekučného titulu vo výške 0,76 Eur a hotové výdavky za súdny poplatok za vydanie poverenia na vykonanie exekúcie vo výške 13,60 Eur, spolu vo výške 392,85 Eur. Podľa § 220 O.s.p. odvolací súd rozhodnutie súdu prvého stupňa zmení, ak nie sú splnené podmienky na jeho potvrdenie (§ 219), ani na jeho zrušenie (§ 221 ods. 1). Na základe uvedeného a citovaných zákonných ustanovení odvolací súd rozhodol tak, ako je uvedené vo výrokovej časti tohto rozhodnutia. Toto uznesenie bolo členmi senátu prijaté pomerom hlasov 3:0 (§ 3 ods. 9 druhá veta zákona č. 757/2004 Z.z. v znení neskorších predpisov). Poučenie: Proti tomuto uzneseniu odvolanie nie je prípustné.</w:t>
      </w:r>
    </w:p>
    <w:p/>
    <w:p>
      <w:r>
        <w:t>Zdroj: KAUZIS.SK – https://www.kauzis.sk/judikatura/r/ECLI:SK:KSBA:2014:1107217988.2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