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3CoKR/9/2014 z 15. 4. 2014</w:t>
      </w:r>
    </w:p>
    <w:p>
      <w:r>
        <w:t>Uznesenie Krajského súdu Bratislava z 15. apríla 2014, sp. zn. 3CoKR/9/2014, ECLI:SK:KSBA:2014:1107221119.2</w:t>
      </w:r>
    </w:p>
    <w:p>
      <w:r>
        <w:t>Súd: Krajský súd Bratislava</w:t>
      </w:r>
    </w:p>
    <w:p>
      <w:r>
        <w:t>Spisová značka: 3CoKR/9/2014</w:t>
      </w:r>
    </w:p>
    <w:p>
      <w:r>
        <w:t>ECLI: ECLI:SK:KSBA:2014:1107221119.2</w:t>
      </w:r>
    </w:p>
    <w:p>
      <w:r>
        <w:t>Dátum vydania: 15. 4. 2014</w:t>
      </w:r>
    </w:p>
    <w:p>
      <w:r>
        <w:t>Forma: Uznesenie</w:t>
      </w:r>
    </w:p>
    <w:p>
      <w:pPr>
        <w:pStyle w:val="Heading2"/>
      </w:pPr>
      <w:r>
        <w:t>Text rozhodnutia</w:t>
      </w:r>
    </w:p>
    <w:p>
      <w:r>
        <w:t>Súd: Krajský súd Bratislava Spisová značka: 3CoKR/9/2014 Identifikačné číslo súdneho spisu: 1107221119 Dátum vydania rozhodnutia: 16. 04. 2014 Meno a priezvisko sudcu, VSÚ: JUDr. Beata Trandžíková ECLI: ECLI:SK:KSBA:2014:1107221119.2 Uznesenie Krajský súd v Bratislave v právnej veci navrhovateľa: 1/ JUDr. Jozefa Dudovičová, správca konkurznej podstaty úpadcu COOP Jednota Považská Bystrica, spotrebné družstvo v konkurze, Hliny 1412/4, 017 01 Považská Bystrica, IČO: 00 168 998, so sídlom Pernecká 37, 841 04 Bratislava, zastúpeného: JUDr. František Kurnota, advokát, Agátová 1313/16, 905 01 Senica, 2/ HANT BA, a.s., Hliny 1412, 017 07 Považská Bystrica, IČO: 36 328 375, zastúpeného: JUDr. Jozefa Dudovičová, advokát, Pernecká 37, 841 04 Bratislava, proti odporcovi: JUDr. Juraj Puskailer, správca konkurznej podstaty úpadcu: FAKTUM trade, s.r.o., Mikulášska 1, 811 01 Bratislava, IČO: 35 864 729, so sídlom Páričkova 18, 821 08 Bratislava, za účasti vedľajšieho účastníka na strane odporcu: FACTUM trade, s.r.o., Mikulášska 1, 811 01 Bratislava, IČO: 36 731 242 a za účasti vedľajšieho účastníka bez označenia sporovej strany: COOP Jednota Trenčín, spotrebné družstvo, Mierové námestie 19, 912 50 Trenčín, IČO: 00 168 912, o vylúčenie veci z konkurznej podstaty, o odvolaní vedľajšieho účastníka na strane odporcu proti rozsudku Okresného súdu Bratislava I č.k. 1Cbi/7/2007-281 zo dňa 02.12.2013, takto r o z h o d o l : Odvolacie konanie sa zastavuje. Žiaden z účastníkov nemá právo na náhradu trov odvolacieho konania. o d ô v o d n e n i e : Okresný súd Bratislava I rozsudkom č.k. 1Cbi/7/2007-281 zo dňa 02.12.2013 zamietol návrhy na vstup vedľajšieho účastníka na strane odporcu spoločnosti FACTUM trade, s.r.o. a na vstup vedľajšieho účastníka bez označenia sporovej strany spoločnosti COOP Jednota Trenčín do konania. Súd prvého stupňa uložil odporcovi povinnosť do troch dní od právoplatnosti rozsudku vylúčiť nehnuteľnosti, a to spoluvlastnícky podiel o veľkosti 1 k pozemku parc. č. KN-C 700/10, zast. plochy a nádvoria vo výmere 1181 m2, kat. územie X. I. O. a spoluvlastnícky podiel o veľkosti 1 k pozemku parc. č. KN-C 700/11, zast. plochy a nádvoria vo výmere 1148 m2, kat. územie X. I. O., zapísaný na LV č. XXXX a spoluvlastnícky podiel o veľkosti 1 k stavbe obchodného domu, súpisné číslo 1298, postaveného na pozemku pac. č. KN-C 700/11, zast. plochy a nádvoria vo výmere 1448 m2, kat. územie X. I. O., zapísaný na LV č. XXXX, zo súpisu konkurznej podstaty úpadcu. Prvostupňový súd zároveň navrhovateľom nepriznal náhradu trov konania. Proti predmetnému rozsudku podal vedľajší účastník na strane odporcu - spoločnosť FACTUM trade, s.r.o. odvolanie. Spoločnosť FACTUM trade, s.r.o. dňa 06.02.2014 oznámila súdu, že podané odvolanie berie v celom rozsahu späť. Podľa ust. § 207 ods. 3 Občianskeho súdneho poriadku, ak sa odvolanie, o ktorom nebolo rozhodnuté, vzalo späť, odvolací súd odvolacie konanie zastaví. Na základe zisteného skutkového stavu odvolací súd odvolacie konanie zastavil tak, ako je uvedeného vo výroku tohto uznesenia. O trovách odvolacieho konania súd rozhodol podľa ust. § 224 ods. 1 a ust. § 146 ods. 1 písm. c/ O.s.p., keďže odvolacie konanie bolo zastavené z dôvodu späťvzatia odvolania. Žiadnemu z účastníkov konania trovy odvolacieho konania nevznikli. Poučenie: Proti tomuto uzneseniu odvolanie nie je prípustné.</w:t>
      </w:r>
    </w:p>
    <w:p/>
    <w:p>
      <w:r>
        <w:t>Zdroj: KAUZIS.SK – https://www.kauzis.sk/judikatura/r/ECLI:SK:KSBA:2014:1107221119.2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