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3Cob/243/2013 z 29. 5. 2014</w:t>
      </w:r>
    </w:p>
    <w:p>
      <w:r>
        <w:t>Uznesenie Krajského súdu Bratislava z 29. mája 2014, sp. zn. 3Cob/243/2013, ECLI:SK:KSBA:2014:1107232118.1</w:t>
      </w:r>
    </w:p>
    <w:p>
      <w:r>
        <w:t>Súd: Krajský súd Bratislava</w:t>
      </w:r>
    </w:p>
    <w:p>
      <w:r>
        <w:t>Spisová značka: 3Cob/243/2013</w:t>
      </w:r>
    </w:p>
    <w:p>
      <w:r>
        <w:t>ECLI: ECLI:SK:KSBA:2014:1107232118.1</w:t>
      </w:r>
    </w:p>
    <w:p>
      <w:r>
        <w:t>Dátum vydania: 29. 5.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3Cob/243/2013 Identifikačné číslo súdneho spisu: 1107232118 Dátum vydania rozhodnutia: 30. 05. 2014 Meno a priezvisko sudcu, VSÚ: JUDr. Elena Ondrišová ECLI: ECLI:SK:KSBA:2014:1107232118.1 Uznesenie Krajský súd v Bratislave v právnej veci žalobcu DRUTECHNA autodružstvo Bratislava, Trenčianska 57, Bratislava, IČO: 00 167 436, práv. zast. JUDr. Jánom Mišurom, advokátom, Záhradnícka 27, Bratislava, proti žalovanému B.. Y. R. - B., E. X, R., B.: XX XXX XXX, o 211,84 EUR s príslušenstvom a o odvolaní G.. K. R.O., Na R. X, R., B.. B. R., E. X, R., B.. N. R., E. X, R., proti uzneseniu Okresného súdu Bratislava I v Bratislave č.k. 30Cb/8/2008-102 z 20.3.2013, jednohlasne takto r o z h o d o l : Krajský súd v Bratislave odvolanie G.. K. R., B.. B. R., B.. N. R. odmieta. Žalobcovi náhradu trov odvolacieho konania nepriznáva. o d ô v o d n e n i e : Súd prvého stupňa uznesením zastavil konanie podľa § 96 O.s.p. vzhľadom na späťvzatie žaloby z dôvodu, že žalovaný zomrel, stratil tak spôsobilosť byť účastníkom konania, a žalobca nechcel v konaní pokračovať s dedičmi žalovaného a súčasne rozhodol, že žiaden z účastníkov nemá právo na náhradu trov konania s poukazom na § 146 ods. 1 písm. c/ O.s.p.. Proti časti tohto uznesenia, týkajúcej sa náhrady trov konania, podali odvolanie B.. B. R., G.. K. R., B.. N. R. ako právne nástupkyne pôvodného žalovaného, navrhujúc ho zmeniť a priznať im náhradu trov konania. Namietali, že súd prvého stupňa mal o náhrade trov rozhodnúť podľa § 146 ods. 2 O.s.p., keď žalobca tým, že zobral žalobu späť z dôvodu, že nechcel v konaní pokračovať s dedičmi, zavinil zastavenie konania. Uviedli, že smrťou pôvodného žalovaného tento nárok nezanikol, ale prešiel na jeho právnych nástupcov; ako doklad o svojom právnom nástupníctve pripojili osvedčenie o dedičstva zo 16.5.2013 sp. zn. 3D/3/2013, Dnot.02/2013 vydané notárkou JUDr. Danielou Šikutovou. Odvolací súd prejednal vec podľa § 214 ods. 2 O.s.p. bez nariadenia pojednávania a dospel k záveru, že odvolanie je potrebné odmietnuť. Podľa § 218 ods. 1 písm. b/ O.s.p. odvolací súd odmietne odvolanie, ktoré bolo podané niekým, kto na odvolanie nie je oprávnený. Z obsahu spisu vyplýva, že odvolateľky podali odvolanie výlučne do časti týkajúcej sa náhrady trov konania, teda v časti týkajúcej sa veci samej uznesenie nadobudlo právoplatnosť, a voči pôvodnému žalovanému bolo konanie zastavené. Nakoľko k právnemu nástupníctvu v zmysle § 107 O.s.p. došlo ešte v priebehu konania na súde prvého stupňa, súd rozhodol napriek tomu voči účastníkovi, ktorý stratil spôsobilosť byť účastníkom konania, odvolateľky sa neodvolali do zastavujúcej časti, a v odvolacom konaní nemožno meniť výrok o trovách prvostupňového konania vo vzťahu k právnemu nástupcovi účastníka, voči ktorému bolo konanie právoplatne zastavené. Z uvedených dôvodov odvolací súd odvolanie odvolateliek podľa § 218 ods. 1 písm. b/ O.s.p. ako odvolanie podané k tomu neoprávnenou osobou odmietol. Žalobcovi podľa § 224 ods. 1 a § 146 ods. 2 O.s.p. náhradu trov odvolacieho konania nepriznal, nakoľko mu v tomto konaní trovy nevznikli. Poučenie: Proti tomuto uzneseniu odvolanie nie je prípustné.</w:t>
      </w:r>
    </w:p>
    <w:p/>
    <w:p>
      <w:r>
        <w:t>Zdroj: KAUZIS.SK – https://www.kauzis.sk/judikatura/r/ECLI:SK:KSBA:2014:1107232118.1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