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3Cob/44/2013 z 15. 4. 2014</w:t>
      </w:r>
    </w:p>
    <w:p>
      <w:r>
        <w:t>Uznesenie Krajského súdu Bratislava z 15. apríla 2014, sp. zn. 3Cob/44/2013, ECLI:SK:KSBA:2014:1109237444.7</w:t>
      </w:r>
    </w:p>
    <w:p>
      <w:r>
        <w:t>Súd: Krajský súd Bratislava</w:t>
      </w:r>
    </w:p>
    <w:p>
      <w:r>
        <w:t>Spisová značka: 3Cob/44/2013</w:t>
      </w:r>
    </w:p>
    <w:p>
      <w:r>
        <w:t>ECLI: ECLI:SK:KSBA:2014:1109237444.7</w:t>
      </w:r>
    </w:p>
    <w:p>
      <w:r>
        <w:t>Dátum vydania: 15.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3Cob/44/2013 Identifikačné číslo súdneho spisu: 1109237444 Dátum vydania rozhodnutia: 16. 04. 2014 Meno a priezvisko sudcu, VSÚ: JUDr. Elena Ondrišová ECLI: ECLI:SK:KSBA:2014:1109237444.7 Uznesenie Krajský súd v Bratislave v právnej veci žalobcu Orange Slovensko, a.s., Prievozská 6/A, Bratislava, IČO: 35 697 270, práv. zast. JUDr. Petrom Bianchim, advokátom, Jakubovo nám. 13, Bratislava, proti žalovanému Telefónica Slovakia, s.r.o., Einsteinova 24, Bratislava, IČO: 35 848 863, práv. zast. advokátskou kanceláriou Allen &amp; Overy Bratislava, s.r.o., Eurovea Central 1, Pribinova 4, Bratislava, o žalobu proti nekalej súťaži, o odvolaní žalobcu proti rozsudku Okresného súdu Bratislava I v Bratislave č.k. 32CbPv/1/2009-194 zo dňa 29.4.2010 a o návrhu účastníkov na prerušenie konania, jednohlasne takto r o z h o d o l : Krajský súd v Bratislave konanie vedené pod spisovou značkou 3Cob/44/2013 p r e r u š u j e . o d ô v o d n e n i e : Vo veci uvedených účastníkov konania rozhodol súd prvého stupňa tak, že žalobu zamietol. Na odvolanie žalobcu Krajský súd v Bratislave rozsudkom č.k. 3Cob/383/2010-271 zo dňa 8.6.2011 napadnutý rozsudok zmenil a žalobe vyhovel. Na dovolanie žalovaného rozhodol Najvyšší súd Slovenskej republiky uznesením č.k. 4Obdo 42/2011-355 zo dňa 31.8.2012 tak, že rozsudok odvolacieho súdu zrušil a vec mu vrátil na ďalšie konanie. Odvolací súd vo veci nariadil pojednávanie na deň 23.4.2014. Podaním doručeným súdu 15.4.2014 obaja účastníci konania požiadali o prerušenie konania na dobu 6 mesiacov z dôvodu prebiehajúcich rokovaní, ktorých cieľom je o.i. skončenie predmetného sporu mimosúdnym urovnaním. Podľa § 110 O.s.p. ak to účastníci zhodne navrhnú alebo ak sa neustanovia bez predchádzajúceho ospravedlnenia na pojednávanie, súd konanie preruší, ak sa to neprieči účelu konania. Ak ide o konanie o rozvod, preruší súd v týchto prípadoch konanie vždy. Podľa § 111 ods. 3 O.s.p. ak je konanie prerušené podľa § 110, súd v ňom pokračuje na návrh po uplynutí troch mesiacov; s výnimkou konania o rozvod môže súd na návrh pokračovať v konaní i pred uplynutím tejto lehoty, ak sú pre to závažné dôvody. Ak sa návrh na pokračovanie v konaní nepodá do jedného roka, súd konanie zastaví. Za splnenia zákonných podmienok rozhodol odvolací súd tak, ako je uvedené vo výrokovej časti tohto uznesenia. Poučenie: Proti tomuto uzneseniu odvolanie nie je prípustné.</w:t>
      </w:r>
    </w:p>
    <w:p/>
    <w:p>
      <w:r>
        <w:t>Zdroj: KAUZIS.SK – https://www.kauzis.sk/judikatura/r/ECLI:SK:KSBA:2014:1109237444.7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