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4CoKR/15/2012 z 17. 2. 2014</w:t>
      </w:r>
    </w:p>
    <w:p>
      <w:r>
        <w:t>Uznesenie Krajského súdu Bratislava z 17. februára 2014, sp. zn. 4CoKR/15/2012, ECLI:SK:KSBA:2014:1109241398.2</w:t>
      </w:r>
    </w:p>
    <w:p>
      <w:r>
        <w:t>Súd: Krajský súd Bratislava</w:t>
      </w:r>
    </w:p>
    <w:p>
      <w:r>
        <w:t>Spisová značka: 4CoKR/15/2012</w:t>
      </w:r>
    </w:p>
    <w:p>
      <w:r>
        <w:t>ECLI: ECLI:SK:KSBA:2014:1109241398.2</w:t>
      </w:r>
    </w:p>
    <w:p>
      <w:r>
        <w:t>Dátum vydania: 17.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4CoKR/15/2012 Identifikačné číslo súdneho spisu: 1109241398 Dátum vydania rozhodnutia: 18. 02. 2014 Meno a priezvisko sudcu, VSÚ: JUDr. Eugen Palášthy ECLI: ECLI:SK:KSBA:2014:1109241398.2 Uznesenie Krajský súd v Bratislave v právnej veci navrhovateľa: SANPARK, s.r.o., Námestie SNP 13, 811 06 Bratislava, IČO: 31 587 704, proti odporcovi: JUDr. Peter Petrán, Odborárske nám. 3, 811 07 Bratislava, správca konkurznej podstaty XETA, s.r.o. v konkurze, Nobelovo námestie 5, 851 01 Bratislava, IČO: 17 310 491, o odvolaní odporcu proti rozsudku Okresného súdu Bratislava I č. k. 2Cbi/43/2009-126 zo dňa 05.12.2011, takto r o z h o d o l : Krajský súd v Bratislave odvolacie konanie zastavuje. Navrhovateľovi sa náhrada trov odvolacieho konania n e p r i z n á v a . o d ô v o d n e n i e : Okresný súd Bratislava I rozsudkom zo dňa 05.12.2011 č.k. 2Cbi/43/2009-126 určil, že pohľadávka navrhovateľa voči úpadcovi XETA, s.r.o. v konkurze je vymáhateľná a v rovnakom rozsahu sa považuje za zistenú so zaradením medzi iné pohľadávky. Navrhovateľovi súd náhradu trov konania nepriznal. Proti tomuto rozsudku podal včas odvolanie odporca, v ktorom žiadal odvolací súd nariadiť na prejednanie odvolania pojednávanie a podľa § 220 O.s.p. vydať rozsudok, ktorým rozhodne aj o vzájomnom návrhu odporcu a zmení rozhodnutie súdu prvého stupňa. Navrhovateľ v písomnom vyjadrení k odvolaniu navrhoval, aby odvolací súd napadnuté rozhodnutie potvrdil ako vecne správne. Dňa 05.11.2013 bolo Krajskému súdu v Bratislave doručené späťvzatie vyššie uvedeného odvolania, v ktorom odporca žiadal o zastavenie odvolacieho konania. Podľa § 207 ods. 2 O.s.p., dokiaľ o odvolaní nebolo rozhodnuté, možno ho vziať späť. Ak niekto vzal odvolanie späť, nemôže ho podať znova. Podľa § 207 ods. 3 O.s.p., ak sa odvolanie, o ktorom nebolo rozhodnuté, vzalo späť, odvolací súd odvolacie konanie zastaví. Podľa § 222 ods. 1 O.s.p.,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Podľa § 223 O.s.p. odvolací súd rozhoduje rozsudkom, ak potvrdzuje alebo mení rozsudok; inak rozhoduje uznesením. O náhrade trov odvolacieho konania odvolací súd rozhodol podľa § 224 ods. 1 a § 146 ods. 2 veta prvá O.s.p.. Navrhovateľovi odvolací súd nepriznal náhradu trov odvolacieho konania, lebo napriek tomu, že zastavenie odvolacieho konania zavinil odporca, si trovy odvolacieho konania neuplatnil. Na základe uvedeného a citovaných zákonných ustanovení odvolací súd rozhodol tak, ako je uvedené vo výroku tohto rozhodnutia. Toto uznesenie bolo členmi senátu prijaté pomerom hlasov 3:0 (§ 3 ods. 9 druhá veta zákona č. 757/2004 Z.z. v znení neskorších predpisov). Poučenie: Proti tomuto uzneseniu odvolanie nie je prípustné.</w:t>
      </w:r>
    </w:p>
    <w:p/>
    <w:p>
      <w:r>
        <w:t>Zdroj: KAUZIS.SK – https://www.kauzis.sk/judikatura/r/ECLI:SK:KSBA:2014:1109241398.2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