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9Co/23/2014 z 27. 4. 2014</w:t>
      </w:r>
    </w:p>
    <w:p>
      <w:r>
        <w:t>Uznesenie Krajského súdu Bratislava z 27. apríla 2014, sp. zn. 9Co/23/2014, ECLI:SK:KSBA:2014:1111225805.2</w:t>
      </w:r>
    </w:p>
    <w:p>
      <w:r>
        <w:t>Súd: Krajský súd Bratislava</w:t>
      </w:r>
    </w:p>
    <w:p>
      <w:r>
        <w:t>Spisová značka: 9Co/23/2014</w:t>
      </w:r>
    </w:p>
    <w:p>
      <w:r>
        <w:t>ECLI: ECLI:SK:KSBA:2014:1111225805.2</w:t>
      </w:r>
    </w:p>
    <w:p>
      <w:r>
        <w:t>Dátum vydania: 27. 4. 2014</w:t>
      </w:r>
    </w:p>
    <w:p>
      <w:r>
        <w:t>Forma: Uznesenie</w:t>
      </w:r>
    </w:p>
    <w:p>
      <w:r>
        <w:t>Oblasť práva: Občianske právo</w:t>
      </w:r>
    </w:p>
    <w:p>
      <w:pPr>
        <w:pStyle w:val="Heading2"/>
      </w:pPr>
      <w:r>
        <w:t>Text rozhodnutia</w:t>
      </w:r>
    </w:p>
    <w:p>
      <w:r>
        <w:t>Súd: Krajský súd Bratislava Spisová značka: 9Co/23/2014 Identifikačné číslo súdneho spisu: 1111225805 Dátum vydania rozhodnutia: 28. 04. 2014 Meno a priezvisko sudcu, VSÚ: JUDr. Roman Huszár ECLI: ECLI:SK:KSBA:2014:1111225805.2 Uznesenie Krajský súd v Bratislave v právnej veci navrhovateľa: H. T., U.. XX.XX. XXXX R. A. Č.. X R., F..Č.. Ú. na H. F. O.K. E. H. M., I. Č.. XX/XXX, M. proti odporcovi: 1./ Slovenská republika zast. Ministerstvom vnútre SR, Pribinova č. 2 Bratislava, 2./ Slovenská republika zast. Ministerstvom spravodlivosti, Župné nám. č. 13 Bratislava, 3./ Slovenská republika zast. Generálnou prokuratúrou SR, Štúrova č. 2 Bratislava, o nesplnenie si povinnosti vyplývajúcej zo zákona a porušenie práv, na odvolanie navrhovateľa proti uzneseniu Okresného súdu Bratislava I č.k. 19C 127/2011-54 zo dňa 13. novembra 2013, v pomere hlasov 3:0 rozhodol r o z h o d o l : Odvolací súd napadnuté uznesenie súdu prvého stupňa p o t v r d z u j e . Odporcovi náhradu trov odvolacieho konania nepriznáva. o d ô v o d n e n i e : Napadnutým uznesením súd prvého stupňa zastavil konanie s poukazom na ustanovenie § 10 ods. 1 zák. č. 71/1992 Zb. o súdnych poplatkoch a poplatku za výpis z registra trestov dôvodiac, že Uznesením zo dňa 08.10.2012 č.k. 19C 127/2011-44 súd nepriznal navrhovateľovi oslobodenie od súdnych poplatkov, rozhodnutie ktoré nadobudlo právoplatnosť dňa 27.09. 2013 v spojení Uznesením Krajského súdu v Bratislave č.k. 3Co 207/2013-49 zo dňa 28.03. 2013. Navrhovateľ bol výzvou zo dňa 11.06. 2012 vyzvaný na zaplatenie súdneho poplatku za návrh vo výške 265,- € v lehote 10 dní od doručenia výzvy s poučením o následkoch nezaplatenia súdneho poplatku. Navrhovateľ poplatok súdom stanovenej lehote nezaplatil, preto súd prvého stupňa konanie zastavil. O náhrade trov konania rozhodol podľa § 146 ods. 1 písm. c/ O.s.p.. Proti tomuto uzneseniu podal v zákonom stanovenej lehote odvolanie navrhovateľ, ktorým žiadal aby odvolací súd napadnuté uznesenie zrušil a vec vrátil súd prvého stupňa na ďalšie konanie . V dôvodoch svojho odvolania uviedol, že súd mu odňal možnosť konať pred súdom, keďže mu nepriznal oslobodenie od poplatku pre bezúspešné uplatnenie a bránenie práva “. Odporca sa k odvolaniu písomne nevyjadril. Odvolací súd preskúmal a prejednal vec v zmysle § 212 ods. 1 O.s.p. bez nariadenia odvolacieho pojednávania / § 214 ods. 2 O.s.p. /a dospel k záveru, že odvolanie navrhovateľa nie je dôvodné. Po oboznámení sa s obsahom spisu odvolací súd zistil, že navrhovateľovi v zmysle § 5 ods. 1 písm. a) zák.č. 71/1992 Zb. o súdnych poplatkoch a poplatku za výpis z registra trestov v neskoršom znení vznikla poplatková povinnosť vo výške 265.- € podľa Sadzobníka súdnych poplatkov. Navrhovateľ požiadal súd o oslobodenie od súdnych poplatkov, o návrhu ktorom súd prvého stupňa rozhodol Uznesením dňa 08.10.2012 č.k. 19C 127/2011-44 tak, že navrhovateľovi oslobodenie od súdnych poplatkov nepriznal. Rozhodnutie nadobudlo právoplatnosť dňa 27.09. 2013 v spojení Uznesením Krajského súdu v Bratislave č.k. 3Co 207/2013-49 zo dňa 28.03. 2013. Keďže navrhovateľ si svoju povinnosť v zmysle cit. ust. dobrovoľne nesplnil, súd prvého stupňa správne postupoval, keď navrhovateľa výzvou zo dňa 11.06. 2012 ktorá mu bola doručená dňa 27.06 2012 vyzval na jeho úhradu. Správny bol aj postup súdu prvého stupňa, keď konanie pre nezaplatenie súdneho poplatku v zmysle § 5 ods. 1 a § 10 ods. 1 zákona č. 71/1992 Zb. zastavil po márnom uplynutí 10 dňovej lehoty na splnenie odo dňa doručenia predmetnej výzvy. Pokiaľ za tejto situácie súd prvého stupňa konanie zastavil bol zachovaný procesný postup určený zákonom a námietky navrhovateľa uplatnené v odvolaní, ktorými spochybňuje postup súdu pri rozhodovaní o oslobodení od platenia súdnych sú právne nedôvodné, keďže sú vo vzťahu k preskúmavanému rozhodnutiu o zastavení konania pre nezaplatenie súdneho poplatku irelevantné. V dôsledku podaného odvolania poplatníkom a suspenzívneho účinku tohto opravného prostriedku poplatková povinnosť navrhovateľa naďalej trvala ( § 5 ods. 2 a contrario) a bolo ju možné do rozhodnutia odvolacieho súdu splniť. Pre rozhodnutie odvolacieho súdu rovnako ako pre rozhodnutie súdu prvého stupňa je v zmysle § 154 ods. 1 v spojení s ust. § 167 ods. 2 a § 211 ods.2 O.s.p. rozhodujúci stav v čase jeho vyhlásenia. Ak by navrhovateľ poplatkovú povinnosť do rozhodovania odvolacieho súdu v celom rozsahu splnil odpadol by dôvod zastavenia konania a uznesenie súdu prvého stupňa by bolo potrebné zrušiť a vec vrátiť na ďalšie konanie. Navrhovateľ si však svoju poplatkovú povinnosť ani do rozhodnutia odvolacieho súdu nesplnil; v takom prípade nezostalo odvolaciemu súdu iné riešenie ako uznesenie súdu prvého stupňa ako vecne správne podľa § 219 ods. 1 O.s.p. potvrdiť. O náhrade trov odvolacieho konania rozhodol odvolací súd podľa § 224 ods. 1 a § 142 ods. 1 O.s.p. tak, že v tomto konaní úspešnému odporcovi ich náhradu nepriznal, nakoľko mu v tomto konaní žiadne trovy nevznikli. Poučenie: Proti tomuto uzneseniu nie je možné podať odvolanie.</w:t>
      </w:r>
    </w:p>
    <w:p/>
    <w:p>
      <w:r>
        <w:t>Zdroj: KAUZIS.SK – https://www.kauzis.sk/judikatura/r/ECLI:SK:KSBA:2014:1111225805.2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