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5Co/270/2014 z 12. 5. 2014</w:t>
      </w:r>
    </w:p>
    <w:p>
      <w:r>
        <w:t>Uznesenie Krajského súdu Bratislava z 12. mája 2014, sp. zn. 5Co/270/2014, ECLI:SK:KSBA:2014:1111237261.1</w:t>
      </w:r>
    </w:p>
    <w:p>
      <w:r>
        <w:t>Súd: Krajský súd Bratislava</w:t>
      </w:r>
    </w:p>
    <w:p>
      <w:r>
        <w:t>Spisová značka: 5Co/270/2014</w:t>
      </w:r>
    </w:p>
    <w:p>
      <w:r>
        <w:t>ECLI: ECLI:SK:KSBA:2014:1111237261.1</w:t>
      </w:r>
    </w:p>
    <w:p>
      <w:r>
        <w:t>Dátum vydania: 12. 5.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5Co/270/2014 Identifikačné číslo súdneho spisu: 1111237261 Dátum vydania rozhodnutia: 13. 05. 2014 Meno a priezvisko sudcu, VSÚ: JUDr. Juraj Považan ECLI: ECLI:SK:KSBA:2014:1111237261.1 Uznesenie Krajský súd v Bratislave v právnej veci navrhovateľa: Ing. Stanislav Polák - Stavocentrum, s miestom podnikania Bratislava, Odborárske námestie 1, zast. IKRÉNYI &amp; REHÁK, s.r.o. so sídlom v Bratislave, Šoltésovej 2, proti odporcovi: W. N., Z. O. Z., N. X, zast. JUDr. Ivetou Šteffekovou, advokátkou v Bratislave, Orenburská 15, o zaplatenie 1.702,40 eur s prísl., na odvolanie odporcu proti uzneseniu Okresného súdu Bratislava I v Bratislave zo dňa 14. augusta 2012 č.k. 18 C 163/2011-61 takto r o z h o d o l : Odvolací súd odvolanie odporcu o d m i e t a . o d ô v o d n e n i e : Súd prvého stupňa uznesením zastavil konanie v časti istiny vo výške 1.500 eur a pripustil zmenu návrhu podľa § 95 ods. 2 O.s.p., keď konštatoval, že výsledky doterajšieho konania môžu byť podkladom pre konanie o zmenenom návrhu. Proti tomuto uzneseniu v časti týkajúcej sa pripustenia zmeny návrhu podal včas odvolanie odporca. Odvolací súd prejednal vec v zmysle ust. § 212 ods. 1 O.s.p. bez nariadenia odvolacieho pojednávania podľa § 214 ods. 2 O.s.p. a dospel k záveru, že odvolanie odporcu je potrebné odmietnuť. Podľa § 202 ods. 3 písm. f/ O.s.p. odvolanie nie je prípustné proti uzneseniu, ktorým sa pripustila alebo nepripustila zmena návrhu. Podľa § 218 ods. 1 písm. c/ O.s.p. odvolací súd odmietne odvolanie, ktoré smeruje proti rozhodnutiu, proti ktorému nie je odvolanie prípustné. - 2 - Vzhľadom na vyššie uvedené neostalo odvolaciemu súdu než odvolanie odporcu, podané proti uzneseniu, proti ktorému zákon odvolanie nepripúšťa, odmietnuť podľa § 218 ods. 1 písm. c/ O.s.p. Poučenie: Toto uznesenie nemožno napadnúť odvolaním.</w:t>
      </w:r>
    </w:p>
    <w:p/>
    <w:p>
      <w:r>
        <w:t>Zdroj: KAUZIS.SK – https://www.kauzis.sk/judikatura/r/ECLI:SK:KSBA:2014:1111237261.1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