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5Co/790/2014 z 15. 12. 2014</w:t>
      </w:r>
    </w:p>
    <w:p>
      <w:r>
        <w:t>Rozsudok Krajského súdu Bratislava z 15. decembra 2014, sp. zn. 5Co/790/2014, ECLI:SK:KSBA:2014:1111244515.1</w:t>
      </w:r>
    </w:p>
    <w:p>
      <w:r>
        <w:t>Súd: Krajský súd Bratislava</w:t>
      </w:r>
    </w:p>
    <w:p>
      <w:r>
        <w:t>Spisová značka: 5Co/790/2014</w:t>
      </w:r>
    </w:p>
    <w:p>
      <w:r>
        <w:t>ECLI: ECLI:SK:KSBA:2014:1111244515.1</w:t>
      </w:r>
    </w:p>
    <w:p>
      <w:r>
        <w:t>Dátum vydania: 15. 12. 2014</w:t>
      </w:r>
    </w:p>
    <w:p>
      <w:r>
        <w:t>Forma: Rozsudok</w:t>
      </w:r>
    </w:p>
    <w:p>
      <w:r>
        <w:t>Oblasť práva: Občianske právo</w:t>
      </w:r>
    </w:p>
    <w:p>
      <w:pPr>
        <w:pStyle w:val="Heading2"/>
      </w:pPr>
      <w:r>
        <w:t>Text rozhodnutia</w:t>
      </w:r>
    </w:p>
    <w:p>
      <w:r>
        <w:t>Súd: Krajský súd Bratislava Spisová značka: 5Co/790/2014 Identifikačné číslo súdneho spisu: 1111244515 Dátum vydania rozhodnutia: 16. 12. 2014 Meno a priezvisko sudcu, VSÚ: JUDr. Juraj Považan ECLI: ECLI:SK:KSBA:2014:1111244515.1 ROZSUDOK V MENE SLOVENSKEJ REPUBLIKY Krajský súd v Bratislave v senáte zloženom z predsedu senátu JUDr. Juraja Považana a členov senátu JUDr. Blanky Malichovej a JUDr. Milana Chalupku, v právnej veci navrhovateľa: JUDr. N. T., I.. XX.XX.XXXX, bytom M. XX, I. E., zast. FUTEJ &amp; Partners s.r.o., IČO: 35 955 341, Radlinského č. 2, Bratislava, proti odporcovi: Slovenská republika zast. Národnou bankou Slovenska, Imricha Karvaša č. 1, Bratislava, o náhradu škody 10.639,73 Eur s príslušenstvom, na odvolanie navrhovateľa proti rozsudku Okresného súdu Bratislava I zo dňa 30. januára 2014, č. k. 4C/187/2011-85 takto r o z h o d o l : Odvolací súd rozsudok súdu prvého stupňa v napadnutej časti p o t v r d z u j e . Odporcovi náhradu trov odvolacieho konania n e p r i z n á v a . o d ô v o d n e n i e : Napadnutým rozsudkom súd prvého stupňa zamietol žalobu, ktorou sa navrhovateľ voči odporcovi domáhal zaplatenia sumy 10.639,73 Eur s príslušenstvom titulom náhrady škody spôsobenej nesprávnym úradným postupom odporcu pri vykonávaní bankového dohľadu nad činnosťou PODIELOVÉHO DRUŽSTVA SLOVENSKÉ INVESTÍCIE (ďalej len PDSI alebo Družstvo) a obchodníka s cennými papiermi (ďalej len OCP). Súčasne uvedeným rozsudkom súd zamietol návrh navrhovateľa na podanie prejudiciálnej otázky Súdnemu dvoru Európskej únie podľa čl. 267 Zmluvy o fungovaní Európskej únie. Vykonaným dokazovaním súd prvého stupňa zistil, že Úrad pre finančný trh (ďalej len "úrad") rozhodnutím zo dňa 21. 03. 2002 schválil Družstvu Prospekt investície, pri ktorom Družstvo požiadalo návrhom na začatie konania, doručeným úradu dňa 16. 04. 2003, o schválenie jeho dodatku. Úrad oboznámil Družstvo v upozornení zo dňa 13. 05. 2003 o splnení podmienok pre schválenie tohto dodatku podľa § 127 ods. 4 v spojení s § 122 ods. 7 zákona č. 566/2001 Z. z. Prílohou žiadosti Družstva bola aj zápisnica z riadnej členskej schôdze Družstva zo dňa 09. 01.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 06.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zaviazal zabezpečiť mieru zhodnotenia portfólia klienta vo výške 8% ročne. Rozhodnutím zo dňa 08. 01. 2008, č. OPK-9750/3/2007 NBS na základe kontroly vykonanej v roku 2007 uložila OCP pokutu vo výške 500.000,- Sk za porušenie v rozhodnutí špecifikovaných ustanovení zákona č. 566/2001 Z. z. Banková rada Národnej banky Slovenska ( ďalej len NBS ) v konaní o rozklade predmetné prvostupňové rozhodnutie rozhodnutím zo dňa 07. 05.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 z. Medzičasom NBS rozhodnutím zo dňa 22. 04. 2008, č. OPK-2744-5/2007-PLP zmenila podľa § 59 ods. 4 zákona č. 566/2001 Z. z. obchodníkovi s cennými papiermi povolenie na poskytovanie investičných služieb udelené rozhodnutím zo dňa 22. 04. 2003 a okrem iného povolila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OCP zo zmluvy o riadení portfólia z 30. 03. 2010 Družstvo požiadalo listom z 15. 4. 2010 NBS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 04. 2010 požiadalo Družstvo NBS o zjednanie nápravy v činnosti OCP, pretože tento si neplnil svoje základné povinnosti voči Družstvu, ako subjektu dohliadanému zo strany NBS, spočívajúce v zabezpečení zhodnotenia finančných prostriedkov jemu zverených do správy. NBS listom zo dňa 30. 04. 2010 a následne urgenciou zo dňa 30. 06. 2010 požiadala predsedu predstavenstva Družstva a aj Družstvo samotné o predloženie špecifikovanej písomnej informácie a dokumentácie k zmluve za účelom dohľadu na mieste. V súvislosti s oznámením Družstva zo dňa 10. 05. 2010 o tom, že ročná finančná správa Družstva za rok 2009 bola uverejnená na internetovej stránke, NBS upozornila Družstvo listom zo dňa 14. 05. 2010, že ročná finančná správa za rok 2009 neobsahuje náležitosti podľa zák.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07. 2010 pre nedostatok informácií a pre nemožnosť otvoriť účtovníctvo Družstva za rok 2009 nemohol tento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NBS si listom zo dňa 01. 06. 2010 vyžiadala od Družstva bližšie špecifikované doklady, najmä uzavreté kúpne zmluvy, generálne splnomocnenia pre Ing. Y. Č., Ing. E. V., CSc. na zastupovanie Družstva, ako aj doklady o finančnom vysporiadaní podľa Zmluvy o kúpe cenných papierov z 05. 10. 2009. NBS vydala dňa 12. 07. 2010 rozhodnutie o predbežnom opatrení, č. ODT-8305/2010, ktorým podľa § 25 ods. 1 písm. a) zák. č. 747/2004 Z. z. o dohľade nad finančným trhom uložila OCP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podľa § 144 ods. 1 písm. l) zák. č. 566/2001 Z. z.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01. 03. 2011, č. GUV-274/2011. NBS rozhodnutím z 26. 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07. 12. 2010, č. GUV-1744/2010. Uvedeným rozhodnutiam predchádzala výzva NBS zo dňa 10. 5. 2010 na odstránenie nedostatkov žiadosti o schválenie Prospektu investície z 28. 04. 2010, ako aj doplnenia dodatku k Prospektu investície, pričom rozhodnutím z 10. 05. 2010, č. OPK-5664/1-2/2010 NBS prerušila konanie podľa § 21 ods. 1 písm. a) zákona č. 747/2004 Z. z. o dohľade. V poradí ďalším rozhodnutím zo dňa 30. 05. 2011, č. ODT-10890-4/2010 NBS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 07. 2011. NBS zistiac pri výkone dohľadu na diaľku niektoré skutočnosti nasvedčujúce tomu, že neznámym páchateľom bol spáchaný skutok, ktorý by mohol naplniť znaky skutkovej podstaty trestného činu, podala dňa 27. 07. 2010 trestné oznámenie. Listom z 26. 04. 2007 požiadala NBS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 05. 2007, pričom spolu s listom zo dňa 20. 08. 2007 predložilo audítorskú správu a konsolidovanú účtovanú závierku za rok 2006. Družstvo reagovalo dňa 02. 06. 2008 i na žiadosť o odstránenie nedostatkov náležitostí polročnej správy za I. polrok 2007 a dňa 08. 09. 2008 vo vzťahu k polročnej finančnej správe za polrok 2008. Podľa zápisu z prerokovania problémov a nezrovnalostí z 24. 08.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nedodržuje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Mgr. Y. K.,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01. 2008 informovalo NBS, že od 01. 01. 2008 nakupuje do portfólia vždy tri zmenky od troch samostatných právnych subjektov namiesto doterajšej jednej zmenky jedného emitenta, ktoré opatrenie zabezpečí súlad v rozložení investičného rizika so schváleným znením Prospektu investície. Vo vzťahu k OCP súd prvého stupňa z listinných dokladov predložených na CD nosiči zistil, že po obdržaní vyúčtovaní k zmluve o riadení portfólia z 08. 01. 2010 Družstvo vo vyjadrení z 19. 03. 2010 upozorňovalo OCP na závažný nesúlad skutočnej finančnej kondície portfólia, ktoré na základe zmluvy obchodník riadil a obhospodaroval, oproti prezentovaným výsledkom podľa vyúčtovania zo dňa 08. 01. 2010. Listom z 12. 04. 2010 Družstvo vyzvalo OCP na predloženie správy o zhodnotení finančných prostriedkov za 4. štvrťrok 2009 a za 1. štvrťrok 2010, v súlade so zmluvou, najneskôr do 16. 04. 2010. Listom zo 16. 04. 2010 Družstvo oznámilo OCP predbežnú stratu v sume 24.764.991,- Eur spôsobenú jeho konaním, ktoré zároveň považovalo za závažné porušenie zmluvných povinností, ako aj povinností stanovených právnymi predpismi a súčasne OCP vyzvalo, aby v lehote do 15 dní od doručenia listu vzniknutú stratu aj nahradil. Listami zo dňa 03. 05. 2010 a 17. 05. 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05. 2010 Družstvo vyzvalo OCP na vrátenie neoprávnene vyplatenej odmeny vo výške 228.954,- eur a na doplatenie rozdielu zhodnotenia portfólia za IV. kvartál 2009 a I. kvartál 2010, pretože portfólio Družstva nebolo zhodnotené na zmluvne stanovenú 8%- nú úroveň a bolo vo výraznej strate. Ďalej súd prvého stupňa v rámci zisťovania skutkového stavu zistil, že Okresný súd Bratislava I uznesením z 11. 04. 2011, č. k. 3K/95/2010, ktoré nadobudlo právoplatnosť dňa 05. 05. 2011, vyhlásil konkurz na majetok Družstva ako úpadcu a do funkcie správcu bol ustanovený Mgr. W. Y.. Ten podal dňa 24. 08. 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 s. (do ktorej patril aj úpadca), okrem iného je uplatnený aj nárok voči Advokátskej kancelárii Futej &amp; Partners s. r. 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spoločnosti úpadcu, je uplatnený nárok úpadcu proti SR zastúpenej NBS,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právoplatne skončené. Navrhovateľ požiadal NBS o predbežné prerokovanie nároku na náhradu škody, avšak bezúspešne. Súčasne si prihlásil pohľadávku voči Družstvu v konkurznom konaní prebiehajúcom na Okresnom súde Bratislava I pod sp. zn. 3K/95/2010, ktorú však správca konkurznej podstaty v celom rozsahu poprel a navrhovateľ si následne pohľadávku uplatnil aj incidenčnou žalobou, o ktorej sa vedie na Okresnom súde Bratislava I konanie pod sp. zn. 2Cbi/417/2011. Aplikujúc ust. § 3 ods. 1, 2, § 9 ods. 1, § 15 ods. 1 a § 17 ods. 1 zák. č. 514/2003 Z.z. o zodpovednosti za škodu spôsobenú pri výkone verejnej moci v znení neskorších predpisov na vykonaným dokazovaním zistený skutkový stav veci, súd prvého stupňa dospel k záveru, že navrhovateľ v konaní nepreukázal vznik škody a ani nesprávny úradný postup NBS vo vzťahu k Družstvu. Vychádzal pritom aj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zákonný predpoklad zodpovednosti štátu, či už podľa zák. č. 58/1969 Zb. alebo zák. č. 514/2003 Z.z., a tým ani predpoklad existencie škody (rozhodnutie NS SR sp. zn. 4Cz 110/84). Navrhovateľ sa preto podľa súdu prvého stupňa musí domáhať zaplatenia svojej pohľadávky voči Družstvu, ktoré je vo vzťahu k nemu v pozícii dlžníka/povinného, resp. osoby, ktorá je povinná navrhovateľovi vydať získaný prospech v podobe vyrovnacieho podielu. Aj napriek tomu, že navrhovateľ si uplatnil pohľadávku voči Družstvu v konkurze vyhlásenom na majetok Družstva, v čase rozhodovania súdu nepreukázal bezúspešnosť uplatňovania svojich práv voči Družstvu. V prvom rade oprávnenosť jeho nároku uplatneného v konkurznom konaní formou prihlášky voči Družstvu je predmetom konania vedeného na Okresnom súde Bratislava I pod sp. zn. 2Cbi/417/2011. Zároveň z vyjadrenia správcu konkurznej podstaty úpadcu zo dňa 20. 08. 2013 vyplynulo, že konkurzné konanie ne je právoplatne skončené, keď je vedených približne 200 súdnych konaní, z ktorých väčšina je tvorená uplatnenými nárokmi z odporovateľných právnych úkonov vykonaných pred vyhlásením konkurzu, ktorými boli niektorí veritelia úpadcu uspokojení na úkor ostatných, ďalšie nároky sú tie, ktoré si úpadca uplatňuje voči SR- NBS, SR- Garančnému fondu investícií, voči poisťovni AIG Europe, členom predstavenstva Družstva, OCP, a okrem toho vedie i konania za účelom prinavrátenia majetkového vplyvu úpadcu nad majetkom, ktorý bol spolufinancovaný z prostriedkov úpadcu, a ktorý bol v čase pred vyhlásením konkurzu zo sféry jeho vplyvu odstránený podozrivými úkonmi. Je teda zrejmé, že toho času nie je možné ustáliť majetok úpadcu - Družstva, s ktorým bol navrhovateľ v záväzkovom vzťahu, a z ktorého majetku by mala byť uspokojená jeho pohľadávka, uplatňovaná i v prebiehajúcom konaní, titulom náhrady škody za nesprávny úradný postup. Z tohto dôvodu nemohol súd v rozhodnom čase ustáliť, či a najmä v akej výške vznikla navrhovateľovi škoda, a ktoré okolnosti sú rozhodné aj pre plynutie premlčacej doby na uplatnenie nároku na náhradu škody voči štátu. Návrh preto považoval súd prvého stupňa za predčasne podaný. K rozhodnutiu NS ČR sp. zn. 29Cdo 4968/2009, na ktoré poukazoval navrhovateľ, súd prvého stupňa uviedol, že jeho závery sú pre daný prípad neaplikovateľné, nakoľko konkurzné konanie v danej veci nie je ukončené a vzhľadom na jeho stav nemožno jednoznačne konštatovať vylúčenie možnosti uspokojenia pohľadávky navrhovateľa ako prípadného veriteľa v rozsahu, v akom sa v prebiehajúcom konaní domáha náhrady škody. Súd prvého stupňa nemal v konaní za preukázaný ani nesprávny úradný postup, ktorý mal podľa navrhovateľa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súd prvého stupňa poukázal na to, že dohľad NBS nad činnosťou Družstva, ako vyhlasovateľa verejnej ponuky majetkových hodnôt, bol regulovaný zákonom č. 566/2001 Z. 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01. 01. 2009 i povinnosť aktualizácie Prospektu investície podľa § 125c ods. 1 v spojení s § 127 ods. 4 zák. č. 566/2001 Z. z. a od 01. 06. 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 04. 2010, kedy požiadalo o preskúmanie postupu obchodníka s cennými papiermi, nesignalizovalo NBS zhoršenie jeho finančnej situácie, príp. nedostatky v činnosti OCP. Pri výkone dohľadu na mieste samom od 20. 04. do 06. 05. 2010 NBS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len na Prospekt cenných papierov podľa § 123 zákona č. 566/2001 Z. z). NBS vyzvala Družstvo na predloženie žiadosti o schválenie dodatku Prospektu investície. Ako vyplýva z rozhodnutia NBS 26. 08. 2010, č. OPK-5664/1-5/2010, Družstvo predmetnú žiadosť NBS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08. 2007, súd prvého stupňa zdôraznil, že predmetom konania je nesprávny úradný postup NBS, a nie OCP; preto v priamej príčinnej súvislosti s ním mohla vzniknúť škoda len Družstvu a nie navrhovateľovi, ktorý nebol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 z. a vzhľadom na to sa informácie a podklady, ktoré mala NBS zisťovať v rámci predmetu dohľadu podľa § 135 ods. 2 a § 137 ods. 2 zák. č. 747/2004 Z. 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08. 2007 a súčasne dala odporúčania na nápravu tohto stavu. NBS v danom období (po 24. 08.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najmä jednotlivých rozhodnutí NBS o uložení pokút vo výške 500.000,- Sk, resp. vo výške 300.000,- Sk (rozhodnutie z 08. 01. 2008 č. OPK 9750/3/2007, resp. rozhodnutie z 20. 8. 2008, č. OPK-9750-5/2007) je zrejmé, že NBS sledovala aj činnosť obchodníka s cennými papiermi, pričom nebolo jej povinnosťou informovať Družstvo o výsledných zisteniach. Zák. č. 747/2004 Z. 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v zmysle zásady "práva patria bdelým" a zamedziť tak znehodnoteniu, príp. nevymožiteľnosti svojich majetkových a iných práv súvisiacich s Družstvom. Prvostupňový súd zamietol návrh navrhovateľa na doplnenie dokazovania zabezpečením účtovníctva Družstva od roku 2002 do roku 2010 a výsluchom svedkov RNDr. B. ktoré považoval za nehospodárne, neúčelné a s vecou nesúvisiace. Návrh na začatie prejudiciálneho konania pred súdnym dvorom Európskej únie súd prvého stupňa zamietol s odôvodnením, že nie je povinný predložiť prejudiciálnu otázku formulovanú navrhovateľkou súdnemu dvoru, pretože sa nejedná o súd rozhodujúci v poslednom stupni o rozhodnutí, proti ktorému nie je prípustný opravný prostriedok a nejde tu ani o posúdenie platnosti ustanovenia práva únie, ale výlučne o otázku výkladu práva Európskej únie, respektíve jeho porušenia. Súčasne mal za to, že odpovede na navrhovateľom predložené prejudiciálne otázky nie sú potrebné pre rozhodnutie súdu vo veci samej. Predmetom konania je totiž nárok na náhradu škody z titulu zodpovednosti štátu za nesprávny úradný postup NBS. Ten mal okrem iného spočívať aj v zanedbaní dohľadu NBS nad činnosťou Družstva ako vyhlasovateľa verejnej ponuky majetkových hodnôt, ktorá spadala pod predmet úpravy zákona č. 566/2001 Z.z. Do tohto zákona bola transponovaná smernica Európskeho parlamentu a Rady č. 2003/71/ES zo dňa 04.11.2003 o prospekte, ktorý sa zverejňuje pri verejnej ponuke cenných papierov alebo ich prijatí na obchodovanie, a o zmene a doplnení smernice 2001/34/ES (viď bod 7. zoznamu prebraných právne záväzných aktov EU), ktorá sa týka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93/22/EHS. z 10.05.1993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navrhovateľkou označená smernica Európskeho parlamentu a Rady č. 2003/71/ES zo dňa 04.11.2003 sa primárne aplikuje na prospekt zverejňovaný pri verejnej ponuke cenných papierov a ich prijatí na obchodovanie. Zároveň, pri smerniciach ako sekundárnych právnych aktoch Európskej únie platí, že štát je povinný prevziať obsah transpozičného ustanovenia a formulovať ho jasne, presne a transparentne tak, ako je formulovaný obsah samotných preberajúcich článkov smernice. Keďže označená smernica Európskeho parlamentu a Rady 2003/71/ES bola transponovaná do nášho právneho poriadku, do zákona č. 566/2001 Z.z. a týkala sa primárne oblasti právnej úpravy prospektu zverejňovanom pri verejnej ponuke cenných papierov, a nie pri verejnej ponuke majetkových hodnôt, a bola transponovaná v jej súlade, vo vzťahu k prejednávanej veci považoval prvostupňový súd za irelevantné zaoberať sa otázkami uvedenými navrhovateľom v návrhu na začatie prejudiciálneho konania. O trovách konania súd prvého stupňa rozhodol podľa § 142 ods. 1 O. s. p. a ich náhradu úspešnému odporcovi nepriznal, pretože si ich neuplatnil a v konaní mu ani žiadne trovy nevznikli. Proti výroku rozsudku, ktorým bol zamietnutý návrh na začatie konania, podal navrhovateľ v zákonnej lehote odvolanie, ktorým z odvolacích dôvodov uvedených v ust. § 205 ods. 2 písm. b), c), d) a f) O.s.p. žiadal prvostupňový rozsudok v napadnutej časti zmeniť a jeho návrhu vyhovieť, alternatívne napadnutý rozsudok zrušiť a vec vrátiť súdu prvého stupňa na ďalšie konanie. Prvostupňovému súdu vytkol nezohľadnenie skutočnosti, že NBS nepostupovala v súlade s princípom právneho štátu, ktorého súčasťou je aj princíp právnej istoty, podľa ktorého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 na to, že sa spoliehal, že nedôjde ku škode na jeho úkor, pretože vychádzal z garancie NBS ako orgánu dohľadu a nemohol predpokladať, že dohľad nad Prospektom investície je podľa NBS len formálny, resp. že takýto je jeho obsah podľa výkladu odporcu, pretože zákon o dohľade takýmto spôsobom obsah dohľadu nad Prospektom investícií nedefinoval a postup NBS bol preto svojvoľný v neprospech každého, ktorý sa na odporcu z hľadiska stability a ochrany investície spoľahol. Postup odporcu označil za svojvoľný, resp. arbitrárny v neprospech každého, kto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NBS, spočívajúcom v nesprávnom výkone dohľadu, ktorým bol porušený zák. č. 566/2001 Z.z..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porušujúci subjekt donútiť k dodržiavaniu zákona. V ďalšom uviedol, že povinnosťou NBS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napriek tomu, že odporca v priebehu celého konania tvrdil opak - preto mala NBS zisťovať všetky informácie a podklady o dodržiavaní, resp. nedodržiavaní povolení na činnosť vydaných NBS Družstvu (Prospekt investícií, vydaný vtedajším Úradom pre finančný trh a následne pravidelne kontrolovaný NBS) a obchodníkovi s cennými papiermi. Povinný zákonný dohľad zo strany NBS bol dokonca koncipovaný tak široko, že má zisťovať informácie a podklady aj o iných rizikách ako tých, ktoré vyplývajú z povolení na činnosť, vrátane rizík, ktorým sú činnosťou obchodníka vystavené dohliadané subjekty a v rámci nich aj Družstvo, vrátane rizík, ktoré mohli viesť k ohrozeniu záujmov klientov dohliadaných subjektov, teda aj navrhovateľa. Poukázal na skutočnosť, že v konaní vedenom na Okresnom súde Bratislava I pod sp. zn. 7C/206/2011 bolo výpoveďou svedka Ing. Zdenka Juricu, Csc., preukázané, že NBS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OCP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 tiež poukázal na skutočnosť, že NBS tým, že dňa 4. marca OCP odňala licenciu na činnosť a Družstvu zakázala činnosť v roku 2011, potvrdila dlhodobé porušovanie zákona o cenných papieroch, z čoho vyplýva tolerovanie porušovania právnych predpisov minimálne od roku 2008 do roku 2011 NBS. Navrhovateľ v odvolaní ďalej uviedol, že NBS rozhodnutím zo dňa 30. mája 2011, č. ODT-10890-4/2010, právoplatným dňa 18. júla 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 decembru 2006, kedy došlo v sídle NBS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Uviedla,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NS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NBS, Garančnému fondu investícií, či poisťovni Chartis Europe a iným odporcom, a preto aktuálny stav konkurzu vylučuje jeho možnosť svoju pohľadávku z konkurzu uspokojiť. Namietal, že zo zápisníc o pojednávaní pred prvostupňovým súdom vyplýva, že listinné dôkazy vyžiadané prvostupňovým súdom, resp. predložené účastníkmi konania neboli riadne vykonané spôsobom podľa § 129 ods. 1 O.s.p., a to s poukazom na uznesenie NS SR zo dňa 31. januára 2012, sp. zn. 6 MCdo 11/2010. Odporca vo vyjadrení k odvolaniu žiadal rozsudok v napadnutej časti ako vecne správny potvrdiť. Uviedol, že prvostupňový súd v prejednávanej veci vykonal rozsiahle dokazovanie za účelom spoľahlivého zistenia skutkového stavu (navrhnuté navrhovateľkou), riadne zabezpečil dôkazné listiny aj z iných súdnych konaní v skutkovo a právne identických veciach a zároveň mal k dispozícii všetky pre vec podstatné a rozhodujúce písomné listinné dôkazy.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Odporca vo svojom vyjadrení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Podľa neho kompetencie NBS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NBS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 mohol požiadať NBS o vysvetlenie jej zákonom zverených kompetencií v oblasti dohľadu nad finančným trhom a muselo mu byť známe, že s investíciou je spojené aj riziko a doterajší alebo propagovaný výnos nie je zárukou budúcich výnosov s tým, že NBS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NBS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NBS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NBS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NBS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NBS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NBS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NS ČR,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sa bude zisťovať v rámci incidenčných súdnych konaní, pokiaľ ich správca konkurznej podstaty Družstva neuzná skôr a až následne, ak pohľadávka navrhovateľa voči Družstvu nebude uspokojená v rámci konkurzu, môže navrhovateľovi vzniknúť škoda.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NS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viazaný rozsahom a dôvodmi odvolania (§ 212 ods. 1 O.s.p.), preskúmal vec bez nariadenia odvolacieho pojednávania podľa § 214 ods. 2 O.s.p. a dospel k záveru, že odvolanie nebolo navrhovateľom podané dôvodne. V prejednávanej veci súd prvého stupňa na základe dokazovania vykonaného v rozsahu potrebnom na zistenie rozhodujúcich skutočností (§ 120 ods. 1 O.s.p.) správne ustálil, že navrhovateľ v konaní nepreukázal nesprávny úradný postup zo strany NBS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 si musel byť vedomý toho, že s jeho investíciou je spojené riziko, a že doterajší alebo propagovaný výnos nie je zárukou budúcich výnosov (ust. § 129 ods. 1 písm. b) zák. č. 566/2001 Z. z. v znení platnom do 21. 07. 2013; § 126 až 130 boli zo zákona č. 566/2001 Z. z. vypustené novelou vykonanou zákonom č. 206/2013 Z. z. účinným dňa 22. 7. 2013 ). Ak si toho navrhovateľ vedomý nebol, nemožno to pričítať na ťarchu NBS v zmysle zásady vigilantibus iura non excusat (neznalosť zákona neospravedlňuje). To isté platí aj pokiaľ ide o argumentáciu navrhovateľa, podľa ktorej o rozsahu dohľadu NBS nad činnosťou Družstva nemal vedomosť. Nemožno sa stotožniť ani s námietkou navrhovateľa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navrhovateľky, ktorý však nemôže vychádzať z toho, ako takýto postup navrhovateľka vyhodnotila, ale musí vychádzať výlučne z toho, že nemožno prisúdiť NBS pri aplikácii zákonov viac povinností ako tých, ktoré jej konkrétnym spôsobom vyplývajú zo zákona.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NBS zo dňa 21. decembra 2010, č. ODT-8305-5/2010, ktorým odobrala obchodníkovi s cennými papiermi povolenie na poskytovanie investičných služieb, potvrdeným rozhodnutím Bankovej rady NBS zo dňa 1. marca 2011, č. GUV - 274/2011, vykonával obchodník s cennými papiermi túto činnosť ako regulovanú NBS.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 Odhliadnuc aj od aktívneho prístupu NBS k obchodníkovi s cennými papiermi, preukázaného jej rozhodnutím zo dňa 08. januára 2008, č. OPK - 9750/3/2007, ktorým uložila obchodníkovi s cennými papiermi pokutu vo výške 16.596,96 euro, kedy po zrušení a vrátení veci na ďalšie konanie Bankovou radou Národnej banky Slovenska, opätovne rozhodnutím zo dňa 20. augusta 2008, č. OPK-9750-5/2007 uložila obchodníkovi s cennými papiermi pokutu vo výške 9.958,18 euro a následne rozhodnutím zo dňa 21. decembra 2010, č. ODT-8305-5/2010 odobrala obchodníkovi s cennými papiermi povolenie na poskytovanie investičných služieb, odvolací súd sa nepovažuje za dôvodnú ani námietku navrhovateľa o nedostatočných opatreniach NBS na nápravu protiprávneho stavu po zistení závažných pochybení obchodníka s cennými papiermi pri činnosti voči Družstvu.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Pokiaľ ide o rozsudok NS ČR sp. zn. 29 Cdo 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NS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navrhovateľa na pojednávaní nevykonal dokazovanie listinnými dôkazmi predpísaným spôsobom. Z obsahu zápisnice z pojednávania konaného dňa 28. 01. 2014 totiž vyplýva, že konajúci súd po otvorení pojednávania riadne oboznámil účastníkov konania s dovtedy vykonaným dokazovaním a obsahom spisu (§ 119 ods. 5 O.s.p.). Vzhľadom na vyššie uvedené odvolací súd rozsudok súdu prvého stupňa v napadnutej časti ako vecne správny podľa § 219 ods. 1, 2 O.s.p. potvrdil. O trovách odvolacieho konania rozhodol súd podľa § 224 ods. 1 O.s.p., § 142 ods. 1 v spojení s § 151 ods. 1 O.s.p., a v odvolacom konaní úspešnému odporcovi náhradu trov odvolacieho konania nepriznal, nakoľko si ich náhradu neuplatnil.</w:t>
      </w:r>
    </w:p>
    <w:p/>
    <w:p>
      <w:r>
        <w:t>Zdroj: KAUZIS.SK – https://www.kauzis.sk/judikatura/r/ECLI:SK:KSBA:2014:1111244515.1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