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5Co/75/2014 z 15. 12. 2014</w:t>
      </w:r>
    </w:p>
    <w:p>
      <w:r>
        <w:t>Rozsudok Krajského súdu Bratislava z 15. decembra 2014, sp. zn. 5Co/75/2014, ECLI:SK:KSBA:2014:1111244526.1</w:t>
      </w:r>
    </w:p>
    <w:p>
      <w:r>
        <w:t>Súd: Krajský súd Bratislava</w:t>
      </w:r>
    </w:p>
    <w:p>
      <w:r>
        <w:t>Spisová značka: 5Co/75/2014</w:t>
      </w:r>
    </w:p>
    <w:p>
      <w:r>
        <w:t>ECLI: ECLI:SK:KSBA:2014:1111244526.1</w:t>
      </w:r>
    </w:p>
    <w:p>
      <w:r>
        <w:t>Dátum vydania: 15. 12. 2014</w:t>
      </w:r>
    </w:p>
    <w:p>
      <w:r>
        <w:t>Forma: Rozsudok</w:t>
      </w:r>
    </w:p>
    <w:p>
      <w:r>
        <w:t>Oblasť práva: Občianske právo</w:t>
      </w:r>
    </w:p>
    <w:p>
      <w:pPr>
        <w:pStyle w:val="Heading2"/>
      </w:pPr>
      <w:r>
        <w:t>Text rozhodnutia</w:t>
      </w:r>
    </w:p>
    <w:p>
      <w:r>
        <w:t>Súd: Krajský súd Bratislava Spisová značka: 5Co/75/2014 Identifikačné číslo súdneho spisu: 1111244526 Dátum vydania rozhodnutia: 16. 12. 2014 Meno a priezvisko sudcu, VSÚ: JUDr. Juraj Považan ECLI: ECLI:SK:KSBA:2014:1111244526.1 ROZSUDOK V MENE SLOVENSKEJ REPUBLIKY Krajský súd v Bratislave v senáte zloženom z predsedu senátu JUDr. Juraja Považana a členov senátu JUDr. Blanky Malichovej a JUDr. Milana Chalupku, v právnej veci navrhovateľky: P. I., Z.. XX.XX.XXXX, bytom E. XX, B., zast. FUTEJ &amp; Partners s.r.o., IČO: 35 955 341, Radlinského 2, Bratislava, proti odporcovi: Slovenská republika zast. Národnou bankou Slovenska, Imricha Karvaša 1, Bratislava, o náhradu škody 3.794,31 Eur s príslušenstvom, na odvolania navrhovateľky proti rozsudku Okresného súdu Bratislava I zo dňa 14. októbra 2013, č. k. 25C/187/2011-211 a uzneseniu zo dňa 02. januára 2014, č. k. 25C/187/2011-234, takto r o z h o d o l : Odvolací súd rozsudok súdu prvého stupňa v napadnutej časti p o t v r d z u j e . Napadnuté uznesenie súdu prvého stupňa zo dňa 02. januára 2014, č. k. 25C/187/2011-234 p o t v r d z u j e . Odporcovi náhradu trov odvolacieho konania nepriznáva. o d ô v o d n e n i e : Napadnutým rozsudkom súd prvého stupňa zamietol žalobu, ktorou sa navrhovateľka voči odporcovi domáhala zaplatenia sumy 3.794,31 Eur s príslušenstvom titulom náhrady škody spôsobenej nesprávnym úradným postupom odporcu pri vykonávaní bankového dohľadu nad činnosťou PODIELOVÉHO DRUŽSTVA SLOVENSKÉ INVESTÍCIE (ďalej len PDSI alebo Družstvo) a obchodníka s cennými papiermi (ďalej len OCP). Súčasne uvedeným rozsudkom súd zamietol návrh navrhovateľky na prerušenie konania do právoplatného skončenia konania vedeného na Okresnom súde Bratislava I pod sp. zn. 19C/56/2011 a rozhodol tiež, že nepožiada Súdny dvor Európskej únie o rozhodnutie o predbežnej otázke podľa čl. 267 Zmluvy o fungovaní Európskej únie a návrh navrhovateľky na prerušenie konania zamietol.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Rozhodnutím zo dňa 08. 01. 2008, č. OPK-9750/3/2007 NBS na základe kontroly vykonanej v roku 2007 uložila OCP pokutu vo výške 500.000,- Sk za porušenie v rozhodnutí špecifikovaných ustanovení zákona č. 566/2001 Z. z. Banková rada Národnej banky Slovenska ( ďalej len NBS ) v konaní o rozklade predmetné prvostupňové rozhodnutie rozhodnutím zo dňa 07. 05.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04.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03. 2010 Družstvo požiadalo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04.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NBS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si listom zo dňa 01. 06. 2010 vyžiadala od Družstva bližšie špecifikované doklady, najmä uzavreté kúpne zmluvy, generálne splnomocnenia pre Ing. E. Č., Ing. I. P., CSc. na zastupovanie Družstva, ako aj doklady o finančnom vysporiadaní podľa Zmluvy o kúpe cenných papierov z 05. 10. 2009. NBS vydala dňa 12. 07. 2010 rozhodnutie o predbežnom opatrení, č. ODT-8305/2010, ktorým podľa § 25 ods. 1 písm. a) zák. č. 747/2004 Z. z. o dohľade nad finančným trhom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 12. 2010, č. GUV-1744/2010. Uvedeným rozhodnutiam predchádzala výzva NBS zo dňa 10. 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 07. 2011. NBS zistiac pri výkone dohľadu na diaľku niektoré skutočnosti nasvedčujúce tomu, že neznámym páchateľom bol spáchaný skutok, ktorý by mohol naplniť znaky skutkovej podstaty trestného činu, podala dňa 27. 07. 2010 trestné oznámenie. Listom z 26. 04.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Mgr. E. O.,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NBS, že od 01. 01. 2008 nakupuje do portfólia vždy tri zmenky od troch samostatných právnych subjektov namiesto doterajšej jednej zmenky jedného emitenta, ktoré opatrenie zabezpečí súlad v rozložení investičného rizika so schváleným znením Prospektu investície. Vo vzťahu k OCP súd prvého stupňa z listinných dokladov predložených na CD nosiči zistil, že po obdržaní vyúčtovaní k zmluve o riadení portfólia z 08. 01. 2010 Družstvo vo vyjadrení z 19. 03. 2010 upozorňovalo OCP na závažný nesúlad skutočnej finančnej kondície portfólia, ktoré na základe zmluvy obchodník riadil a obhospodaroval, oproti prezentovaným výsledkom podľa vyúčtovania zo dňa 08. 01. 2010. Listom z 12. 04. 2010 Družstvo vyzvalo OCP na predloženie správy o zhodnotení finančných prostriedkov za 4. štvrťrok 2009 a za 1. štvrťrok 2010, v súlade so zmluvou, najneskôr do 16. 04. 2010. Listom zo 16. 04. 2010 Družstvo oznámilo OCP predbežnú stratu v sume 24.764.991,- Eur spôsobenú jeho konaním, ktoré zároveň považovalo za závažné porušenie zmluvných povinností, ako aj povinností stanovených právnymi predpismi a súčasne OCP vyzvalo, aby v lehote do 15 dní od doručenia listu vzniknutú stratu aj nahradil. Listami zo dňa 03. 05. 2010 a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OCP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Mgr. Marek Letkovský.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Navrhovateľka uviedla, že žiadosťou zo dňa 20.09.2010 požiadala o zrušenie členstva v Družstve s tým, že členstvo jej zaniklo dňom 10.12.2010, na základe rozhodnutia predstavenstva Družstva. Navrhovateľke súčasne vzniklo právo na vyplatenie vyrovnacieho podielu v sume 3.794,31 Eur. Škodu, ktorú si uplatnila v konaní titulom nesprávneho úradného postupu odporcu pri výkone dohľadu nad Družstvom a OCP, zodpovedá finančným prostriedkom, ktoré vložila do Družstva formou členského vkladu. Na základe žiadosti jej Družstvo vystavilo zmenku na sumu 3.794,31 Eur. Navrhovateľka požiadala NBS o predbežné prerokovanie nároku na náhradu škody, avšak bezúspešne. Súčasne si prihlásila pohľadávku voči Družstvu v konkurznom konaní prebiehajúcom na Okresnom súde Bratislava I pod sp. zn. 3K/95/2010, ktorú však správca konkurznej podstaty v celom rozsahu poprel a navrhovateľka si následne pohľadávku uplatnila aj v incidenčnou žalobou, o ktorej sa vedie na Okresnom súde Bratislava I konanie pod sp. zn. 6Cbi/132/2011. Aplikujúc ust. § 3 ods. 1, 2, § 9 ods. 1, § 15 ods. 1 a § 17 ods. 1 zák. č. 514/2003 Z.z. o zodpovednosti za škodu spôsobenú pri výkone verejnej moci v znení neskorších predpisov na vykonaným dokazovaním zistený skutkový stav veci, súd prvého stupňa dospel k záveru , že navrhovateľka v konaní nepreukázala vznik škody a ani nesprávny úradný postup NBS vo vzťahu k Družstvu. Vychádzal pritom aj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zákonný predpoklad zodpovednosti štátu, či už podľa zák. č. 58/1969 Zb. alebo zák. č. 514/2003 Z.z., a tým ani predpoklad existencie škody (rozhodnutie NS SR sp. zn. 4Cz 110/84). Navrhovateľka sa preto podľa súdu prvého stupňa musí domáhať zaplatenia svojej pohľadávky voči Družstvu, ktoré je vo vzťahu k nemu v pozícii dlžníka/povinného, resp. osoby, ktorá je povinná navrhovateľke vydať získaný prospech v podobe vyrovnacieho podielu. Aj napriek tomu, že navrhovateľka si uplatnila pohľadávku voči Družstvu v konkurze vyhlásenom na majetok Družstva, v čase rozhodovania súdu nepreukázala bezúspešnosť uplatňovania svojich práv voči Družstvu. V prvom rade oprávnenosť jej nároku uplatneného v konkurznom konaní formou prihlášky voči Družstvu je predmetom konania vedeného na Okresnom súde Bratislava I pod sp. zn. 6Cbi/132/2011. Zároveň z vyjadrenia správcu konkurznej podstaty úpadcu zo dňa 20. 08. 2013 vyplynulo, že konkurzné konanie ne je právoplatne skončené, keď je vedených približne 200 súdnych konaní, z ktorých väčšina je tvorená uplatnenými nárokmi z odporovateľných právnych úkonov vykonaných pred vyhlásením konkurzu, ktorými boli niektorí veritelia úpadcu uspokojení na úkor ostatných, ďalšie nároky sú tie, ktoré si úpadca uplatňuje voči SR- NBS, SR- Garančnému fondu investícií, voči poisťovni AIG Europe, členom predstavenstva Družstva, OCP,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bola navrhovateľka v záväzkovom vzťahu, a z ktorého majetku by mala byť uspokojená jej pohľadávka, uplatňovaná i v prebiehajúcom konaní, titulom náhrady škody za nesprávny úradný postup. Z tohto dôvodu nemohol súd v rozhodnom čase ustáliť, či a najmä v akej výške vznikla navrhovateľke škoda, a ktoré okolnosti sú rozhodné aj pre plynutie premlčacej doby na uplatnenie nároku na náhradu škody voči štátu. Návrh preto považoval súd prvého stupňa za predčasne podaný. K rozhodnutiu NS ČR sp. zn. 29Cdo 4968/2009, na ktoré poukazovala navrhovateľka, súd prvého stupňa uviedol, že jeho závery sú pre daný prípad neaplikovateľné, nakoľko konkurzné konanie v danej veci nie je ukončené a vzhľadom na jeho stav nemožno jednoznačne konštatovať vylúčenie možnosti uspokojenia pohľadávky navrhovateľky ako prípadného veriteľa v rozsahu, v akom sa v prebiehajúcom konaní domáha náhrady škody. Súd prvého stupňa nemal v konaní za preukázaný ani nesprávny úradný postup, ktorý mal podľa navrhovateľky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súd prvého stupňa poukázal na to, že dohľad NBS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06.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04. 2010, kedy požiadalo o preskúmanie postupu obchodníka s cennými papiermi, nesignalizovalo NBS zhoršenie jeho finančnej situácie, príp. nedostatky v činnosti OCP. Pri výkone dohľadu na mieste samom od 20. 04. do 06. 05.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08.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08. 2007, súd prvého stupňa zdôraznil, že predmetom konania je nesprávny úradný postup NBS, a nie OCP; preto v priamej príčinnej súvislosti s ním mohla vzniknúť škoda len Družstvu a nie navrhovateľke,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NBS v danom období (po 24. 08.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NBS o uložení pokút vo výške 500.000,- Sk, resp. vo výške 300.000,- Sk (rozhodnutie z 08. 01. 2008 č. OPK 9750/3/2007, resp. rozhodnutie z 20. 8. 2008, č. OPK-9750-5/2007) je zrejmé, že NBS sledovala aj činnosť obchodníka s cennými papiermi, pričom nebolo jej povinnosťou informovať Družstvo o výsledných zisteniach. Zák.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navrhovateľky,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Prvostupňový súd zamietol návrh navrhovateľky na doplnenie dokazovania zabezpečením účtovníctva Družstva od roku 2002 do roku 2010 a výsluchom svedkov RNDr. X. G., D.. F. Š., D.. P. A. T. D.. Q. G., ktoré považoval za nehospodárne, neúčelné a s vecou nesúvisiace. Za dôvodný nevyhodnotil ani návrh na prerušenie konania v danej veci do právoplatného skončenia konania vedeného na Okresnom súde Bratislava I pod sp. zn. 19C/56/2011. Konštatoval, že v uvedenom konaní sa nerieši žiadna otázka, ktorá by mohla mať vplyv pre rozhodnutie súdu vo veci samej. Predmetom konania vo veci sp. zn. 25C/179/2011 je výlučne nesprávny úradný postup NBS vyplývajúci z dohľadu nad Družstvom, a nie nad obchodníkom s cennými papiermi, ktorý je predmetom konania vedeného pod sp. zn. 19C/56/2011, a preto dokazovanie nesprávneho úradného postupu v konaní sp. zn. 19C/56/2011 nepredstavuje takú právne relevantnú skutočnosť, ktorá by mala význam pre rozhodnutie súdu vo veci samej. Vzhľadom na právny vzťah medzi navrhovateľkou ako členkou Družstva a Družstvom nemá na preukázanie predpokladov zodpovednosti odporcu za škodu vplyv prípadné zanedbanie dohľadu NBS nad OCP, s ktorým bolo v záväzkovom vzťahu iba Družstvo. Otázka existencie a vzniku škody Družstva je rovnako pre prejednávanú vec bezpredmetná, pretože úspech, prípadne neúspech Družstva ako účastníka súdneho konania sp. zn. 19C/56/2011 má význam len z hľadiska prebiehajúceho konkurzného konania, ktoré nie je toho času skončené a prebieha naďalej. Návrh na začatie prejudiciálneho konania pred súdnym dvorom Európskej únie súd prvého stupňa zamietol s odôvodnením, že nie je povinný predložiť prejudiciálnu otázku formulovanú navrhovateľkou súdnemu dvoru, pretože sa nejedná o súd rozhodujúci v poslednom stupni o rozhodnutí, proti ktorému nie je prípustný opravný prostriedok a nejde tu ani o posúdenie platnosti ustanovenia práva únie, ale výlučne o otázku výkladu práva Európskej únie, respektíve jeho porušenia. Súčasne mal za to, že odpovede na navrhovateľkou predložené prejudiciálne otázky nie sú potrebné pre rozhodnutie súdu vo veci samej. Predmetom konania je totiž nárok na náhradu škody z titulu zodpovednosti štátu za nesprávny úradný postup NBS. Ten mal okrem iného spočívať aj v zanedbaní dohľadu NBS nad činnosťou Družstva ako vyhlasovateľa verejnej ponuky majetkových hodnôt, ktorá spadala pod predmet úpravy zákona č. 566/2001 Z.z. Do tohto zákona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navrhovateľkou označená smernica Európskeho parlamentu a Rady č. 2003/71/ES zo dňa 04.11.2003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Z.z. a týkala sa primárne oblasti právnej úpravy prospektu zverejňovanom pri verejnej ponuke cenných papierov, a nie pri verejnej ponuke majetkových hodnôt, a bola transponovaná v jej súlade, vo vzťahu k prejednávanej veci považoval prvostupňový súd za irelevantné zaoberať sa otázkami uvedenými navrhovateľkou v návrhu na začatie prejudiciálneho konania. O trovách konania súd prvého stupňa rozhodol podľa § 142 ods. 1 O. s. p. a ich náhradu úspešnému odporcovi nepriznal, pretože si ich neuplatnil a v konaní mu ani žiadne trovy nevznikli. Proti výroku rozsudku, ktorým bol zamietnutý návrh na začatie konania, podala navrhovateľka v zákonnej lehote odvolanie, ktorým z odvolacích dôvodov uvedených v ust. § 205 ods. 2 písm. b), c), d) a f) O.s.p. žiadala prvostupňový rozsudok v napadnutej časti zmeniť a jej návrhu vyhovieť, alternatívne napadnutý rozsudok zrušiť a vec vrátiť súdu prvého stupňa na ďalšie konanie. Prvostupňovému súdu vytkla nezohľadnenie skutočnosti, že NBS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poukázala na to, že sa spoliehala, že nedôjde ku škode na jej úkor, pretože vychádzala z garancie NBS ako orgánu dohľadu a nemohla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označila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posúdila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navrhovateľka považovala záver súdu prvého stupňa, že sa mal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porušujúci subjekt donútiť k dodržiavaniu zákona. V ďalšom uviedla,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obchodníkovi s cennými papiermi. Povinný zákonný dohľad zo strany NBS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navrhovateľky. Poukázala na skutočnosť, že v konaní vedenom na Okresnom súde Bratislava I pod sp. zn. 7C/206/2011 bolo výpoveďou svedka Ing. I. P., Csc.,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Navrhovateľka tiež poukázala na skutočnosť, že NBS tým, že dňa 4. marca OCP odňala licenciu na činnosť a Družstvu zakázala činnosť v roku 2011, potvrdila dlhodobé porušovanie zákona o cenných papieroch, z čoho vyplýva tolerovanie porušovania právnych predpisov minimálne od roku 2008 do roku 2011 NBS. Navrhovateľka v odvolaní ďalej uviedla,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NS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Odporca vo vyjadrení k odvolaniu žiadal rozsudok v napadnutej časti ako vecne správny potvrdiť. Uviedol, že prvostupňový súd v prejednávanej veci vykonal rozsiahle dokazovanie za účelom spoľahlivého zistenia skutkového stavu (navrhnuté navrhovateľkou), riadne zabezpečil dôkazné listiny aj z iných súdnych konaní v skutkovo a právne identických veciach a zároveň mal k dispozícii všetky pre vec podstatné a rozhodujúce písomné listinné dôkazy.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NBS o vysvetlenie jej zákonom zverených kompetencií v oblasti dohľadu nad finančným trhom a muselo jej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sa bude zisťovať v rámci incidenčných súdnych konaní, pokiaľ ich správca konkurznej podstaty Družstva neuzná skôr a až následne, ak pohľadávka navrhovateľky voči Družstvu nebude uspokojená v rámci konkurzu, môže navrhovateľke vzniknúť škoda.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Odporca aj s poukazom na skutočnosť, že návrh na prerušenie konania bol navrhovateľkou podaný až jeden a pol roka po tom, čo prvostupňový súd konal v celom rade skutkovo a právne identických vecí, označil vo svojom vyjadrení návrh na prerušenie konania za účelový pokus o jeho predĺženie. Opätovne poukázal na to, že konania vedené pod sp. zn. 19C/56/2011 a sp. zn. 25C/187/2011 sú rozdielne, vzájomne nezávislé a preukazujú sa v nich rozdielne skutkové okolnosti s rozdielnou právnou argumentáciou- výkon dohľadu odporcom nad dvoma rozdielnymi subjektmi. V konaní sp. zn. 19C/56/2011 družstvo preukazuje údajný nesprávny úradný postup odporcu len nad OCP, ale nie nad družstvom, ako to zavádzajúco tvrdí navrhovateľka. Odporca má naviac za to, že dokazovanie nesprávneho úradného postupu nad OCP v konaní sp. zn. 25C/187/2011 a v ďalších konaniach na súdnom oddelení 25C je právne irelevantné, nakoľko na strane navrhovateľky a ostatných cca 800 jednotlivých žalobcov nemohlo dôjsť k vzniku škody v bezprostrednej a priamej príčinnej súvislosti s eventuálnym nesprávnym úradným postupom odporcu nad OCP, s ktorým nebola navrhovateľka a ani ostatní žalobcovia v žiadnom záväzkovom vzťahu. Nakoľko súd prvého stupňa vec aj v tejto časti správne skutkovo a právne posúdil, keď vyhodnotil, že v konaní vedenom pod sp. zn. 19C/56/2011 sa nerieši žiadna významná otázka, ktorá by mohla mať vplyv na rozhodnutie súdu vo veci samej, odporca navrhol odvolaciemu súdu potvrdiť ako vecne správny aj výrok rozsudku, ktorým bol zamietnutý návrh navrhovateľky na prerušenie konania. Odvolací súd, viazaný rozsahom a dôvodmi odvolania (§ 212 ods. 1 O.s.p.), preskúmal vec bez nariadenia odvolacieho pojednávania podľa § 214 ods. 2 O.s.p. a dospel k záveru, že odvolanie nebolo navrhovateľkou podané dôvodne. V prejednávanej veci súd prvého stupňa na základe dokazovania vykonaného v rozsahu potrebnom na zistenie rozhodujúcich skutočností (§ 120 ods. 1 O.s.p.) správne ustálil, že navrhovateľka v konaní nepreukázala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Navrhovateľka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navrhovateľka si musela byť vedomá toho, že s jej investíciou je spojené riziko, a že doterajší alebo propagovaný výnos nie je zárukou budúcich výnosov (ust. § 129 ods. 1 písm. b) zák. č. 566/2001 Z. z. v znení platnom do 21. 07. 2013; § 126 až 130 boli zo zákona č. 566/2001 Z. z. vypustené novelou vykonanou zákonom č. 206/2013 Z. z. účinným dňa 22. 7. 2013 ). Ak si toho navrhovateľka vedomá nebola, nemožno to pričítať na ťarchu NBS v zmysle zásady vigilantibus iura non excusat (neznalosť zákona neospravedlňuje). To isté platí aj pokiaľ ide o argumentáciu navrhovateľky, podľa ktorej o rozsahu dohľadu NBS nad činnosťou Družstva nemala vedomosť. Nemožno sa stotožniť ani s námietkou navrhovateľky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NBS k obchodníkovi s cennými papiermi, preukázaného jej rozhodnutím zo dňa 08. januára 2008, č. OPK - 9750/3/2007, ktorým uložila obchodníkovi s cennými papiermi pokutu vo výške 16.596,96 euro, kedy po zrušení a vrátení veci na ďalšie konanie Bankovou radou Národnej banky Slovenska,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nepovažuje za dôvodnú ani námietku navrhovateľky o nedostatočných opatreniach NBS na nápravu protiprávneho stavu po zistení závažných pochybení obchodníka s cennými papiermi pri činnosti voči Družstvu.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NS ČR sp. zn. 29 Cdo 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navrhovateľky na pojednávaní nevykonal dokazovanie listinnými dôkazmi predpísaným spôsobom. Z obsahu zápisnice z pojednávania konaného dňa 14.10.2013 totiž vyplýva, že konajúci súd po otvorení pojednávania riadne oboznámil účastníkov konania s dovtedy vykonaným dokazovaním a obsahom spisu (§ 119 ods. 5 O.s.p.). Ako nedôvodné vyhodnotil odvolací súd aj odvolanie navrhovateľky proti výroku rozsudku, ktorým súd prvého stupňa zamietol jej návrh na prerušenie konania do právoplatného skončenia konania vedeného na Okresnom súde Bratislava I pod sp. zn. 19C/56/2011, nakoľko v uvedenom konaní sa nerieši otázka, ktorá by mohla mať podstatný význam pre rozhodnutie súdu v prejednávanej veci (§ 109 ods. 2 písm. c) O.s.p.), a to ani z hľadiska vzniku prípadnej škody Družstva, ktorá môže mať význam len pre prebiehajúce konkurzné konanie. Predmetom konania vedeného pod sp. zn. 19C/56/2011 je výlučne nesprávny úradný postup NBS vyplývajúci z dohľadu nad OCP, s ktorým navrhovateľka nebola v žiadnom právnom vzťahu, na rozdiel od konania vo veci sp. zn. 25C/187/2011, predmetom ktorého bolo skúmanie nesprávneho úradného postupu NBS pri výkone dozoru nad Družstvom. Súd prvého stupňa preto rozhodol vecne správne, keď uvedený procesný návrh navrhovateľky ako nedôvodný zamietol. Vzhľadom na vyššie uvedené odvolací súd rozsudok súdu prvého stupňa v napadnutej časti (výroky I. a III. rozsudku) ako vecne správny podľa § 219 ods. 1, 2 O.s.p. potvrdil. O trovách odvolacieho konania rozhodol súd podľa § 224 ods. 1 O.s.p., § 142 ods. 1 v spojení s § 151 ods. 1 O.s.p., a v odvolacom konaní úspešnému odporcovi náhradu trov odvolacieho konania nepriznal, nakoľko si ich náhradu neuplatnil. Uznesením zo dňa 02. januára 2014, č. k. 25C/187/2011-234 súd prvého stupňa uložil navrhovateľke povinnosť zaplatiť v lehote 10 dní od doručenia uznesenia súdny poplatok za podané odvolanie v sume 20 Eur, podľa pol. 7a Sadzobníka súdnych poplatkov. Navrhovateľka v zákonnej lehote napadla uvedené uznesenie odvolaním, ktorým žiadala, aby odvolací súd z dôvodu nesprávneho právneho posúdenia predmetné uznesenie zrušil a konanie o vyrubenie súdneho poplatku zastavil. S odkazom na ust. § 4 ods. 1 písm. k) zák. o súdnych poplatkoch v znení účinnom do 01. 10. 2012 a ust. § 18ca zák. o súdnych poplatkoch v znení účinnom od 01. 10. 2012 navrhovateľka uviedla,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O.s.p. bez nariadenia pojednávania a po preskúmaní veci dospel k záveru, že ani odvolanie navrhovateľky voči uzneseniu, ktorým jej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navrhovateľke poplatkovú povinnosť vo výške 20 Eur za odvolanie podané voči meritórnemu rozhodnutiu dňa 20.11. 2013.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poplatok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poukazovala navrhovateľka, nakoľko odvolanie ako poplatkový úkon za odvolacie konanie bolo navrhovateľkou podané dňa 20.11. 2013, t. j. nejednalo sa ani o úkon, ani o konanie začaté do 30. 09. 2012. S poukazom na vyššie uvedené odvolací súd potvrdil ako vecne správne podľa § 219 ods. 1 O.s.p. aj uznesenie, ktorým bola navrhovateľke uložená poplatková povinnosť za odvolanie voči meritórnemu rozhodnutiu.</w:t>
      </w:r>
    </w:p>
    <w:p/>
    <w:p>
      <w:r>
        <w:t>Zdroj: KAUZIS.SK – https://www.kauzis.sk/judikatura/r/ECLI:SK:KSBA:2014:1111244526.1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