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5Co/774/2014 z 15. 12. 2014</w:t>
      </w:r>
    </w:p>
    <w:p>
      <w:r>
        <w:t>Rozsudok Krajského súdu Bratislava z 15. decembra 2014, sp. zn. 5Co/774/2014, ECLI:SK:KSBA:2014:1111244572.1</w:t>
      </w:r>
    </w:p>
    <w:p>
      <w:r>
        <w:t>Súd: Krajský súd Bratislava</w:t>
      </w:r>
    </w:p>
    <w:p>
      <w:r>
        <w:t>Spisová značka: 5Co/774/2014</w:t>
      </w:r>
    </w:p>
    <w:p>
      <w:r>
        <w:t>ECLI: ECLI:SK:KSBA:2014:1111244572.1</w:t>
      </w:r>
    </w:p>
    <w:p>
      <w:r>
        <w:t>Dátum vydania: 15. 12. 2014</w:t>
      </w:r>
    </w:p>
    <w:p>
      <w:r>
        <w:t>Forma: Rozsudok</w:t>
      </w:r>
    </w:p>
    <w:p>
      <w:r>
        <w:t>Oblasť práva: Občianske právo</w:t>
      </w:r>
    </w:p>
    <w:p>
      <w:pPr>
        <w:pStyle w:val="Heading2"/>
      </w:pPr>
      <w:r>
        <w:t>Text rozhodnutia</w:t>
      </w:r>
    </w:p>
    <w:p>
      <w:r>
        <w:t>Súd: Krajský súd Bratislava Spisová značka: 5Co/774/2014 Identifikačné číslo súdneho spisu: 1111244572 Dátum vydania rozhodnutia: 16. 12. 2014 Meno a priezvisko sudcu, VSÚ: JUDr. Milan Chalupka ECLI: ECLI:SK:KSBA:2014:1111244572.1 ROZSUDOK V MENE SLOVENSKEJ REPUBLIKY J. súd v Bratislave v senáte zloženom z predsedu senátu JUDr. Milana Chalupku a členov senátu JUDr. Blanky Malichovej a JUDr. Juraja Považana, v právnej veci navrhovateľky: X.. E. N., R.. XX. XX. XXXX, bytom U. XX, D., zast. advokátskou kanceláriou FUTEJ &amp; Partners s.r.o., IČO: 35 955 341, Radlinského č. 2, Bratislava, proti odporcovi: Slovenská republika zast. Národnou bankou Slovenska, Imricha Karvaša č. 1, Bratislava, o náhradu škody 20.386,04 Eur s príslušenstvom, na odvolania navrhovateľky proti rozsudku Okresného súdu Bratislava I zo dňa 17. júna 2014, č. k. 15C/192/2011-204 a proti uzneseniu zo dňa 17. septembra 2014, č. k. 15C/192/2011-227, takto r o z h o d o l : Odvolací súd rozsudok súdu prvého stupňa v napadnutej časti p o t v r d z u j e . Odvolací súd napadnuté uznesenie súdu prvého stupňa zo dňa 17. 09. 2014, č. k. 15C/192/2011-227 p o t v r d z u j e . Odporcovi náhradu trov odvolacieho konania n e p r i z n á v a . o d ô v o d n e n i e : Napadnutým rozsudkom súd prvého stupňa zamietol návrh, ktorým sa navrhovateľka voči odporcovi domáhala zaplatenia sumy 20.386,04 Eur s príslušenstvom, titulom náhrady škody spôsobenej nesprávnym úradným postupom odporcu pri vykonávaní bankového dohľadu nad činnosťou PODIELOVÉHO DRUŽSTVA SLOVENSKÉ INVESTÍCIE (ďalej len "PDSI") a obchodníka s cennými papiermi (ďalej len "obchodník s CP"). Súčasne uvedeným rozsudkom súd zamietol návrh navrhovateľky na začatie prejudiciálneho konania pred Súdnym dvorom Európskej únie podľa článku 267 Zmluvy o fungovaní Európskej únie. Vykonaným dokazovaním súd prvého stupňa zistil, že navrhovateľka ako členka Družstva vložila do Družstva členský vklad, ktorý vydokladoval, avšak súdu nepredložila doklady o vystúpení z družstva, zániku členstva a vzniku práva na vyplatenie vyrovnacieho podielu rozhodnutím predstavenstva družstva. Pohľadávku voči Družstvu z titulu nevyplateného vyrovnacieho podielu si uplatnila v konkurznom konaní, avšak prihláška bola správcom konkurznej podstaty odmietnutá. Úrad pre finančný trh (ďalej len "úrad") rozhodnutím zo dňa 21. 03. 2002 schválil Družstvu Prospekt investície, pri ktorom Družstvo požiadalo návrhom na začatie konania, doručeným úradu dňa 16. 04. 2003, o schválenie jeho dodatku. Úrad oboznámil Družstvo v upozornení zo dňa 13. 05. 2003 o splnení podmienok pre schválenie tohto dodatku podľa § 127 ods. 4 v spojení s § 122 ods. 7 zákona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Z.z., ale nie dohľad nad celkovou činnosťou Družstva. Dňa 02. 06. 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 30.03.2010.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pani I. Družstvo malo účty v Slovenskej sporiteľni a.s., v Československej obchodnej banke a.s. a Všeobecnej úverovej banke a.s. Na základe schváleného prospektu investície Úradom pre finančný trh UTF -002/2002/ SPI z 21.03.2002, právoplatným dňa 28.03.2002, bolo Družstvo oprávnené ponúkať majetkové hodnoty s lehotou verejnej ponuky 10 rokov. Prospekt investície bol informačným dokumentom, z obsahu ktorého investori získavali informácie pre ich investičné rozhodnutie. Zo Zmluvy o zriadení portfólia z 02.06.2008 mal súd prvého stupňa za preukázané založenie zmluvného vzťahu medzi Družstvom a Obchodníkom s cennými papiermi CAPITAL INVEST, o.c.p., a.s.. Predmetná zmluva bola Obchodníkom s cennými papiermi vypovedaná listom z 30.03.2010 s účinnosťou od 01.05.2010. Po tomto úkone Družstvo listom z 15.04.2010 požiadalo NBS o preskúmanie postupu spoločnosti CAPITAL INVEST, o.c.p., a.s.. V tomto čase Družstvo však nepodalo žalobu voči Obchodníkovi s cennými papiermi o náhradu škody, ale žiadalo NBS aby situáciu riešila. Zo zisteného skutkového stavu súd prvého stupňa konštatoval, že do 01.06.2010 -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situácii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Obchodník CP vypovedal zmluvu o zriadení portfólia. Z obsahu listinných dôkazov, ako aj z obsahu výpovede splnomocneného zástupcu odporcu mal súd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Z listinných dôkazov mal súd tiež za preukázané, že Družstvo predložilo NBS dňa 28.04.2010 žiadosť o schválenie dodatkov k prospektu investície. Týmto bolo začaté konanie, ktoré bolo podľa § 21ods.1 písm. a) zákona č.747/2004 Z.z. prerušené rozhodnutím OPK-5664/1-2/2010 z 10.05.2010 na čas, kedy Družstvo bolo povinné odstrániť nedostatky žiadosti a žiadosť doplniť. Družstvo ani po opakovanom predĺžení lehoty na odstránenie vád žiadosti nedostatky neodstránilo, v dôsledku čoho NBS rozhodnutím OPK -5664/1-5/2010 z 26.08.2010 konanie vo veci žiadosti o schválenie dodatkov k prospektu investície, zastavila. Rozhodnutie bolo potvrdené rozhodnutím Bankovej rady NBS číslo GUV-1744/2010 z 08.12.2010, právoplatné 16.12.2010. NBS súbežne začala voči Družstvu konanie o uložení sankcie podľa § 144 ods.4 zákona č.566/2001 Z.z. za porušenie ustanovenia §129 ods.3 v spojení s ustanovením §128 ods.1 písm. b), c) a h) ZoCP a §125c ods.1 v spojení s §127ods.4 ZoCP, rozhodnutím ODT -10890-4/2010 z 30.05.2011, právoplatné 18.07.2011. Týmto rozhodnutím NBS Družstvu zakázala predaj majetkových hodnôt, avšak nezakázala Družstvu vykonávať inú činnosť, keďže NBS takéto kompetencie voči Družstvu ako podnikateľskému subjektu nemala. NBS na základe získaných poznatkov o činnosti Družstva, ako aj Obchodníka s CP, podala dňa 27.07.2010 orgánom činným v trestnom konaní oznámenie o podozrení zo spáchania trestného činu. Podľa uznesenia Prezídia Policajného zboru, Úradu boja proti korupcii, vyšetrovateľa odboru boja proti korupcii č. k. ČVS:PPZ-153/ BPK-B-2010 zo 16. 11. 2010, bolo dňa 10.08.2010 začaté trestné stíhanie podľa § 199 ods. 1 Trestného poriadku pre obzvlášť závažný zločin podvodu podľa § 221 ods. 1 a ods. 4 písm. a) Trestného zákona spolupáchateľstvom podľa § 20 Trestného zákona. Aplikujúc ust. čl. 2 ods. 2 Ústavy SR, § 1, § 3 ods. 1 písm. d), § 9 ods. 1, 2, ô 15 ods. 1, § 17 ods. 1 zák. č. 514/2003 Z.z. o zodpovednosti za škodu spôsobenú pri výkone verejnej moci v znení neskorších predpisov a § 127 ods. 2 a § 128 zák. č. 566/2001 Z.z. o cenných papieroch na vykonaným dokazovaním zistený skutkový stav veci, súd prvého stupňa dospel k záveru, že podanému návrhu nie je možné vyhovieť. Podľa prvostupňového súdu navrhovateľka v konaní nepreukázala nesprávny úradný postup NBS vo vzťahu k Družstvu, práve naopak, v konaní bolo preukázané, že NBS až od účinnosti zák. č. 566/2001 Z.z. od 01. 06. 2010 bola oprávnená dohliadať aj na skutočnosť, či vyhlasovateľ majetkových hodnôt- Družstvo dodržiava schválený prospekt investície. NBS preto nevykonávala a ani nemohla vykonávať dohľad nad celkovou činnosťou Družstva ako vyhlasovateľa verejnej ponuky majetkových hodnôt, nakoľko by konala v rozpore s čl. 2 ods. 2 Ústavy Slovenskej republiky a v rozpore s ust. zák. č. 566/1992 Zb., zák. č. 566/2001 a zák. č. 747/2004 Z.z. Zároveň prvostupňový súd vyslovil názor, že nárok na náhradu škody voči štátu môže byť úspešne uplatnený iba vtedy, ak poškodený nemôže dosiahnuť uspokojenie svojej pohľadávky voči dlžníkovi, ktorý je povinný plniť. Poukázal pritom na ustálenú súdnu judikatúru, rozhodnutia Najvyššieho súdu Slovenskej republiky sp. zn. 4Cz 110/84 (publikovaného Výbere rozhodnutí a stanovísk Najvyššieho súdu Slovenskej republiky pod č. 4/87), ktorá je s poukazom na závery rozsudku Najvyššieho súdu Slovenskej republiky z 31.05.2006, sp. zn. 4Cdo 199/2005, naďalej aplikovateľná a rozhodnutia Najvyššieho súdu Českej republiky, sp. zn. 25 Cdo 1404/2004, v zmysle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Z uznesenia Okresného súdu Bratislava I zo dňa 11. 04. 2011, sp. zn. 3K/95/2010 mal pritom súd za preukázané, že na majetok Družstva ako úpadcu bol vyhlásený konkurz a veritelia Družstva boli vyzvaný na prihlásenie si svojich pohľadávok voči Družstvu v zákonnej lehote. Navrhovateľka si síce svoju pohľadávku v konkurznom konaní prihlásila, avšak táto bola správcom konkurznej podstaty odmietnutá. Vzhľadom na uvedené považoval súd prvého stupňa žalobu za predčasne podanú. V tejto súvislosti tiež poukázal na to, že navrhovateľka ako bývalý člen družstva, ktorý sa stane v dôsledku družstvom nevyplatených finančných prostriedkov veriteľom družstva, si svoje nároky na náhradu škody môže uplatniť v zmysle ustanovenia §243a ods. 4 Obchodného zákonníka za splnenia podmienok vzniku škody voči členom predstavenstva družstva alebo členom kontrolnej komisie podľa ustanovenia §244 Obchodného zákonníka. Existencia pohľadávky navrhovateľky na náhradu škody voči vyššie uvedeným subjektom Družstva preto podľa súdu vylučuje možnosť, aby sa navrhovateľka domáhala náhrady škody voči štátu podľa zákona č. 514/2003 Z.z.. Navrhovateľka v konaní nepreukázala, že by bez svojej viny sa bezúspešne domáhala náhrady škody voči subjektom Družstva. V danom prípade za právne relevantný označil súd prvého stupňa prípadný nesprávny úradný postup, ktorého by sa mohla NBS dopustiť zanedbaním dohľadu len vo vzťahu k dohliadanému subjektu, ktorým je Družstvo. Len v priamej príčinnej súvislosti s takýmto nesprávnym úradným postupom by mohlo dôjsť k vzniku škody na strane navrhovateľky. Navrhovateľka poukázala, že škoda jej vznikla aj v príčinnej súvislosti so zanedbaním dohľadu zo strany NBS nad činnosťou Obchodníka s CP, pričom uviedol, že Družstvo poskytovalo finančné prostriedky potom, ako ich získalo od navrhovateľky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Podľa súdu v priamej príčinnej súvislosti s prípadným preukázaným nesprávnym úradným postupom nad dohliadaným subjektom - Obchodníkom s CP mohla vzniknúť škoda len na strane Družstva, čo je však subjekt odlišný od navrhovateľky. Z vyššie uvedených dôvodov je prípadný nesprávny úradný postup NBS vyplývajúci z dohľadu nad Obchodníkom s CP označil v danom prípade právne irelevantný, pretože na strane navrhovateľky nedošlo k vzniku škody v priamej príčinnej súvislosti s prípadným nesprávnym úradným postupom NBS spočívajúcom v zanedbaní dohľadu nad Obchodníkom s CP, preto sa súd takýmto prípadným nesprávnym úradným postupom ani nezaoberal. Prvostupňový súd uzavrel, že v konaní nebolo preukázané, že by odporca nesprávne úradne postupoval tým, že riadne nevykonával bankový dohľad na uvedenými subjektmi. Súd sa priklonil k názoru odporcu,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Odporca tiež preukázal,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Súd zároveň konštatoval, že štát nemôže priamo zasahovať do vlastnej činnosti Družstva a jeho majetkovoprávnych vzťahov, v ktorých má Družstvo autonómne postavenie. Vnútorné vzťahy Družstva sa spravovali v danom čase stanovami družstva a Obchodným zákonníkom. Navrhovateľka ako člen Družstva (podnikateľského subjektu) neinvestovala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Navrhovateľka nepreukázala, že počas členstva v Družstve realizovala svoje oprávnenia vyplývajúce z členstva tak, že by aktívne zasahovala do činnosti Družstva za účelom odvrátenia hroziacej škody pri zistení nedostatkov v činnosti štatutárnych zástupcov Družstva. Návrh na začatie prejudiciálneho konania pred súdnym dvorom Európskej únie súd prvého stupňa zamietol s odôvodnením, že verejná ponuka majetkových hodnôt nie je regulovaná smernicou EÚ 2003/71/ES- smernicou o prospekte, ktorý sa zverejňuje pri verejnej ponuke cenných papierov alebo ich prijatí na obchodovanie, a o zmene a doplnení smernice 2001/34/ES, na znenie ktorej sa odvolávala navrhovateľka vo svojom procesnom návrhu. Alternatívne investičné možnosti, medzi ktoré je možné zahrnúť aj činnosť vyhlasovateľov verejnej ponuky majetkových hodnôt, začala v rámci EÚ regulovať až smernica Európskeho parlamentu a Rady 2011/61/EÚ z 08. 06. 2011 o správcoch alternatívnych investičných fondov a o zmene a doplnení smerníc 2003/41/ES a 2009/65/ES a nariadením (ES) číslo 1060/2009, (EÚ) č. 1095/2010. Podľa prvostupňového súdu preto rozhodnutie Súdneho dvora EÚ o navrhovateľkou položených otázkach nie je nevyhnutné pre meritórne rozhodnutie veci. Návrh na začatie prejudiciálneho konania pred Súdnym dvorom EÚ podľa čl. 267 Zmluvy o fungovaní EÚ prvostupňový súd zamietol aj z dôvodu, že nie je súdom, proti rozhodnutiu ktorého nie je prípustný opravný prostriedok podľa vnútroštátneho práva. O trovách konania súd prvého stupňa rozhodol podľa § 142 ods. 1 O. s. p. a ich náhradu úspešnému odporcovi nepriznal, pretože si ich neuplatnil a v konaní mu ani žiadne trovy nevznikli. Proti výroku rozsudku, ktorým bol zamietnutý návrh vo veci samej, podala navrhovateľka v zákonnej lehote odvolanie, ktorým z odvolacích dôvodov uvedených v ust. § 205 ods. 2 písm. b), c), d) a f) O.s.p. žiadal prvostupňový rozsudok v napadnutej časti zmeniť tak, že súd odporcovi uloží povinnosť zaplatiť navrhovateľke náhradu škody v sume 20.386,04 Eur s príslušenstvom, do troch dní od právoplatnosti rozsudku, alternatívne napadnutý rozsudok zrušiť a vec vrátiť súdu prvého stupňa na ďalšie konanie. Prvostupňovému súdu vytkla, že pri rozhodovaní nezohľadnil skutočnosť,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poukázala na to, že sa spoliehal, že nedôjde ku škode na jeho úkor, pretože vychádzal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Postup odporcu označila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prvého stupňa, že neexistuje príčinná súvislosť medzi škodou a porušením zákonných povinností Národnou bankou Slovenska, spočívajúcom v nesprávnom výkone dohľadu, ktorým bol porušený zák. č. 566/2001 Z.z..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porušujúci subjekt donútiť k dodržiavaniu zákona. V ďalšom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navrhovateľky. Poukázal na skutočnosť, že v konaní vedenom na Okresnom súde Bratislava I pod sp. zn. 7C/206/2011 bolo výpoveďou svedka Ing. Zdenka Juricu, Csc.,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Odvolateľka poukázala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Navrhovateľka tiež poukázala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Navrhovateľka v odvolaní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Uviedol,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navrhovateľka doposiaľ nemala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O.s.p., a to s poukazom na uznesenie Najvyššieho súdu Slovenskej republiky zo dňa 31. januára 2012, sp. zn. 6 MCdo 11/2010. Odporca sa k odvolaniu vyjadril v podaní doručenom súdu dňa 26. 09. 2014, ktorým žiadal rozsudok súdu prvého stupňa v napadnutej časti ako vecne správny potvrdiť. Uviedol, že prvostupňový v prejednávanej veci vykonal rozsiahle dokazovanie za účelom spoľahlivého zistenia skutkového stavu (navrhnuté navrhovateľkou), riadne zabezpečil dôkazné listiny aj z iných súdnych konaní v skutkovo a právne identických veciach a zároveň mal k dispozícii všetky pre vec podstatné a rozhodujúce písomné listinné dôkazy.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Odporca vo svojom vyjadrení uviedol, že navrhovateľka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s tým,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Podľa neho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navrhovateľky a jej výška voči Družstvu sa bude zisťovať v rámci incidenčných súdnych konaní, pokiaľ ich správca konkurznej podstaty Družstva neuzná skôr a až následne, ak pohľadávka navrhovateľky voči Družstvu nebude uspokojená v rámci konkurzu, môže navrhovateľke vzniknúť škoda.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navrhovateľkou podané dôvodne. V prejednávanej veci súd prvého stupňa na základe dokazovania vykonaného v rozsahu potrebnom na zistenie rozhodujúcich skutočností (§ 120 ods. 1 O.s.p.) správne ustálil, že navrhovateľka v konaní nepreukázala nesprávny úradný postup zo strany Národnej banky Slovenska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Navrhovateľka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navrhovateľka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 Ak si toho navrhovateľka vedomá nebol, nemožno to pričítať na ťarchu Národnej banky Slovenska v zmysle zásady vigilantibus iura non excusat (neznalosť zákona neospravedlňuje). To isté platí aj pokiaľ ide o argumentáciu navrhovateľky, podľa ktorej o rozsahu dohľadu NBS nad činnosťou Družstva nemal vedomosť. Nemožno sa stotožniť ani s námietkou navrhovateľky o povinnosti Národnej banky Slovenska v oblasti skúmania rizikovosti portfólia Družstva ,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Odhliadnuc aj od aktívneho prístupu Národnej banky Slovenska k obchodníkovi s cennými papiermi, preukázaného jej rozhodnutím zo dňa 8. januára 2008, č. OPK - 9750/3/2007, ktorým uložila obchodníkovi s cennými papiermi pokutu vo výške 16.596,96 euro, kedy po zrušení a vrátení veci na ďalšie konanie Bankovou radou Národnej banky Slovenska,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sa nepovažuje za dôvodnú ani námietku navrhovateľky o nedostatočných opatreniach Národnej banky Slovenska na nápravu protiprávneho stavu po zistení závažných pochybení obchodníka s cennými papiermi pri činnosti voči Družstvu. V tejto súvislosti odvolací súd poznamenáva, že navrhovateľka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Najvyššieho súdu ČR sp. zn. 29 Cdo 4968/2009, na ktorý v odvolaní poukazovala navrhovateľka,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navrhovateľky na pojednávaní nevykonal dokazovanie listinnými dôkazmi predpísaným spôsobom. Z obsahu zápisnice z pojednávania konaného dňa 17. júna 2014 totiž vyplýva, že konajúci súd po otvorení pojednávania riadne oboznámil účastníkov konania s dovtedy vykonaným dokazovaním a obsahom spisu (§ 119 ods. 2 O.s.p.). Vzhľadom na vyššie uvedené odvolací súd rozsudok súdu prvého stupňa v napadnutej časti ako vecne správny podľa § 219 ods. 1, 2 O.s.p. potvrdil. O trovách odvolacieho konania rozhodol súd podľa § 224 ods. 1 O.s.p., § 142 ods. 1 v spojení s § 151 ods. 1 O.s.p., a v odvolacom konaní úspešnému odporcovi náhradu trov odvolacieho konania nepriznal, nakoľko si ich neuplatnil. Uznesením zo dňa 17. septembra 2014, č. k. 15C/192/2011-227 súd prvého stupňa uložil navrhovateľke povinnosť zaplatiť v lehote 15 dní od doručenia uznesenia súdny poplatok za podané odvolanie v sume 20 Eur, podľa pol. 7a Sadzobníka súdnych poplatkov. Navrhovateľka v zákonnej lehote napadla uvedené uznesenie odvolaním, ktorým žiadala, aby odvolací súd z dôvodu nesprávneho právneho posúdenia predmetné uznesenie zrušil a konanie o vyrubenie súdneho poplatku zastavil. S odkazom na ust. § 4 ods. 1 písm. k) zák. o súdnych poplatkoch v znení účinnom do 01. 10. 2012 a ust. § 18ca zák. o súdnych poplatkoch v znení účinnom od 01. 10. 2012 navrhovateľka uviedla, že predmetné konanie o náhradu škody spôsobenej nesprávnym úradným postupom orgánu verejnej moci sa začalo pred 01. októbrom 2012, a preto sa naň vzťahuje vecné oslobodenie od súdnych poplatkov týkajúce sa všetkých položiek Sadzobníka súdnych poplatkov. V odvolaní poukázala aj na rozhodnutie Krajského súdu v Bratislave v skutkovo a právne totožnej veci sp. zn. 4Co/128/2014. Odvolací súd viazaný rozsahom a dôvodmi podaného odvolania vec prejednal podľa § 212 ods. 1, § 214 ods. 2 O.s.p. bez nariadenia pojednávania a po preskúmaní veci dospel k záveru, že ani odvolanie navrhovateľky voči uzneseniu, ktorým jej bola uložená poplatková povinnosť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a 2 veta prvá a druhá zák. č. 71/1992 Zb. sadzba poplatku je uvedená v sadzobníku percentom zo základu poplatku alebo pevnou sumou.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znení účinnom od 01. 01. 2014 do 31. 08. 2014 uložil navrhovateľke poplatkovú povinnosť vo výške 20 Eur za odvolanie podané voči meritórnemu rozhodnutiu dňa 24. 07. 2014. Uvedený záver vyplýva zo skutočnosti, že v čase podania odvolania, ktorý je rozhodným pre vznik poplatkovej povinnosti podľa § 5 ods. 1 písm. a) zák. o súdnych poplatkoch, bola zákonom stanovená poplatková povinnosť aj v prípade konania o náhradu škody spôsobenej nesprávnym úradným postupom orgánu verejnej moci (do 30. 09. 2012 vecne oslobodeného od súdnych poplatkov), a to položkou 7a Sadzobníka súdnych poplatkov, podľa ktorej sa súdny poplatok zo žaloby iniciujúcej takéto konanie platí vo výške 20 Eur. Podľa § 6 ods. 2 veta druhá zák. o súdnych poplatok sa preto v rovnakej výške platí aj súdny poplatok za odvolanie proti meritórnemu rozhodnutiu v konaní o náhradu škody spôsobenej nesprávnym úradným postupom verejnej moci. Na uvedenom závere nič nemení ani prechodné ust. § 18ca zák. o súdnych poplatkoch, na ktoré poukazovala navrhovateľka, nakoľko odvolanie ako poplatkový úkon za odvolacie konanie bolo navrhovateľkou podané dňa 24. 07. 2014, t. j. nejednalo sa ani o úkon, ani o konanie začaté do 30. 09. 2012. Záverom odvolací súd uvádza, že rozhodnutím iného odvolacieho senátu v obdobnej veci nie je konajúci súd viazaný. S poukazom na vyššie uvedené odvolací súd potvrdil ako vecne správne podľa § 219 ods. 1 O.s.p. aj uznesenie, ktorým bola navrhovateľke uložená poplatková povinnosť za odvolanie voči meritórnemu rozhodnutiu. Poučenie: Tento rozsudok nemožno napadnúť odvolaním.</w:t>
      </w:r>
    </w:p>
    <w:p/>
    <w:p>
      <w:r>
        <w:t>Zdroj: KAUZIS.SK – https://www.kauzis.sk/judikatura/r/ECLI:SK:KSBA:2014:1111244572.1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