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6Co/148/2014 z 27. 4. 2014</w:t>
      </w:r>
    </w:p>
    <w:p>
      <w:r>
        <w:t>Rozsudok Krajského súdu Bratislava z 27. apríla 2014, sp. zn. 6Co/148/2014, ECLI:SK:KSBA:2014:1111244596.1</w:t>
      </w:r>
    </w:p>
    <w:p>
      <w:r>
        <w:t>Súd: Krajský súd Bratislava</w:t>
      </w:r>
    </w:p>
    <w:p>
      <w:r>
        <w:t>Spisová značka: 6Co/148/2014</w:t>
      </w:r>
    </w:p>
    <w:p>
      <w:r>
        <w:t>ECLI: ECLI:SK:KSBA:2014:1111244596.1</w:t>
      </w:r>
    </w:p>
    <w:p>
      <w:r>
        <w:t>Dátum vydania: 27. 4. 2014</w:t>
      </w:r>
    </w:p>
    <w:p>
      <w:r>
        <w:t>Forma: Rozsudok</w:t>
      </w:r>
    </w:p>
    <w:p>
      <w:r>
        <w:t>Oblasť práva: Občianske právo</w:t>
      </w:r>
    </w:p>
    <w:p>
      <w:pPr>
        <w:pStyle w:val="Heading2"/>
      </w:pPr>
      <w:r>
        <w:t>Text rozhodnutia</w:t>
      </w:r>
    </w:p>
    <w:p>
      <w:r>
        <w:t>Súd: Krajský súd Bratislava Spisová značka: 6Co/148/2014 Identifikačné číslo súdneho spisu: 1111244596 Dátum vydania rozhodnutia: 28. 04. 2014 Meno a priezvisko sudcu, VSÚ: JUDr. Darina Kuchtová ECLI: ECLI:SK:KSBA:2014:1111244596.1 ROZSUDOK V MENE SLOVENSKEJ REPUBLIKY Krajský súd v Bratislave v senáte zloženom z predsedu senátu JUDr. Dariny Kuchtovej a členov senátu JUDr. Martina Murgaša a JUDr. Branislava Krála, v právnej veci žalobcu: G.. U.. O. H., A.. XX.XX.XXXX, W. U. X, XXX XX W., zast. advokátskou kanceláriou FUTEJ &amp; Partners s.r.o., Radlinského ul. č. 2, Bratislava, proti žalovanej: Slovenská republika, zast. Národnou bankou Slovenska, ul. Imricha Karvaša č. 1, Bratislava, o zaplatenie 3.483,93 eur s prísl., na odvolanie žalobcu proti rozsudku Okresného súdu Bratislava I zo 14. novembra 2013 č. k. 16C 194/2011-138, pomerom hlasov 3:0, takto r o z h o d o l : Napadnutý rozsudok súdu prvého stupňa sa p o t v r d z u j e. Žalovanej sa nepriznáva náhrada trov odvolacieho konania. o d ô v o d n e n i e : Napadnutým rozsudkom súd prvého stupňa zamietol žalobu, ktorou sa žalobca proti žalovanej domáhal zaplatenia sumy 3.483,93 eur z titulu náhrady škody spôsobenej nesprávnym úradným postupom žalovanej pri vykonávaní bankového dohľadu nad činnosťou PODIELOVÉHO DRUŽSTVA SLOVENSKÉ INVESTÍCIE (ďalej len „PDSI“, „družstvo“) a obchodníka s cennými papiermi (ďalej len „obchodník s CP“). Súd prvého stupňa napadnutým rozsudkom aj rozhodol, že nepožiada Súdny dvor Európskej únie o rozhodnutie o predbežnej otázke podľa článku 267 Zmluvy o fungovaní EÚ a zároveň zamietol návrh žalobcu na prerušenie konania podľa §109 ods. 1 písm. c) OSP. Žalovanej nepriznal náhradu trov konania. Súd prvého stupňa vykonaným dokazovaním zistil, že Úrad pre finančný trh (ďalej len "úrad") rozhodnutím zo dňa 21. 3. 2002 schválil Družstvu Prospekt investície, pri ktorom Družstvo požiadalo návrhom na začatie konania doručeným úradu dňa 16. 4. 2003 o schválenie jeho dodatku. Úrad Družstvo v upozornení z 13. 5. 2003 oboznámil o splnení podmienok pre schválenie tohto dodatku podľa § 127 ods. 4 v spojení s § 122 ods. 7 zákona č. 566/2001 Z.z. Prílohou žiadosti Družstva bola aj zápisnica z riadnej členskej schôdze Družstva zo dňa 9. 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ročne. Rozhodnutím z 8. 1. 2008, č. E. - XXXX/X/XXXX A. na základe kontroly vykonanej v roku 2007 uložila obchodníkovi s cennými papiermi pokutu vo výške 500.000,- Sk za porušenie v rozhodnutí špecifikovaných ustanovení zákona č. 566/2001 Z.z. Banková rada Národnej banky Slovenska v konaní o rozklade predmetné prvostupňové rozhodnutie rozhodnutím zo 7. 5. 2008, č. L.-XXX/XXXX, zrušila a vrátila vec na opätovné prejednanie a rozhodnutie. Následne NBS rozhodnutím zo dňa 20. 8. 2008, č. E.- XXXX-X/XXXX, uložila obchodníkovi s cennými papiermi opätovne pokutu, a to vo výške 300.000,- Sk za porušenie ustanovení § 54 ods. 2, § 73 ods. 1 písm. a), § 74 ods. 1, ods. 7 písm. b) zákona č. 566/2001 Z.z. Medzičasom Národná banka Slovenska rozhodnutím z 22. 4. 2008, č. E.-XXXX-X/XXXX-F. zmenila podľa § 59 ods. 4 zákona č. 566/2001 Z.z. obchodníkovi s cennými papiermi povolenie na poskytovanie investičných služieb udelené rozhodnutím zo dňa 22.04.2003 a povolila, okrem iného,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zo dňa 30.03.2010 Družstvo požiadalo listom z 15. 4. 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zo dňa 23.4. 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Národná banka Slovenska listom zo dňa 30. 4. 2010 a následne urgenciou zo dňa 30. 6. 2010 požiadala predsedu predstavenstva Družstva a aj Družstvo samotné o predloženie špecifikovanej písomnej informácie a dokumentácie k zmluve za účelom dohľadu na mieste. V súvislosti s oznámením Družstva z 10.05.2010 o tom, že ročná finančná správa Družstva za rok 2009 bola uverejnená na internetovej stránke, Národná banka Slovenska upozornila Družstvo listom zo dňa 14. 5. 2010, že ročná finančná správa za rok 2009 neobsahuje náležitosti podľa zákona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Národná banka Slovenska si listom z 01.06.2010 vyžiadala od Družstva bližšie špecifikované doklady, najmä uzavreté kúpne zmluvy, generálne splnomocnenia pre G.. D. Č., G.. N. U., I.. na zastupovanie Družstva, ako aj doklady o finančnom vysporiadaní podľa Zmluvy o kúpe cenných papierov zo dňa 5.10.2009. Národná banka Slovenska vydala dňa 12. 7. 2010 rozhodnutie o predbežnom opatrení, č. E.-XXXX/XXXX, ktorým podľa § 25 ods. 1 písm. a) zákona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 21.12.2010, č. E.-XXXX-X/XXXX, A. podľa § 144 ods. 1 písm. l) zák. č. 566/2001 Z.z. odobrala obchodníkovi s cennými papiermi povolenie na poskytovanie investičných služieb z dôvodov podľa § 156 ods. 2 písm. a), § 55 ods. 7,9, § 85 ods. 2 v spojení s § 84 ods. 1 písm. b), § 76 ods. 2 a § 77 ods. 7 zákona č. 566/2001 Z.z. Správnosť predmetného rozhodnutia potvrdila v konaní o rozklade Banková rada Národnej banky Slovenska rozhodnutím z 1. 3. 2011, Č.. L.-XXX/XXXX. Národná banka Slovenska rozhodnutím z 26.08.2010 č. E.-XXXX/X-X/XXXX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Národnej banky Slovenska rozhodnutím zo 07.12.2010 č. L.-XXXX/XXXX. Uvedeným rozhodnutiam predchádzala výzva NBS zo dňa 10. 5 .2010 na odstránenie nedostatkov žiadosti o schválenie Prospektu investície zo dňa 28. 4. 2010, ako aj doplnenia dodatku k Prospektu investície, pričom rozhodnutím z 10. 5. 2010 č. E.-XXXX/X-X/XXXX A. prerušila konanie podľa § 21 ods. 1 písm. a) zákona č. 747/2004 Z.z. o dohľade. V poradí ďalším rozhodnutím z 30. 5. 2011 č. E.-XXXXX-X/XXXX NBS zakázala Družstvu ako vyhlasovateľovi verejnej ponuky majetkových hodnôt predaj majetkových hodnôt podľa § 144 ods. 4 písm. c) zák. č. 566/2001 Z.z. z dôvodu porušenia ustanovenia § 129 ods. 3 v spojení s § 128 ods. 1 písm. b/, c/, h/ zákona č. 566/2001 Z.z. a § 125c ods. 1 v spojení s § 127 ods. 4 zákona č. 566/2001 Z.z.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18.07.2011. Národná banka Slovenska zistiac pri výkone dohľadu na diaľku niektoré skutočnosti nasvedčujúce tomu, že neznámym páchateľom bol spáchaný skutok, ktorý by mohol naplniť znaky skutkovej podstaty trestného činu, podala dňa 27.07.2010 trestné oznámenie. Listom z 26. 4. 2007 požiadala Národná banka Slovenska v zmysle § 35 ods. 1 zák. č. 747/2004 Z.z. v spojení s § 126 ods. 5 zák. č. 566/2001 Z.z.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20.08.2007 predložilo audítorskú správu a konsolidovanú účtovanú závierku za rok 2006. Družstvo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V rámci reakcie splnomocnený zástupca Družstva P.. D. M. v liste z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žalobkyňou na CD nosiči súd prvého stupňa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Družstva z 3. 3. 2009, ktorej predmetom bolo okrem iného i schválenie správy predstavenstva, ročnej účtovnej závierky za rok 2008, návrhu na rozdelenie zisku a výplaty podielov na zisku za rok 2008, 3/ zápisnica z rokovania náhradnej mimoriadnej členskej schôdze Družstva zo dňa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zo dňa 21.10.2009 Národná banka Slovenska listom zo dňa 27.10.2009 informovala Družstvo, že oznámenie spĺňa požiadavky podľa § 129 ods. 1 zákona č. 566/2001 Z.z.,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1,4 písm. a) Tr. zák. a trestného činu porušovania povinnosti pri správe cudzieho majetku podľa § 237 ods. 1,3, písm. b) Tr. zák. na Úrad boja proti korupcii Prezídia Policajného zboru, 7/ list zo dňa 27.07.2010,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8. 1. 2010 Družstvo vo vyjadrení z 19.03.2010 upozorňovalo obchodníka s cennými papiermi na závažný nesúlad skutočnej finančnej kondície portfólia, ktoré na základe zmluvy obchodník riadil a obhospodaroval, oproti prezentovaným výsledkom podľa vyúčtovania zo dňa 8. 1.2010. Listom z 12. 4. 2010 Družstvo vyzvalo obchodníka s cennými papiermi na predloženie správy o zhodnotení finančných prostriedkov za 4. štvrťrok 2009 a za 1. štvrťrok 2010 v súlade so zmluvou najneskôr do 16.04.2010. Listom zo 16.04.2010 Družstvo oznámilo obchodníkovi s cennými papiermi predbežnú stratu v sume 24 764 991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03.05.2010 a opätovne zo 17.05.2010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18.05.2010 Družstvo vyzvalo obchodníka s cennými papiermi na vrátenie neoprávnene vyplatenej odmeny vo výške 228 954 eur a na doplatenie rozdielu zhodnotenia portfólia za IV. kvartál 2009 a I. kvartál 2010, pretože portfólio Družstva nebolo zhodnotené na zmluvne stanovenú 8%- nú úroveň a bolo vo výraznej strate. Zo spisu Okresného súdu Bratislava I sp. zn. 19C 56/2011 súd prvého stupňa zistil, že ide o právnu vec žalobcu PODIELOVÉ DRUŽSTVO SLOVENSKÉ INVESTÍCIE proti žalovanej SR - Národná banka Slovenska a predmetom uvedeného konania je náhrada škody vo výške 63.163.426,03 eur s prísl., ktorá mala byť spôsobená nesprávnym úradným postupom NBS podľa § 9 zákona č. 514/2003 Z.z. Ten mal spočívať v tom, že a/ zistiac závažné nedostatky v činnosti obchodníka s cennými papiermi pri výkone dohľadu nad jeho činnosťou NBS neurobila riadne a včas úkony potrebné pre nápravu nedostatkov a ani na ich zamedzenie do budúcna, b/ NBS neurobila potrebné opatrenia na zabránenie vzniku škody na majetku Družstva, najmä ho neupozornila včas na riziká vyplývajúce z činnosti obchodníka s cennými papiermi, c/ NBS nezasiahla včas a účinne voči obchodníkovi s cennými papiermi na základe podnetu Družstva z 15.04.2010, ani nereagovala na jeho list z 26.04.2010, ktorým dalo podnet na vyhlásenie obchodníka s cennými papiermi za neschopného plniť svoje záväzky voči klientom, a tak spôsobila, že obchodník s cennými papiermi mohol pokračovať v protiprávnom konaní na ujmu Družstva a toto si nemohlo uplatniť nárok na náhradu za nedostupný klientsky majetok u garančného fondu investícií, a napokon d/ inými zbytočnými prieťahmi, resp. nečinnosťou, NBS spôsobila, že neprijala vhodné opatrenia (sankcie) na zabezpečenie, aby obchodník s cennými papiermi nemohol nakladať so svojim majetkom inak, než za účelom uspokojenia pohľadávky Družstva. Škoda, ktorej úhrady sa Družstvo domáhalo v sume 63 163 426, 03 eur predstavovala skutočnú škodu v sume 26 575. 807,88 eur a ušlý zisk v sume 36 587 618,15 eur, z toho skutočná škoda pozostávala 1/ zo sumy 19 649 001,52 eur, ktorú obchodník s cennými papiermi prijal od Družstva ako klienta a zodpovedala základnému imaniu Družstva, 2/ zo sumy 1 571 920,12 eur ako zhodnotenia 8% zo sumy 19 649 001,52 eur, 3/ zo sumy 4 958 228 eur ako peňažných prostriedkov zverených obchodníkovi s cennými papiermi za predané krátkodobé a dlhodobé zmenky a 4/ zo sumy 396 658,24 eur ako zhodnotenia 8% p.a. zo sumy 4 958 228 eur. Predmetné konanie nie je právoplatne skončené. Ďalej súd prvého stupňa v rámci zisťovania skutkového stavu zistil, že Okresný súd Bratislava I uznesením z 11.04.2011 č. k. 3K 95/2010, ktoré nadobudlo právoplatnosť dňa 05.05.2011, vyhlásil konkurz na majetok Družstva ako úpadcu a do funkcie správcu bol ustanovený P.. P. D.. Ten podal dňa 24.08.2011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vedeného pod sp. zn. 3K 95/2010 z 20.08.2013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Najväčšie nároky úpadcu predstavujú pritom tie uplatnené voči SR - Národnej banke Slovenska, voči poisťovni I. B., E. N. F. z iného členského štátu, voči členom predstavenstva úpadcu, voči SR - Garančnému fondu investícií, ako aj obchodníkovi s cennými papiermi. Okrem toho sú vedené i konania, ktorých cieľom je prinavrátenie majetkového vplyvu úpadcu nad majetkom, ktorý bol spolufinancovaný z prostriedkov úpadcu a ktorý bol v čase pred vyhlásením konkurzu zo sféry jeho vplyvu odstránený podozrivými právnymi úkonmi. Pokiaľ ide o vecnú a časovú špecifikáciu nesprávneho úradného postupu žalovanej, žalobca poukazoval na podanie - doplnenie žaloby z 11. 4. 2013. Uviedol, že sa stal majiteľom členského podielu v sume 3.883,93 eur. Žalobca požiadal o zníženie a zrušenie členského podielu žiadosťou zo dňa 20. 1. 2011. Na základe Dohody o znížení členského podielu zo dňa 20. 1. 2011 mu vznikol nárok na vyplatenie vyrovnacieho podielu vo výške 3.483,93 eur a Družstvo žalobcovi vystavilo vlastnú zmenku č. 2755 znejúcu na sumu 3.483,93 eur. Táto hodnota predstavuje zároveň i výšku škody uplatňovanú v konaní. Žalobca požiadal NBS o predbežné prerokovanie nároku na náhradu škody, jeho nárok však nebol ani čiastočne uspokojený. Žalobca ako veriteľ prihlásil svoju pohľadávku voči Družstvu do konkurzu prebiehajúceho na Okresnom súde Bratislava I pod sp. zn. 3K 95/2010 vo výške 3.483,93 eur, ktorú pohľadávku správca konkurznej podstaty poprel a žalobca podal na súd incidenčnú žalobu voči správcovi konkurznej podstaty; konanie je vedené pod sp. zn. 5Cbi 95/2011. Z tohto skutkového stavu súd prvého stupňa vyvodil záver, že žaloba nie je dôvodná. Súd 1. stupňa vec posúdil po právnej stránke s poukazom na § 3 ods. 1 písm. d), ods.2, § 9 ods. 1, §15 ods. 1, §17 ods. 1 zák. č. 514/2003 Z.z.. Podľa súdu prvého stupňa žalobca v konaní nepreukázal vznik škody ani nesprávny úradný postup NBS vo vzťahu k Družstvu. S poukazom na ustálenú judikatúru Najvyššieho súdu SR a ČR (rozhodnutia Najvyššieho súdu SR sp. zn. 4Cz 110/84, sp. zn. 4Cdo 199/2005, rozhodnutie Najvyššieho súdu ČR sp. zn. 25 Cdo 1404/2004) mal za to,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Vzhľadom na to súd prvého stupňa uzavrel, že žalobca sa ako bývalý člen Družstva, s ktorým bol v právnom vzťahu a z ktorého mu v prípade vystúpenia vzniklo právo na vyplatenie vyrovnacieho podielu, musí domáhať zaplatenia svojej pohľadávky voči Družstvu, keďže Družstvo je vo vzťahu k nemu v pozícii dlžníka/ povinného, resp. osoby, ktorá je povinná žalobcovi vydať získaný prospech v podobe vyrovnacieho podielu. Žalobca si síce uplatnil formou prihlášky v konkurze vyhlásenom na majetok Družstva pohľadávku voči Družstvu, avšak v čase rozhodovania súdu nepreukázal bezúspešnosť uplatňovania svojich práv voči Družstvu. Žalobca podľa súdu prvého stupňa nepreukázal ani nesprávny úradný postup žalovanej. Tento mal podľa neho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8. 2007 a v 3/ prijatí nedostatočných opatrení na nápravu protiprávneho stavu po zistení závažných pochybení obchodníka pri činnosti voči Družstvu. V tomto smere súd prvého stupňa poukázal na to, že dohľad NBS nad činnosťou Družstva ako vyhlasovateľa verejnej ponuky majetkových hodnôt bol regulovaný zákonom č. 566/2001 Z.z.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01.01.2009 i povinnosť aktualizácie Prospektu investície podľa § 125c ods. 1 v spojení s § 127 ods. 4 zák. č. 566/2001 Z.z. a od 01. 6. 2010 povinnosť dodržiavania Prospektu investície podľa § 129 ods. 3 zákona č. 566/2001 Z.z.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Národná banka Slovenska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Z.z.); Národná banka Slovenska totiž nemala právomoc vykonávať dohľad nad celkovou činnosťou Družstva. Družstvo až do 15.04.2010, kedy požiadalo o preskúmanie postupu obchodníka s cennými papiermi, nesignalizovalo Národnej banke Slovenska zhoršenie jeho finančnej situácie, príp. nedostatky v činnosti obchodníka s cennými papiermi. Pri výkone dohľadu na mieste samom v dňoch 20. 4. do 6. 5. 2010 Národná banka Slovenska zistila zmeny v údajoch v Prospekte investície, ktoré by mohli ovplyvniť hodnotenie majetkových hodnôt, s následkom neaktuálnosti Prospektu investície, nie však jeho neplatnosti (ako sa mylne domnievala žalobkyňa), pretože zo žiadnych ustanovení zák. č. 566/2001 Z.z. nevyplýva neplatnosť Prospektu investície pre neaktuálnosť jeho údajov (tá sa vzťahuje len na Prospekt cenných papierov podľa § 123 zákona č. 566/2001 Z.z). Národná banka Slovenska vyzvala Družstvo na predloženie žiadosti o schválenie dodatku Prospektu investície. Ako vyplýva z rozhodnutia NBS 26. 8. 2010 č. OPK-5664/1-5/2010, Družstvo predmetnú žiadosť Národnej banke Slovenska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súd prvého stupňa poukázal na to, že predmetom konania je nesprávny úradný postup žalovanej, a nie obchodníka s cennými papiermi; preto v priamej príčinnej súvislosti s ním mohla vzniknúť škoda len Družstvu a nie žalobcovi. Žalobca nebol v žiadnom záväzkovom ani inom vzťahu s obchodníkom s cennými papiermi. Účastníkom takého vzťahu vzniknutého na základe zmluvy o riadení portfólia bolo len Družstvo a z tohto právneho vzťahu vyplývali práva a povinnosti len jeho účastníkom. Dohľad Národnej banky Slovenska bol limitovaný zákonom č. 566/2001 Z.z. a vzhľadom na to sa informácie a podklady, ktoré mala NBS zisťovať v rámci predmetu dohľadu podľa § 135 ods. 2 a § 137 ods. 2 zák. č. 747/2004 Z.z.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Národná banka Slovenska na základe údajov o štruktúre majetku Družstva k 31. 12. 2005 a k 31. 12. 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Národná banka Slovenska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Národná banka Slovenska v danom období (po 24. 8. 2007) nemohla pristúpiť k uloženiu peňažnej sankcie, pozastaviť alebo zakázať predaj majetkových hodnôt za nedodržiavanie Prospektu investície podľa § 144 ods. 4 zákona č. 566/2001 Z.z., ktoré oprávnenia použila pri zistení neaktuálnosti Prospektu investície po 1. 6. 2010. Z listinných dôkazov, najmä jednotlivých rozhodnutí NBS o uložení pokút vo výške 500.000,-Sk, resp. vo výške 300.000,- Sk (rozhodnutie z 8. 1. 2008 č. E. XXXX/X/XXXX, resp. rozhodnutie z 20. 8. 2008 č. E.-XXXX-X/ XXXX) je zrejmé, že Národná banka Slovenska sledovala aj činnosť obchodníka s cennými papiermi, pričom nebolo jej povinnosťou informovať Družstvo o výsledných zisteniach. Zák. č. 747/2004 Z.z.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obchodníkom s cennými papiermi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žalobcu, ktorý sa ako člen Družstva mal aktívne a včas zaujímať o svoje práva a ich výkon voči Družstvu a jeho orgánom v zmysle zásady "práva patria bdelým" a zamedziť tak znehodnoteniu, príp. nevymožiteľnosti svojich majetkových a iných práv súvisiacich s Družstvom. Pokiaľ žalobca v konaní namietal, že na postup a povinnosti Družstva v súvislosti s Prospektom investícií sa vzťahuje smernica Európskeho parlamentu a Rady č. 2003/71/Es zo 4. 11. 2003 o prospekte, ktorý sa zverejňuje pri verejnej ponuke cenných papierov alebo ich prijatí na obchodovanie, a o zmene a doplnení smernice 2001/34/ES, súd prvého stupňa dal do pozornosti, že táto smernica bola transponovaná do zákona č. 566/2001 Z.z. (viď bod 7. zoznamu prebraných právne záväzných aktov EU) a týka sa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 5. 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žalobcom označená smernica Európskeho parlamentu a Rady č. 2003/71/Es zo dňa 4. 11. 2003, sa primárne aplikuje na prospekt zverejňovaný pri verejnej ponuke cenných papierov a ich prijatí na obchodovanie. Zároveň, pri smerniciach ako sekundárnych právnych aktov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 do zákona číslo 566/2001 Z.z. a týkala sa primárne oblasti právnej úpravy prospektu zverejňovanom pri verejnej ponuke cenných papierov, a nie pri verejnej ponuke majetkových hodnôt, a bola transponovaná v jej súlade, vo vzťahu k prejednávanej veci je irelevantné zaoberať sa otázkami uvedenými žalobcom v návrhu na začatie prejudiciálneho konania. Vzhľadom na to, súd rozhodol tak, že nepožiada súdny dvor Európskej únie o rozhodnutie o predbežnej otázke a návrh žalobcu zo dňa 15. 10. 2013 na prerušenie konania podľa § 109 ods. 1 písm. c) O.s.p. zamietol. O trovách konania súd prvého stupňa rozhodol podľa § 142 ods. 1 O.s.p. a ich náhradu úspešnej žalovanej nepriznal, pretože jej žiadne trovy nevznikli. Proti tomuto rozhodnutiu podal odvolanie žalobca. Navrhol, aby odvolací súd napadnutý rozsudok zmenil tak, že žalobe vyhovie, alebo aby ho zrušil a vec vrátil súdu prvého stupňa na ďalšie konanie. Žalobca namietol, že argument žalovanej, že NBS upozornila družstvo, že vykonávala dohľad nad činnosťou družstva ako vyhlasovateľa verejnej ponuky majetkových hodnôt podľa § 135 ods. 1 zák. č. 566/2001 Z.z., ale nevykonávala dohľad nad celkovou činnosťou družstva, je irelevantný, ak žalobca nemohol o takto zúženom dohľade orgánu dohľadu vedieť. Nie je podľa žalobcu správny záver súdu prvého stupňa o tom, že neexistuje príčinná súvislosť medzi škodou vzniknutou žalobcovi a porušením zákonných povinností žalovanou spočívajúcom v nesprávnom výkone dohľadu, ktorým bol porušený zákon č. 566/2001 Z.z. Ku škode žalobcu došlo v rámci porušenia zákonnej povinnosti žalovanej vykonávať zákonom stanovené povinnosti dohľadu a nie v dôsledku toho, že žalobca nebol „bdelý“. Súd svojím výkladom umožňuje, aby došlo aj v budúcnosti k porušeniu zákona na úkor občanov, ktorí ako vhodné a zákonom chránené zhodnotenie ich finančných prostriedkov zvolia ich investovanie v rámci subjektov dohliadaných žalovanou. Takýmto rozhodnutím sa kladie znamienko rovná sa medzi investovaním do nebankových subjektov a investovaním prostredníctvom subjektov dohliadaných žalovanou. Povinnosťou NBS podľa § 137 ods. 2 zákona o cenných papierov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NBS. Podľa § 135 ods. 2 zákona o cenných papierov mala žalovaná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vrátane rizík, ktoré mohli viesť k ohrozeniu záujmov dokonca klientov dohliadaných subjektov. V skutkovo a právne totožnom konaní vedenom pod sp. zn. 7 C 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 C 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G.. D.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vo svojej činnosti, pre svojich klientov a v rámci nich aj výslovne pre družstvo, porušil zákon o cenných papieroch vo viacerých podstatných ohľadoch. Ani po vydaní tohto rozhodnutia NBS, okrem udelenej bezvýznamnej pokuty vo výške 10 000 euro,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žalobcom vložených prostriedkov do družstva. NBS následne svojim postupom potvrdila tieto tvrdenia žalobcu o tom, že družstvo ako aj obchodník dlhodobo porušovali zákon o cenných papieroch, keď NBS obchodníkovi odňala licenciu na činnosť 4. 3. 2011 a družstvu zakázala činnosť až v roku 2011. Tolerovala tak porušovanie právnych predpisov minimálne od roku 2008 do roku 2011. V ďalšom žalobca poukazoval na to, že NBS rozhodnutím z 30. 5. 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 12. 2006, kedy došlo v sídle NBS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 Z uvedeného potom vyplynulo, že Družstvo svojim konaním porušovalo ust. § 129 ods. 3 v spojení s ust. § 128 ods. 1 písm. b/, c/ a h/ a ust. § 125c ods. 1 v spojení s ust. § 127 ods. 4 zákona o cenných papieroch od roku 31. 12. 2006, avšak NBS voči družstvu úradne zasiahla až v máji 2011, kedy mu vydaním rozhodnutia o zákaze činnosti konečne zakázala činnosť. Ohľadom predčasnosti žaloby žalobca uviedol, že existujúce konkurzné konanie samo osebe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žalobcu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Žalobca poukázal na to, že jeho pohľadávka bola správcom popretá a vedie proti správcovi incidenčné žaloby, t. j. v danom konkurze ani viac ako 2 roky od jeho vyhlásenia nemajú ani len zistené pohľadávky, pričom správca sa navyše opakovane vyjadril, že nepredpokladá uspokojenie veriteľov v konkurze družstva 100 % v rozsahu resp., že šance na uspokojenie pohľadávok sú minimálne. Žalobca napokon v odvolaní namietol, že zo zápisníc o pojednávaní pred prvostupňovým súdom vyplýva, že listinné dôkazy vyžiadané prvostupňovým súdom, resp. predložené účastníkmi konania v značnom počte a rozsahu, neboli riadne vykonané spôsobom ustanoveným v § 129 ods. 1 O.s.p.. V tejto súvislosti žalobca poukázal na rozhodnutie Najvyššieho súdu Slovenskej republiky sp. zn. 6 M Cdo 11/2010 z 31. januára 2012. Žalovaná vo vyjadrení k odvolaniu navrhla, aby odvolací súd napadnutý rozsudok ako vecne správny potvrdil. Odvolací súd, ktorý bol viazaný rozsahom a dôvodmi odvolania ( § 212 ods. 1 O.s.p. ), preskúmal napadnutý rozsudok, prejednal odvolanie bez nariadenia pojednávania a dospel k záveru, že odvolanie nie je dôvodné. Zák.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stotožňuje so záverom súdu prvého stupňa, že v konaní nebolo preukázané, že by žalovaná nesprávne úradne postupovala tým, že riadne nevykonávala bankový dohľad nad uvedenými subjektmi. V tejto súvislosti treba poukázať na to, že zákonom č. 129/2010 Z.z. účinným od 1. 6. 2010 bol novelizovaný zák. č. 566/2001 Z.z. tak, že § 129 zák. č. 566/2001 Z.z. bol doplnený odsekom 3, podľa ktorého boli povinnosti vyhlasovateľa verejnej ponuky majetkových hodnôt rozšírené o povinnosť dodržiavať schválený prospekt investícií. To znamená, že družstvo PDSI ako vyhlasovateľ verejnej ponuky majetkových hodnôt malo až od 1. 6. 2010 zákonom stanovenú povinnosť dodržiavať schválený Projekt investícií a až od tohto termínu teda mohla NBS dohliadať, či družstvo PDSI dodržiava schválený Projekt investícií. Do 1. 6. 2010 NBS takýto dohľad nemohla vykonávať vzhľadom na čl. 2 ods. 2 Ústavy SR, podľa ktorého štátne orgány môžu konať iba na základe ústavy, v jej medziach a rozsahu a spôsobom, ktorý ustanoví zákon. Povinnosť aktualizovať projekt investície podľa § 125c ods. 1 v spojení s § 127 ods. 4 zák. č. 566/2001 Z.z. bola stanovená vyhlasovateľovi verejnej ponuky majetkových hodnôt až od 1. 1. 2009 a to na základe novelizovaného ust. § 127 ods. 4 ( novela zákona č. 566/2001 Z.z. účinná od 1. 1. 2009 ). Za úplnosť a pravdivosť skutočností uvedených v Prospekte investície vždy zodpovedal štatutárny zástupca vyhlasovateľa verejnej ponuky majetkových hodnôt ( § 128 ods. 1 písm. h/ zák. č. 566/2001 Z.z. ). Rovnako za dodržiavanie Projektu investície družstva PDSI zodpovedal jeho štatutárny orgán, ktorým bolo predstavenstvo družstva. Zák. č. 566/2001 Z.z. neukladal vyhlasovateľom verejnej ponuky majetkových hodnôt a teda ani družstvu PDSI žiadne povinnosti v oblasti obmedzovania a rozloženia, resp. krytia rizík. Preto tieto neexistujúce povinnosti NBS ani nemohla kontrolovať. NBS mohla kontrolovať iba to, či družstvo PDSI plní informačné povinnosti v zmysle § 126 až 130 zák. č. 566/2001 Z.z. ( tieto ustanovenia boli zrušené ku dňu 22. 7. 2013 zákonom č. 206/2013 Z.z. ). NBS nevykonávala dohľad nad finančnými ukazovateľmi družstva PDSI, keďže takéto oprávnenie jej zo zák. č. 566/2001 Z.z. nevyplývalo. Správnosť finančných ukazovateľov družstva PDSI mohol potvrdiť iba audítor. Napokon odvolací súd poukazuje na to, že v rokoch 2010 - 2011 NBS vo vzťahu k družstvu vydala viaceré rozhodnutia, ktoré nesvedčia o tom, že by bola nečinná. O nečinnosti NBS rovnako nesvedčia ani ďalšie jej kroky z predchádzajúceho obdobia (viď zápis z prerokovania problémov a nezrovnalostí z 24. 8. 2007, rozhodnutie z 8. 1. 2008 č. OPK-9750/3/2007, ktorým bola spoločnosti Capital Invest, o.c.p., a. s. uložená pokuta 500 000 Sk, rozhodnutie z 20. 8. 2008 č. OPK-9750-5/2007, ktorým bola tej istej spoločnosti uložená pokuta 300 000 Sk ). Ak sa žalobca bráni tým, že investoval do družstva v dobrej viere, že jeho činnosť podlieha bankovému dohľadu zo strany žalovanej, treba vychádzať zo skutočností, ktoré tu boli v čase jeho vstupu do družstva. Zo zápisu z prerokovania problémov a nezrovnalostí v činnosti PDSI a jeho dcérskych spoločností zo dňa 24. 8. 2007 vyplynulo, že NBS ešte listom zo dňa 25. 4. 2007 si vyžiadala od týchto spoločností štruktúru majetku k 31. 12. 2005 a 31. 12. 2006. Následne v rámci svojej pôsobnosti na spoločnom stretnutí dňa 24. 8. 2007 upozornila zástupcov PDSI, že družstvo má z hľadiska rizikovosti portfólia nedostatočne rozložené portfólio, ktoré bolo tvorené len zmenkou jediného emitenta a to spoločnosti CI holding a.s., ktorý v tom čase akcionársky vlastnil obchodníka s CP a navrhla potrebné riešenia tejto situácie (okrem iných napr. vytvoriť portfólio jednotlivých družstiev nerizikovými dlhopismi, napríklad štátnymi dlhopismi vydanými Ministerstvom financií SR). Zástupcovia PDSI však uvedené závery a odporúčania NBS odmietli akceptovať. Zdôraznili, že vytýkané nedostatky žalovanou považujú len za odporúčanie a nie uloženie povinnosti družstvám týkajúcich sa ich investičnej stratégie. K požiadavke NBS týkajúcej sa nadobudnutia finančných nástrojov aj od iných subjektov ako subjektov nachádzajúcich sa v skupine CI holding a.s. zástupcovia PDSI uviedli, že tento postup považujú vzhľadom na nastavený a úspešne vykonávaný systém investovania za problematický. Zdôrazňovali, že z ekonomického hľadiska je pre družstvá výhodnejšie investovať peňažné prostriedky do spoločnosti v rámci skupiny CI holding a.s. Z toho je zrejmé, že NBS už začiatkom roka 2007 (vyžiadaním si a preverením štruktúry majetku PDSI), ale aj následne, a to v rozsahu oprávnení daných jej zákonom, vykonávala nad činnosťou PDSI riadny dohľad, keď včas upozornila jeho predstaviteľov na zistené nedostatky v jeho činnosti resp. na rizikovosť rozloženia portfólia družstva. Zástupcovia Družstva nielenže neprijali odporúčané opatrenia navrhnuté žalovanou, ale oneskorene ukončili aj zmluvu o riadení portfólia uzavretú medzi Družstvom a obchodníkom s CP, v dôsledku čoho majetok družstva ním spravovaný nebol družstvu odovzdaný. Odvolací súd má za to, že Družstvo za danej situácie (ak sa odmietlo riadiť odporúčaniami NBS) malo riadne informovať svojich členov o vytýkaných nedostatkoch v hospodárení a nemalo prijímať nové členské vklady od ďalších členov resp. malo existujúcich členov upozorniť na riziká vytýkané žalovanou a umožniť im v tom čase sa rozhodnúť o ďalšom zotrvaní v družstve. Ak tak napriek tomu nekonalo, a prijímalo aj ďalšie členské vklady a zároveň sa zaväzovalo vyplatiť aj budúce výnosy, tak nových ako aj existujúcich členov (vrátane žalobcu), uvádzalo do omylu, keďže už v tom čase mu muselo byť známe, že žalobcovi majetkový vklad vrátane výnosu nebude schopné v budúcnosti vyplatiť. Príčinou vzniku škody teda podľa názoru odvolacieho súdu nebol nedostatok bankového dohľadu, ale absencia prijatia potrebných opatrení zo strany predstaviteľov Družstva, ktorými by sa kontrolovala činnosť obchodníka s cennými papiermi, ako aj neprijatie opatrení predstaviteľmi družstva po tom, čo ich na nedostatky v hospodárení s majetkom družstva riadne informovala NBS na spoločnom stretnutí. K odvolacej námietke žalobcu týkajúcej sa procesného pochybenia súdu prvého stupňa, ktorý na pojednávaní nevykonal dokazovanie listinnými dôkazmi predpísaným spôsobom, odvolací súd uvádza, že podľa § 129 ods. 1 O.s.p. dôkaz listinou sa vykoná tak, že predseda senátu alebo samosudca na pojednávaní listinu alebo jej časť prečíta, alebo oznámi jej obsah. V prejednávanej veci z obsahu zápisníc z pojednávaní pred prvostupňovým súdom vyplýva, že účastníci boli súdom riadne oboznámení s obsahom založených listinných dôkazov. Sami účastníci na pojednávaní konanom dňa 14. 11. 2013 zhodne vyhlásili, že obsahy všetkých listinných dôkazov, ktoré sú založené v spise sú im známe, pričom súd čítaním oboznámil účastníkov konania o rozsahu založených listinných dôkazov v spise. Napokon súd prvého stupňa vykonal dokazovanie predpísaným spôsobom, keď na pojednávaní konanom dňa 14.11.2013 oboznámil prítomných účastníkov s obsahom všetkých relevantných listinných dôkazov, čo nepochybne vyplýva z obsahu zápisnice z pojednávania. Táto odvolacia námietka žalobcu teda neobstojí. Z uvedeného vyplýva, že rozsudok súdu prvého stupňa vecne správny a preto ho odvolací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nie je prípustné odvolanie.</w:t>
      </w:r>
    </w:p>
    <w:p/>
    <w:p>
      <w:r>
        <w:t>Zdroj: KAUZIS.SK – https://www.kauzis.sk/judikatura/r/ECLI:SK:KSBA:2014:1111244596.1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