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5Co/348/2014 z 15. 12. 2014</w:t>
      </w:r>
    </w:p>
    <w:p>
      <w:r>
        <w:t>Rozsudok Krajského súdu Bratislava z 15. decembra 2014, sp. zn. 5Co/348/2014, ECLI:SK:KSBA:2014:1111244656.1</w:t>
      </w:r>
    </w:p>
    <w:p>
      <w:r>
        <w:t>Súd: Krajský súd Bratislava</w:t>
      </w:r>
    </w:p>
    <w:p>
      <w:r>
        <w:t>Spisová značka: 5Co/348/2014</w:t>
      </w:r>
    </w:p>
    <w:p>
      <w:r>
        <w:t>ECLI: ECLI:SK:KSBA:2014:1111244656.1</w:t>
      </w:r>
    </w:p>
    <w:p>
      <w:r>
        <w:t>Dátum vydania: 15. 12. 2014</w:t>
      </w:r>
    </w:p>
    <w:p>
      <w:r>
        <w:t>Forma: Rozsudok</w:t>
      </w:r>
    </w:p>
    <w:p>
      <w:r>
        <w:t>Oblasť práva: Občianske právo</w:t>
      </w:r>
    </w:p>
    <w:p>
      <w:pPr>
        <w:pStyle w:val="Heading2"/>
      </w:pPr>
      <w:r>
        <w:t>Text rozhodnutia</w:t>
      </w:r>
    </w:p>
    <w:p>
      <w:r>
        <w:t>Súd: Krajský súd Bratislava Spisová značka: 5Co/348/2014 Identifikačné číslo súdneho spisu: 1111244656 Dátum vydania rozhodnutia: 16. 12. 2014 Meno a priezvisko sudcu, VSÚ: JUDr. Milan Chalupka ECLI: ECLI:SK:KSBA:2014:1111244656.1 ROZSUDOK V MENE SLOVENSKEJ REPUBLIKY Krajský súd v Bratislave v senáte zloženom z predsedu senátu JUDr. Milana Chalupku a členov senátu JUDr. Blanky Malichovej a JUDr. Juraja Považana, v právnej veci navrhovateľa: C. R., nar. XX. XX. XXXX, bytom L. XX, L., zast. advokátskou kanceláriou O. &amp; J. s.r.o., A.: XX 955 341, Radlinského č. 2, Bratislava, proti odporcovi: Slovenská republika zast. Národnou bankou Slovenska, Imricha Karvaša č. 1, Bratislava, o náhradu škody 2.462,18 Eur s príslušenstvom, na odvolania navrhovateľa proti rozsudku Okresného súdu Bratislava I zo dňa 18. februára 2014, č. k. 8C/195/2011-201, takto r o z h o d o l : Odvolací súd rozsudok súdu prvého stupňa v napadnutej časti p o t v r d z u j e . Odporcovi náhradu trov odvolacieho konania n e p r i z n á v a . o d ô v o d n e n i e : Napadnutým rozsudkom súd prvého stupňa zamietol žalobu, ktorou sa navrhovateľa voči odporcovi domáhal zaplatenia sumy 2.462,18 Eur príslušenstvom titulom náhrady škody spôsobenej nesprávnym úradným postupom odporcu pri vykonávaní bankového dohľadu nad činnosťou PODIELOVÉHO DRUŽSTVA SLOVENSKÉ INVESTÍCIE (ďalej len "PDSI") a obchodníka s cennými papiermi (ďalej len "obchodník s CP"). Súčasne uvedeným rozsudkom súd zamietol návrh navrhovateľa zo dňa 10. 01. 2014 na podanie prejudiciálnej otázky Súdnemu dvoru Európskej únie.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zo dňa 08. 01. 2008, č. OPK-9750/3/2007 NBS na základe kontroly vykonanej v roku 2007 uložila obchodníkovi s cennými papiermi pokutu vo výške 500.000,- Sk za porušenie v rozhodnutí špecifikovaných ustanovení zákona č. 566/2001 Z. z. Banková rada Národnej banky Slovenska v konaní o rozklade predmetné prvostupňové rozhodnutie rozhodnutím zo dňa 07. 05. 2008, č. GUV-841/2008, zrušila a vrátila vec na opätovné prejednanie a rozhodnutie. Následne NBS rozhodnutím zo dňa 20. 8. 2008, č. OPK-9750-5/2007, uložila obchodníkovi s cennými papiermi opätovne pokutu, a to vo výške 300.000,- Sk za porušenie ustanovení § 54 ods. 2, § 73 ods. 1 písm. a), § 74 ods. 1, ods. 7 písm. b) zákona č. 566/2001 Z. z. Medzičasom Národná banka Slovenska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obchodníka s cennými papiermi zo zmluvy o riadení portfólia z 30. 03. 2010 Družstvo požiadalo listom z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 04. 2010 požiadalo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Národná banka Slovenska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zo dňa 01. 06. 2010 vyžiadala od Družstva bližšie špecifikované doklady, najmä uzavreté kúpne zmluvy, generálne splnomocnenia pre Ing. Z. O., A.. B. E., CSc. na zastupovanie Družstva, ako aj doklady o finančnom vysporiadaní podľa Zmluvy o kúpe cenných papierov z 05. 10. 2009. NBS vydala dňa 12. 07. 2010 rozhodnutie o predbežnom opatrení, č. ODT-8305/2010, ktorým podľa § 25 ods. 1 písm. a) zák. č. 747/2004 Z. 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 12. 2010, č. ODT-8305-5/2010 NBS podľa § 144 ods. 1 písm. l) zák. č. 566/2001 Z. z. odobrala obchodníkovi s cennými papiermi povolenie na poskytovanie investičných služieb z dôvodov podľa § 156 ods. 2 písm. a), § 55 ods. 7, 9, § 85 ods. 2 v spojení s § 84 ods. 1 písm. b), § 76 ods. 2 a § 77 ods. 7 zák. č. 566/2001 Z. z. Správnosť predmetného rozhodnutia potvrdila v konaní o rozklade Banková rada Národnej banky Slovenska rozhodnutím z 01. 03. 2011, č. GUV-274/2011. Národná banka Slovenska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07. 12. 2010, č. GUV-1744/2010. Uvedeným rozhodnutiam predchádzala výzva NBS zo dňa 10. 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 07. 2011. Národná banka Slovenska zistiac pri výkone dohľadu na diaľku niektoré skutočnosti nasvedčujúce tomu, že neznámym páchateľom bol spáchaný skutok, ktorý by mohol naplniť znaky skutkovej podstaty trestného činu, podala dňa 27. 07. 2010 trestné oznámenie. Listom z 26. 04. 2007 požiadala Národná banka Slovenska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Mgr. Leonard Holbling,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NBS, že od 01. 01. 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Družstva z 03. 03. 2009, ktorej predmetom bolo okrem iného i schválenie správy predstavenstva, ročnej účtovnej závierky za rok 2008, návrhu na rozdelenie zisku a výplaty podielov na zisku za rok 2008, 3) zápisnica z rokovania náhradnej mimoriadnej členskej schôdze Družstva zo dňa 23. 10. 2009, na ktorej táto schválila návrh na úpravu investičnej stratégie a plán zhodnotenia a činnosti na rok 2010, 4) správa o finančnej situácii Družstva ku dňu 31. 12. 2009, 5) oznámenia o aktuálnej hodnote základných členských vkladov v príslušnom období, pričom v súvislosti s oznámením zo dňa 21. 10. 2009 Národná banka Slovenska listom zo dňa 27. 10. 2009 informovala Družstvo, že oznámenie spĺňa požiadavky podľa § 129 ods. 1 zákona č. 566/2001 Z. 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 zák. a trestného činu porušovania povinnosti pri správe cudzieho majetku podľa § 237 ods. 1, 3, písm. b) Tr. zák. na Úrad boja proti korupcii Prezídia Policajného zboru, 7) list z 27. 07. 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08. 01. 2010 Družstvo vo vyjadrení z 19. 03. 2010 upozorňovalo obchodníka s cennými papiermi na závažný nesúlad skutočnej finančnej kondície portfólia, ktoré na základe zmluvy obchodník riadil a obhospodaroval, oproti prezentovaným výsledkom podľa vyúčtovania zo dňa 08. 01. 2010. Listom z 12. 04. 2010 Družstvo vyzvalo obchodníka s cennými papiermi na predloženie správy o zhodnotení finančných prostriedkov za 4. štvrťrok 2009 a za 1. štvrťrok 2010, v súlade so zmluvou, najneskôr do 16. 04. 2010. Listom zo 16. 04. 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obchodníka s cennými papiermi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Mgr. H. Z..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Navrhovateľ uviedol, že ako člen Družstva žiadosťou zo dňa 20. 07. 2010 požiadal o zrušenie svojho členského podielu v Družstve, na základe čoho mu bolo Družstvom vydané potvrdenie o zániku členstva v družstve a o vzniku nároku na vyrovnávací podiel vo výške 2.462,18 Eur, ktorý mu doposiaľ nebol uhradený. Navrhovateľ si svoju pohľadávku voči družstvu spočívajúcu vo vyrovnávacom podiele prihlásil aj v konkurze vedenom na majetok Družstva, avšak táto bola správcom konkurznej podstaty v celom rozsahu popretá, a preto si navrhovateľ svoj nárok uplatňuje aj incidenčnou žalobou v konaní vedenom na Okresnom súde Bratislava I pod sp. zn. 4Cbi/101/2011, o ktorej doposiaľ nebolo právoplatne rozhodnuté. Následne navrhovateľ požiadal NBS o predbežné prerokovanie nároku na náhradu škody spôsobenej nesprávnym úradným postupom NBS vo výške nevyplateného členského podielu, avšak bezúspešne. Aplikujúc ust. § 3 ods. 1, 2, § 9 ods. 1, § 15 ods. 1 a § 17 ods. 1 zák. č. 514/2003 Z.z. o zodpovednosti za škodu spôsobenú pri výkone verejnej moci v znení neskorších predpisov na vykonaným dokazovaním zistený skutkový stav veci, súd prvého stupňa dospel k záveru , že navrhovateľ v konaní nepreukázal vznik škody a ani nesprávny úradný postup NBS vo vzťahu k Družstvu. Vychádzal pritom aj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nepreukázala bezúspešné domáhanie sa úhrady pohľadávky voči dlžníkovi, nie je daný zákonný predpoklad zodpovednosti štátu , či už podľa zák. č. 58/1969 Zb. alebo zák. č. 514/2003 Z.z., a tým ani predpoklad existencie škody (rozhodnutie NS SR sp. zn. 4Cz 110/84). Navrhovateľ sa preto podľa súdu prvého stupňa musí domáhať zaplatenia svojej pohľadávky voči Družstvu, ktoré je vo vzťahu k nemu v pozícii dlžníka/povinného, resp. osoby, ktorá je povinná navrhovateľovi vydať získaný prospech v podobe vyrovnacieho podielu. Navrhovateľ v čase rozhodovania súdu nepreukázal bezúspešnosť uplatňovania svojich práv voči Družstvu, pričom toho času nie je možné ustáliť majetok úpadcu - Družstva, s ktorým bola navrhovateľ v záväzkovom vzťahu, a z ktorého majetku by mala byť uspokojená jeho pohľadávka, uplatňovaná i v prebiehajúcom konaní, titulom náhrady škody za nesprávny úradný postup. Navrhovateľ zároveň nepodal ani žalobu proti členom predstavenstva družstva alebo kontrolnej komisie družstva v zmysle § 251 ods. 2, § 243 a ods. 4 a § 244 ods. 8 Obch. zákonníka. Primárne si pritom mal svoj nárok uplatňovať voči Družstvu, resp. voči členom predstavenstva a kontrolnej komisie Družstva, a až v prípade bezúspešnosti vymoženia predmetnej pohľadávky by do úvahy prichádzalo uplatňovanie náhrady škody voči štátu (v prípade preukázania zodpovednosti žalovanej za škodu). Z tohto dôvodu nemohol súd v rozhodnom čase ustáliť, či a najmä v akej výške vznikla navrhovateľovi škoda, a ktoré okolnosti sú rozhodné aj pre plynutie premlčacej doby na uplatnenie nároku na náhradu škody voči štátu. Návrh preto považoval súd prvého stupňa za predčasne podaný. K rozhodnutiu NS ČR sp. zn. 29Cdo 4968/2009, na ktoré poukazoval navrhovateľ, súd prvého stupňa uviedol, že jeho závery sú pre daný prípad neaplikovateľné, nakoľko konkurzné konanie v danej veci nie je ukončené a vzhľadom na jeho stav nemožno jednoznačne konštatovať vylúčenie možnosti uspokojenia pohľadávky navrhovateľ ako prípadného veriteľa v rozsahu, v akom sa v prebiehajúcom konaní domáha náhrady škody. Súd prvého stupňa nemal v konaní za preukázaný ani nesprávny úradný postup, ktorý mal podľa navrhovateľa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súd prvého stupňa poukázal na to, že dohľad NBS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04. 2010, kedy požiadalo o preskúmanie postupu obchodníka s cennými papiermi, nesignalizovalo Národnej banke Slovenska zhoršenie jeho finančnej situácie, príp. nedostatky v činnosti obchodníka s cennými papiermi. Pri výkone dohľadu na mieste samom od 20. 04. do 06. 05.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Národná banka Slovenska vyzvala Družstvo na predloženie žiadosti o schválenie dodatku Prospektu investície. Ako vyplýva z rozhodnutia NBS 26. 08. 2010, č. OPK-5664/1-5/2010, Družstvo predmetnú žiadosť Národnej banke Slovenska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08. 2007, súd prvého stupňa zdôraznil, že predmetom konania je nesprávny úradný postup NBS, a nie obchodníka s cennými papiermi; preto v priamej príčinnej súvislosti s ním mohla vzniknúť škoda len Družstvu a nie navrhovateľovi, ktorý nebola v žiadnom záväzkovom ani inom vzťahu s obchodníkom s cennými papiermi. Účastníkom takého vzťahu, vzniknutého na základe zmluvy o riadení portfólia, bolo len Družstvo a z tohto právneho vzťahu vyplývali práva a povinnosti len jeho účastníkom. Dohľad Národnej banky Slovenska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Národná banka Slovenska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NBS o uložení pokút vo výške 500.000,- Sk, resp. vo výške 300.000,- Sk (rozhodnutie z 08. 01. 2008 č. OPK 9750/3/2007, resp. rozhodnutie z 20. 8. 2008, č. OPK-9750-5/2007) je zrejmé, že Národná banka Slovenska sledovala aj činnosť obchodníka s cennými papiermi, pričom nebolo jej povinnosťou informovať Družstvo o výsledných zisteniach. Zák.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Prvostupňový súd zamietol návrh navrhovateľa na doplnenie dokazovania zabezpečením účtovníctva Družstva od roku 2002 do roku 2010 a výsluchom svedkov RNDr. J. O., A.. H. Y., A.. E. F. a A.. R. O., ktoré považoval za nadbytočné. Návrh na začatie prejudiciálneho konania pred súdnym dvorom Európskej únie súd prvého stupňa zamietol s odôvodnením, že nie je povinný predložiť prejudiciálnu otázku formulovanú žalobcom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V danom prípade tak nebolo potrebné skúmať naplnenie niektorej z výnimiek zbavujúcich súdny orgán povinnosti položiť prejudiciálnu otázku. Súdny dvor nerozhoduje o sporných skutkových otázkach konania pred národným súdom, ani o výklade alebo aplikácii vnútroštátneho práva. Súd prvého stupňa po posúdení návrhu navrhovateľa na predloženie ním navrhovaných prejudiciálnych otázok dospel k záveru, že tento nie je dôvodný, pretože odpoveď na uvedené otázky nemá bezprostredný súvis s prebiehajúcim konaním v tom zmysle, že by ho determinovala po právnej stránke. Súd prvého stupňa sa nestotožnil s názorom navrhovateľa,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a to v §1 26 a v § 120 zák. č. 566/2001 Z. z.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súd prvého stupňa rozhodol podľa § 142 ods. 1 O. s. p. a ich náhradu úspešnému odporcovi nepriznal, pretože si ich neuplatnil a v konaní mu ani žiadne trovy nevznikli. Proti výroku rozsudku, ktorým bol zamietnutý návrh na začatie konania, podal navrhovateľ v zákonnej lehote odvolanie, ktorým z odvolacích dôvodov uvedených v ust. § 205 ods. 2 písm. b), c), d) a f) O.s.p. žiadal prvostupňový rozsudok v napadnutej časti zmeniť tak, že súd odporcovi uloží povinnosť zaplatiť navrhovateľovi náhradu škody v sume 2.462,18 Eur s príslušenstvom, do troch dní od právoplatnosti rozsudku, alternatívne napadnutý rozsudok zrušiť a vec vrátiť súdu prvého stupňa na ďalšie konanie. Prvostupňovému súdu vytkol, že pri rozhodovaní nezohľadnil skutočnosť,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navrhovateľa. Poukázal na skutočnosť, že v konaní vedenom na Okresnom súde Bratislava I pod sp. zn. 7C/206/2011 bolo výpoveďou svedka Ing. B., Csc.,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Navrhovateľ v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Odporca sa k odvolaniu vyjadril v podaní doručenom súdu dňa 16. 05. 2014, ktorým žiadal rozsudok súdu prvého stupňa v napadnutej časti ako vecne správny potvrdiť. Uviedol, že prvostupňový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mohla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Národnej banky Slovenska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 vedomá nebola, nemožno to pričítať na ťarchu Národnej banky Slovenska v zmysle zásady vigilantibus iura non excusat (neznalosť zákona neospravedlňuje). To isté platí aj pokiaľ ide o argumentáciu navrhovateľs, podľa ktorej o rozsahu dohľadu NBS nad činnosťou Družstva nemala vedomosť. Nemožno sa stotožniť ani s námietkou navrhovateľa o povinnosti Národnej banky Slovenska v oblasti skúmania rizikovosti portfólia Družstva ,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vyhodnotila, ale musí vychádzať výlučne z toho, že nemožno prisúdiť Národnej banke Slovenska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Národnej banky Slovenska k obchodníkovi s cennými papiermi, preukázaného jej rozhodnutím zo dňa 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navrhovateľa o nedostatočných opatreniach Národnej banky Slovenska na nápravu protiprávneho stavu po zistení závažných pochybení obchodníka s cennými papiermi pri činnosti voči Družstvu. V tejto súvislosti odvolací súd poznamenáva, že navrhovateľ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Najvyššieho súdu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18. 02. 2014 totiž vyplýva, že konajúci súd po otvorení pojednávania riadne oboznámil účastníkov konania s dovtedy vykonaným dokazovaním a obsahom spisu (§ 119 ods. 2 O.s.p.). Vzhľadom na vyššie uvedené odvolací súd rozsudok súdu prvého stupňa v napadnutej časti ako vecne správny podľa § 219 ods. 1, 2 O.s.p. potvrdil. O trovách odvolacieho konania rozhodol súd podľa § 224 ods. 1 O.s.p., § 142 ods. 1 v spojení s § 151 ods. 1 O.s.p., a v odvolacom konaní úspešnému odporcovi náhradu trov odvolacieho konania nepriznal, nakoľko si ich neuplatnil. Poučenie: Tento rozsudok nemožno napadnúť odvolaním.</w:t>
      </w:r>
    </w:p>
    <w:p/>
    <w:p>
      <w:r>
        <w:t>Zdroj: KAUZIS.SK – https://www.kauzis.sk/judikatura/r/ECLI:SK:KSBA:2014:1111244656.1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