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2Co/409/2014 z 29. 7. 2014</w:t>
      </w:r>
    </w:p>
    <w:p>
      <w:r>
        <w:t>Rozsudok Krajského súdu Bratislava z 29. júla 2014, sp. zn. 2Co/409/2014, ECLI:SK:KSBA:2014:1111244752.1</w:t>
      </w:r>
    </w:p>
    <w:p>
      <w:r>
        <w:t>Súd: Krajský súd Bratislava</w:t>
      </w:r>
    </w:p>
    <w:p>
      <w:r>
        <w:t>Spisová značka: 2Co/409/2014</w:t>
      </w:r>
    </w:p>
    <w:p>
      <w:r>
        <w:t>ECLI: ECLI:SK:KSBA:2014:1111244752.1</w:t>
      </w:r>
    </w:p>
    <w:p>
      <w:r>
        <w:t>Dátum vydania: 29. 7. 2014</w:t>
      </w:r>
    </w:p>
    <w:p>
      <w:r>
        <w:t>Forma: Rozsudok</w:t>
      </w:r>
    </w:p>
    <w:p>
      <w:r>
        <w:t>Oblasť práva: Občianske právo</w:t>
      </w:r>
    </w:p>
    <w:p>
      <w:pPr>
        <w:pStyle w:val="Heading2"/>
      </w:pPr>
      <w:r>
        <w:t>Text rozhodnutia</w:t>
      </w:r>
    </w:p>
    <w:p>
      <w:r>
        <w:t>Súd: Krajský súd Bratislava Spisová značka: 2Co/409/2014 Identifikačné číslo súdneho spisu: 1111244752 Dátum vydania rozhodnutia: 30. 07. 2014 Meno a priezvisko sudcu, VSÚ: JUDr. Ayše Pružinec - Erenová ECLI: ECLI:SK:KSBA:2014:1111244752.1 ROZSUDOK V MENE SLOVENSKEJ REPUBLIKY Krajský súd v Bratislave v senáte v zložení: predsedníčka senátu JUDr. Ayše Pružinec Erenová a členovia senátu: JUDr. Mária Hajdínová a Mgr. Anna Križáková, v právnej veci navrhovateľa: J. Č., nar. XX. S. XXXX, bytom J. B.. Č.. X, D., zastúpený: FUTEJ &amp; Partners, s.r.o., Radlinského č. 2, Bratislava, IČO: 35 955 341, proti odporcovi: Slovenská republika, zastúpená Národnou bankou Slovenska, Imricha Karvaša č. 1, Bratislava, IČO: 30 844 789, o náhradu škody vo výške 11.198,35 eur s príslušenstvom, na odvolanie navrhovateľa proti rozsudku Okresného súdu Bratislava I zo dňa 22. januára 2014, č. k. 25C/203/2011 - 169, takto r o z h o d o l : Odvolací súd rozsudok súdu prvého stupňa v napadnutej časti p o t v r d z u j e . Odporcovi náhradu trov odvolacieho konania n e p r i z n á v a . o d ô v o d n e n i e : Súd prvého stupňa napadnutým rozsudkom zamietol návrh navrhovateľa, ktorým sa domáhal uložiť odporcovi povinnosť zaplatiť mu sumu 11.198,35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rozhodol, že nepožiada Súdny dvor Európskej únie o rozhodnutie o predbežnej otázke podľa článku 267 Zmluvy o fungovaní Európskej únie a zamietol návrh navrhovateľa na prerušenie konania. Svoje rozhodnutie v časti výroku, ktorým návrh na zaplatenie istiny 11. 198,35 eur s príslušenstvom zamietol, odôvodnil právne ust. § 3 ods. 1, 2, § 9 ods. 1 veta prvá a druhá veta pred bodkočiarkou, § 15 ods. 1, § 17 ods. 1 zák. č. 514/2003 Z. z. o zodpovednosti za škodu spôsobenú pri výkone verejnej moci a o zmene niektorých zákonov a vecne tým, že navrhovateľ v konaní vznik škody a nesprávny úradný postup odporcu, ako ani príčinnú súvislosť medzi škodou a nesprávnym úradným postupom nepreukázal. Poukázal na skutočnosť, že Úrad pre finančný trh rozhodnutím zo dňa 21. marca 2002 schválil PODIELOVÉMU DRUŽSTVU SLOVENSKÉ INVESTÍCIE (ďalej len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vo svojom rozhodnutí poukázal na skutočnosť, že Národná banka Slovenska rozhodnutím zo dňa 08. januára 2008, č. OPK-9750-3/2007, uložila obchodníkovi s cennými papiermi pokutu vo výške 500.000,-Sk za porušenie ust. § 54 ods. 2, § 73 ods. 1 písm. a), § 74 ods. 1, § 74 ods. 7 písm. b) zák. č. 566/2001 Z. z., rozhodnutím zo dňa 20. augusta 2008, č. OPK-9750-5/2007 uložila obchodníkovi s cennými papiermi opätovne pokutu vo výške 300.000,-Sk za porušenie ustanovení § 54 ods. 2, § 73 ods. 1 písm. a), § 74 ods. 1, § 74 ods. 7 písm. b) zákona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poukázal na skutočnosť, že Národná banka Slovenska rozhodnutím o predbežnom opatrení zo dňa 12. júla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čo potvrdila Banková rada Národnej banky Slovenska rozhodnutím zo dňa 7. decembra 2010, č. GUV-1744/2010; rozhodnutím zo dňa 30. mája 2011, č. ODT-10890-4/2010, právoplatným dňa 18. júla 2011, Národná banka Slovenska zakázala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Súd prvého stupňa mal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Súd prvého stupňa v dôvodoch svojho rozhodnutia poukázal na skutočnosť, že Okresný súd Bratislava I uznesením zo dňa 11. apríla 2011, č. k. 3K/95/2010-21, právoplatným dňa 5. mája 2011, vyhlásil konkurz na majetok Družstva ako úpadcu, do funkcie správcu ustanovil K.. K. Q. s tým, že mal vykonaným dokazovaním zároveň preukázané, že navrhovateľ sa stal členom Družstva dňa 13. júla 2007; jeho členstvo zaniklo dňa 10. decembra 2010, pričom mu vzniklo právo na vyplatenie vyrovnacieho podielu vo výške 11.198.35 eur, ktorá suma zodpovedala finančným prostriedkom vložených navrhovateľom do Družstva formou členského vkladu, bola prevedená do zmenky na videnie č. 2996 a túto pohľadávku prihlásil navrhovateľ voči Družstvu do konkurzu, v konaní vedenom na Okresnom súde Bratislava I pod sp. zn. 3K/95/2010, ktorá bola správcom konkurznej podstaty v celom rozsahu popretá, z dôvodu ktorého podal incidenčnú žalobu voči správcovi konkurznej podstaty v konaní vedenom na Okresnom súde Bratislava I pod sp. zn. 2Cbi/280/2011, ktoré doposiaľ nie je právoplatne skončené. Uviedol, že navrhovateľ požiadal Národnú banku Slovenska o predbežné prerokovanie nároku na náhradu škody, ktorú skutočnosť odporca nerozporoval, avšak s negatívnym výsledkom. Súd prvého stupňa v dôvodoch svojho rozhodnutia uviedol, že navrhovateľ v konaní nepreukázal existenciu predpokladov zodpovednosti odporcu za škodu podľa zákona č. 514/2003 Z. z., na vyvodenie ktorej je potrebné kumulatívne splnenie všetkých zákonom stanovených podmienok, ktorými sú 1/ existencia majetkovej ujmy vyjadriteľnej v peniazoch, 2/ nezákonné rozhodnutie alebo nesprávny úradný postup orgánu verejnej moci a 3/ príčinná súvislosť medzi škodou a nezákonným rozhodnutím alebo nesprávnym úradným postupom, pričom nepreukázanie čo i len jedného z týchto predpokladov má za následok zamietnutie celého návrhu. Poukázal na ustálenú judikatúru, podľa ktorej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Uviedol, že navrhovateľ sa ako bývalý člen Družstva, s ktorým bol v právnom vzťahu a z ktorého mu vzniklo právo na vyplatenie vyrovnacieho podielu, musí domáhať zaplatenia svojej pohľadávky voči Družstvu, ktoré je vo vzťahu k nemu v pozícii dlžníka, resp. osoby, ktorá je povinná navrhovateľovi vydať získaný prospech v podobe vyrovnacieho podielu s tým, že navrhovateľ si predmetnú pohľadávku voči Družstvu uplatnil v konkurze vyhlásenom na jeho majetok, avšak v čase rozhodovania súdu prvého stupňa nepreukázal bezúspešnosť uplatňovania svojich práv voči Družstvu z dôvodu, že oprávnenosť jeho nároku uplatneného v konkurznom konaní voči Družstvu, je predmetom konania vedeného na Okresnom súde Bratislava I pod sp. zn. 2Cbi/280/2011, ako i z dôvodu, že nie je možné ustáliť majetok Družstva, s ktorým bol navrhovateľ v záväzkovom vzťahu a z ktorého majetku by mala byť uspokojená jeho pohľadávka uplatňovaná i v prebiehajúcom konaní titulom náhrady škody za nesprávny úradný postup, a až v prípade bezúspešnosti vymoženia predmetnej pohľadávky, by do úvahy prichádzalo uplatňovania náhrady škody voči štátu a preto dospel k záveru, že navrhovateľ svoj nárok uplatnil predčasne.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k takým povinnostiam patrila od 1. januára 2009 i povinnosť aktualizácie Prospektu investície podľa ust. § 125c ods. 1 v spojení s ust. § 127 ods. 4 zák. č. 566/2001 Z. z. a od 1. júna 2010 povinnosť dodržiavania Prospektu investície podľa ust. § 129 ods. 3 zák. č. 566/2001 Z. z. s tým, že v prípade vzniku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Poukázal na skutočnosť, že Národná banka Slovenska nemala právomoc vykonávať dohľad nad celkovou činnosťou Družstva s tým, že Družstvo až do 15. apríla 2010 nesignalizovalo Národnej banke Slovenska zhoršenie jeho finančnej situácie, príp. nedostatky v činnosti obchodníka s cennými papiermi a až pri výkone dohľadu na mieste samom, od 20. apríla do 6. mája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Uviedol, že Národná banka Slovenska vyzvala Družstvo na predloženie žiadosti o schválenie dodatku Prospektu investície, ktorú síce predložilo, neobsahovala však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navrhovateľovi, ktorý nebol v žiadnom záväzkovom, ani inom vzťahu s obchodníkom s cennými papiermi a zmluvnou stranou Zmluvy o riadení portfólia bolo len Družstvo.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odporca sa nesprávneho úradného postupu, spočívajúcom v prijatí nedostatočných opatrení na nápravu protiprávneho stavu po zistení závažných pochybení obchodníka s cennými papiermi pri činnosti voči Družstvu nedopustil, z dôvodu absencie priamej príčinnej súvislosti s prípadnou škodou na strane navrhovateľa, keď z listinných dôkazov, najmä z rozhodnutí Národnej banky Slovenska o uložení pokút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a nemožno zanedbať ani povinnosti navrhovateľa, ktorý sa ako člen Družstva mal aktívne a včas zaujímať o svoje práva a ich výkon voči Družstvu a jeho orgánom a zamedziť tak znehodnocovaniu, príp. nevymožiteľnosti svojich majetkových a iných práv, súvisiacich s Družstvom. Rozhodnutie v časti výroku, ktorým zamietol návrh navrhovateľa na prerušenie konania podaný spolu s návrhom na začatie prejudiciálneho konania a rozhodol, že nepožiada Súdny dvor Európskej únie o rozhodnutie o predbežnej otázke, odôvodnil právne ust. § 109 ods. 1 písm. c) O. s. p., článkom 267 Zmluvy o fungovaní Európskej únie a vecne tým, že nie je povinný predložiť prejudiciálnu otázku formulovanú navrhovateľom Súdnemu dvoru Európskej únie, keďže súd rozhoduje ako súd prvého stupňa a navrhovateľ nežiadal o výklad platnosti aktu Európskej únie, pričom odpovede na navrhovateľom formulované prejudiciálne otázky, nie sú ani potrebné pre rozhodnutie vo veci, s poukazom na predmet konania, ktorým je nárok navrhovateľa na náhradu škody z titulu zodpovednosti štátu za tvrdený nesprávny úradný postup Národnej banky Slovenska, ktorý mal okrem iného spočívať aj v zanedbaní dohľadu Národnej banky Slovenska nad činnosťou Družstva ako vyhlasovateľa verejnej ponuky majetkových hodnôt, ktorá spadala pod úpravu zákona č. 566/2001 Z.z. Uviedol, že do tohto zákona bola transponovaná smernica Európskeho parlamentu a Rady č. 2003/71/ES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tzn. netýka sa oblasti právnej úpravy prospektu zverejňovanom pri verejnej ponuke majetkových hodnôt a preto považoval vo vzťahu k prejednávanej veci za irelevantné zaoberať sa navrhovateľom nastolenými otázkami. Rozhodnutie o trovách konania odôvodnil právne ust. § 142 ods. 1 O. s. p. a vecne plným úspechom odporcu v konaní, ktorému náhradu trov konania nepriznal, nakoľko si ich náhradu neuplatnil a v konaní mu ani žiadne nevznikli. Proti tomuto rozsudku v časti výroku, ktorým súd prvého stupňa návrh navrhovateľa na zaplatenie istiny 11.198,35 eur s príslušenstvom zamietol,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vyhovieť, resp. rozsudok súdu prvého stupňa v napadnutej časti zrušiť a vec vrátiť na ďalšie konanie. Zároveň žiadal priznať náhradu trov konania. Navrhovateľ namietol,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X.. U. S., P..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a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navrhovateľa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navrhovateľa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závisí od výsledku konkurzného konania Družstva a až následne, ak pohľadávky navrhovateľov voči Družstvu nebudú uspokojené v rámci konkurzu, môže navrhovateľom vzniknúť škoda, ktorá však nevzniká v okamihu splatnosti pohľadávky a ani v okamihu omeškania dlžníka, ale až okamihom, keď sa právo veriteľa na plnenie voči dlžníkovi stalo fakticky nevymáhateľným, pričom v danom prípade zodpovednosti štátu za škodu spôsobenú nesprávnym úradným postupom, s poukazom na dlhodobú judikatúru (napr. rozsudok Najvyššieho súdu Českej republiky sp. zn. 25Cdo/2601/2010) nevymáhateľnosť časti pohľadávky nastáva dňom, keď poškodený dostane plnenie na základe právoplatného rozvrhového uznesenia súdu. V tejto súvislosti poukázal aj na judikatúru Ústavného súdu Slovenskej republiky (II. ÚS 165/2012), z ktorej vyplýva, že kým má navrhovateľ pohľadávku na vydanie bezdôvodného obohatenia voči tomu, kto ho získal, resp. kým nepreukázal bezúspešné domáhanie sa vydania tohto obohatenia (ak táto bezúspešnosť nebola ním zavinená), nie je daný základný predpoklad zodpovednosti štátu za škodu v zmysle príslušných predpisov.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júla 2014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20. apríla 2010 v sume 11.198,35 eur, pričom na základe žiadosti navrhovateľa o zrušenie členského podielu v Družstve zo dňa 21. júla 2010 došlo k zrušeniu jeho členstva ku dňu 10. decembra 2010 a navrhovateľovi bola vystavená zmenka č. 2996 na sumu 11.198,35 eur, zodpovedajúcu hodnote jeho vyrovnacieho podielu.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návrhom podaným na súd prvého stupňa dňa 30. decembra 2011 domáhal uloženia povinnosti odporcovi zaplatiť mu škodu v sume 11.198,35 eur s 9,25 % úrokom z omeškania ročne od 19. apríla 2011 do zaplatenia, ktorá mu vznikla v príčinnej súvislosti s nesprávnym úradným postupom Národnej banky Slovenska, špecifikovanom v podanom návrhu na začatie konania a doplnenom v podaní doručenom súdu prvého stupňa dňa 20. novembra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s poukazom na skutočnosť, že nedostatočnosť opatrení prijatých Národnou bankou Slovenska, podľa názoru navrhovateľa, bez opory v zákone, podľa jeho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a nakoľko si navrhovateľ pohľadávku, ktorá je predmetom tohto sporu uplatnil v konkurznom konaní, škoda mu ešte nevznikla, a preto nemôže byť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navrhovateľa v podanom odvolaní, týkajúcej sa procesného pochybenia súdu prvého stupňa, ktorý na pojednávaní nevykonal dokazovanie listinnými dôkazmi predpísaným spôsobom, nakoľko z obsahu zápisnice o pojednávaní pred prvostupňovým súdom zo dňa 22. 01. 2014 vyplýva, že prvostupňový súd účastníkov riadne oboznámil s obsahom listinných dôkazov, a to nielen založených v spise, ale aj ostatných dôkazov, spoločných pre všetky konania a nachádzajúcich sa v spise vedenom na Okresnom súde Bratislava I pod sp. zn. 25C/181/2011 (č. l. 134-135 spisu).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https://www.kauzis.sk/judikatura/r/ECLI:SK:KSBA:2014:1111244752.1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