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6Co/75/2014 z 6. 4. 2014</w:t>
      </w:r>
    </w:p>
    <w:p>
      <w:r>
        <w:t>Rozsudok Krajského súdu Bratislava z 6. apríla 2014, sp. zn. 6Co/75/2014, ECLI:SK:KSBA:2014:1111244941.1</w:t>
      </w:r>
    </w:p>
    <w:p>
      <w:r>
        <w:t>Súd: Krajský súd Bratislava</w:t>
      </w:r>
    </w:p>
    <w:p>
      <w:r>
        <w:t>Spisová značka: 6Co/75/2014</w:t>
      </w:r>
    </w:p>
    <w:p>
      <w:r>
        <w:t>ECLI: ECLI:SK:KSBA:2014:1111244941.1</w:t>
      </w:r>
    </w:p>
    <w:p>
      <w:r>
        <w:t>Dátum vydania: 6. 4. 2014</w:t>
      </w:r>
    </w:p>
    <w:p>
      <w:r>
        <w:t>Forma: Rozsudok</w:t>
      </w:r>
    </w:p>
    <w:p>
      <w:r>
        <w:t>Oblasť práva: Občianske právo</w:t>
      </w:r>
    </w:p>
    <w:p>
      <w:pPr>
        <w:pStyle w:val="Heading2"/>
      </w:pPr>
      <w:r>
        <w:t>Text rozhodnutia</w:t>
      </w:r>
    </w:p>
    <w:p>
      <w:r>
        <w:t>Súd: Krajský súd Bratislava Spisová značka: 6Co/75/2014 Identifikačné číslo súdneho spisu: 1111244941 Dátum vydania rozhodnutia: 07. 04. 2014 Meno a priezvisko sudcu, VSÚ: JUDr. Martin Murgaš ECLI: ECLI:SK:KSBA:2014:1111244941.1 ROZSUDOK V MENE SLOVENSKEJ REPUBLIKY Krajský súd v Bratislave v senáte zloženom z predsedu senátu JUDr. Martina Murgaša a členov senátu JUDr. J. a JUDr. Branislava Krála, v právnej veci žalobkyne: K.. K. Š., D. C. D., Na H. Č.. XX, zast. advokátskou kanceláriou FUTEJ &amp; Partners s.r.o., Radlinského ul. č. 2, Bratislava, proti žalovanej: Slovenská republika, zast. Národnou bankou Slovenska, ul. Imricha Karvaša č. 1, Bratislava, o zaplatenie 2.375,76 eur s prísl., na odvolanie žalobkyne proti rozsudku Okresného súdu Bratislava I z 2. októbra 2013 č. k. 25C 216/2011-225 a proti uzneseniu tohto súdu z 3.januára 2014 č. k. 25C 216/2011-246, pomerom hlasov 3:0, takto r o z h o d o l : Napadnutý rozsudok súdu prvého stupňa sa p o t v r d z u j e. Napadnuté uznesenie súdu prvého stupňa sa p o t v r d z u j e. Žalovanej sa nepriznáva náhrada trov odvolacieho konania. o d ô v o d n e n i e : Napadnutým rozsudkom súd prvého stupňa zamietol žalobu, ktorou sa žalobkyňa proti žalovanej domáhala zaplatenia sumy 2.375,76 eur z titulu náhrady škody spôsobenej nesprávnym úradným postupom žalovanej pri vykonávaní bankového dohľadu nad činnosťou N. A. I. X. (ďalej len „PDSI“, „družstvo“) a obchodníka s cennými papiermi (ďalej len „obchodník s CP“). Súd prvého stupňa napadnutým rozsudkom zamietol aj návrh žalobkyne na prerušenie konania podľa §109 ods. 2 písm. c) OSP do právoplatného skončenia konania prebiehajúceho na Okresnom súde Bratislava I. pod sp. zn. 19C 56/2011. Žalovanej nepriznal náhradu trov konania. Súd prvého stupňa vykonaným dokazovaním zistil, že Úrad pre finančný trh (ďalej len "úrad") rozhodnutím zo dňa XX.X.XXXX schválil A. N. X., pri ktorom A. požiadalo návrhom na začatie konania doručeným úradu dňa 16.4.2003 o schválenie jeho dodatku. Úrad A. v upozornení z XX.X.XXXX oboznámil o splnení podmienok pre schválenie tohto dodatku podľa § 127 ods. 4 v spojení s § 122 ods. 7 zákona č. 566/2001 Z.z. Prílohou žiadosti A. bola aj zápisnica z riadnej členskej schôdze A. zo dňa X.X.XXXX, podľa ktorej mal úrad schválením N.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A.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A.. Dňa 02.06.2008 uzavrelo A. s obchodníkom s cennými papiermi U. V. W. N.,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 8. 1. 2008, č. V. - XXXX/X/XXXX R. na základe kontroly vykonanej v roku 2007 uložila obchodníkovi s cennými papiermi pokutu vo výške 500.000,- Sk za porušenie v rozhodnutí špecifikovaných ustanovení zákona č. 566/2001 Z.z. Banková rada Národnej banky Slovenska v konaní o rozklade predmetné prvostupňové rozhodnutie rozhodnutím zo 7. 5. 2008, č. Z.- XXX/XXXX, zrušila a vrátila vec na opätovné prejednanie a rozhodnutie. Následne NBS rozhodnutím zo dňa 20. 8. 2008, č. V.-XXXX-X/XXXX, uložila obchodníkovi s cennými papiermi opätovne pokutu, a to vo výške 300.000,- Sk za porušenie ustanovení § 54 ods. 2, § 73 ods. 1 písm. a), § 74 ods. 1, ods. 7 písm. b) zákona č. 566/2001 Z.z. Medzičasom Národná banka Slovenska rozhodnutím z 22.4.2008, č. V.- XXXX-X/XXXX-N. zmenila podľa § 59 ods. 4 zákona č. 566/2001 Z. z. obchodníkovi s cennými papiermi povolenie na poskytovanie investičných služieb udelené rozhodnutím zo dňa 22.04.2003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zo dňa 30.03.2010 Družstvo požiadalo listom z 15.4.2010 Národnú banku Slovenska o preskúmanie postupu obchodníka s cennými papiermi a o výkon dohľadu na mieste dôvodiac, že výpoveďou zmluvy sa A.I. dostalo do zložitej situácie, pretože obchodník s cennými papiermi zabezpečoval pre A. odbyt výrobkov, A.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A. poukázalo na rozsiahlu majetkovú škodu, ktorú mu mal obchodník s cennými papiermi spôsobiť pri plnení zmluvy a ktorá podľa predbežnej kalkulácie dosahovala sumu viac než 20 miliónov eur. Ďalším listom zo dňa 23. 4. 2010 žiadalo A. Národnú banku Slovenska o zjednanie nápravy v činnosti obchodníka s cennými papiermi, pretože tento si neplnil svoje základné povinnosti voči A. ako subjektu dohliadanému zo strany NBS spočívajúce v zabezpečení zhodnotenia finančných prostriedkov jemu zverených do správy. Národná banka Slovenska listom zo dňa 30. 4. 2010 a následne urgenciou zo dňa 30. 6. 2010 požiadala predsedu predstavenstva A. O. O. A. samotné o predloženie špecifikovanej písomnej informácie a dokumentácie k zmluve za účelom dohľadu na mieste. V súvislosti s oznámením A. z 10.05.2010 o tom, že ročná finančná správa A. za rok 2009 bola uverejnená na internetovej stránke, Národná banka Slovenska upozornila A. listom zo dňa 14.5. 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A. prepracovaná. Podľa správy audítora pre predstavenstvo A. z 30.07.2010 pre nedostatok informácií a pre nemožnosť otvoriť účtovníctvo Družstva za rok 2009 nemohol overiť, či hodnota finančných investícií uvedených v účtovnej závierke 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 01.06.2010 vyžiadala od A. bližšie špecifikované doklady, najmä uzavreté kúpne zmluvy, generálne splnomocnenia pre X.. Q. Č., X.. U. S., P.. na zastupovanie Družstva, ako aj doklady o finančnom vysporiadaní podľa Zmluvy o kúpe cenných papierov zo dňa 5. 10. 2009. Národná banka Slovenska vydala dňa 12. 7. 2010 rozhodnutie o predbežnom opatrení, č. V.- XXXX/XXXX,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 XX.XX.XXXX, č. V.-XXXX-X/XXXX, NBS podľa § 144 ods. 1 písm. l) zák. č. 566/2001 Z.z. odobrala obchodníkovi s cennými papiermi povolenie na poskytovanie investičných služieb z dôvodov podľa § 156 ods. 2 písm. a), § 55 ods. 7,9, § 85 ods. 2 v spojení s § 84 ods. 1 písm. b), § 76 ods. 2 a § 77 ods. 7 zákona č. 566/2001 Z.z. Správnosť predmetného rozhodnutia potvrdila v konaní o rozklade Banková rada Národnej banky Slovenska rozhodnutím z 1.3.2011, č. Z.-XXX/ XXXX. Národná banka Slovenska rozhodnutím z 26.08.2010 č. V.-XXXX/X-X/XXXX zastavila konanie začaté na žiadosť A. o schválenie dodatku k Prospektu investície z dôvodu, že i napriek poskytnutiu dodatočnej lehoty na odstránenie nedostatkov žiadosť neobsahovala náležitosti stanovené zákonom. Správnosť rozhodnutia potvrdila Banková rada Národnej banky Slovenska rozhodnutím zo 07.12.2010 č. Z.-XXXX/XXXX. Uvedeným rozhodnutiam predchádzala výzva NBS zo dňa 10. 5 .2010 na odstránenie nedostatkov žiadosti o schválenie Prospektu investície zo dňa 28. 4. 2010, ako aj doplnenia dodatku k Prospektu investície, pričom rozhodnutím z 10. 5. 2010 č. V.-XXXX/X-X/XXXX R. prerušila konanie podľa § 21 ods. 1 písm. a) zákona č. 747/2004 Z.z. o dohľade. V poradí ďalším rozhodnutím z 30.5.2011 č. V.-XXXXX-X/XXXX R. zakázala A. ako vyhlasovateľovi verejnej ponuky majetkových hodnôt predaj majetkových hodnôt podľa § 144 ods. 4 písm. c) zák. č. 566/2001 Z.z. z dôvodu porušenia ustanovenia § 129 ods. 3 v spojení s § 128 ods. 1 písm. b/, c/, h/ zákona č. 566/2001 Z.z. a § 125c ods. 1 v spojení s § 127 ods. 4 zákona č. 566/2001 Z.z. tým, že zmenou skutočností uvedených v Prospekte investície A. tento prospekt nedodržiavalo. NBS sa pritom dozvedela, že u A. nastali také zmeny, pre ktoré sa Prospekt investície stal neaktuálny a Družstvo neurobilo žiadne kroky k náprave a k tomu, aby stav A. uviedlo do súladu s údajmi v Prospekte investície. NBS oznámila na svojej webovej stránke obsah predmetného rozhodnutia, ktoré nadobudlo právoplatnosť dňa 18.07.2011. Národná banka Slovenska zistiac pri výkone dohľadu na diaľku niektoré skutočnosti nasvedčujúce tomu, že neznámym páchateľom bol spáchaný skutok, ktorý by mohol naplniť znaky skutkovej podstaty trestného činu, podala dňa 27.07.2010 trestné oznámenie . Listom z 26.4.2007 požiadala Národná banka Slovenska v zmysle § 35 ods. 1 zák. č. 747/2004 Z.z. v spojení s § 126 ods. 5 zák. č. 566/2001 Z.z. A. o predloženie a/ všeobecnej informácie o investičnej stratégii a štruktúre aktív Družstva a kto aktíva spravuje, b/ štruktúry majetku A. k 31.12.2005 a 31.12.2006 s rozčlenením na investičné nástroje, peňažné prostriedky na bankových účtoch, ostatné aktíva a štruktúry záväzkov 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20.08.2007 predložilo audítorskú správu a konsolidovanú účtovanú závierku za rok 2006. A.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A. zistila, že majetok vložený do investičných nástrojov A. je tvorený podielmi v družstvách E., J. O. A. a na 98,85% podielom zmenkami emitenta P. H., O.. I... Keďže v zmysle prijatej investičnej stratégie v Prospekte investície by angažovanosť voči jednému emitentovi nemala prekročiť 30% podielu na celkových aktívach vyhlasovateľa verejnej ponuky, a podiel emitenta P.X. H., O.. I.. na celkových aktívach predstavovala 91,45%, A. v tomto smere nedodržuje Prospekt investície. NBS preto považovala za vhodné, aby sa v aktívach A. nachádzali finančné nástroje aj iných subjektov, ako subjektov nachádzajúcich sa v skupine CI HOLDING, a.s. z dôvodu rozloženia investičného rizika. Za týmto účelom odporučila NBS zosúladiť štruktúru aktív A. podľa schváleného Prospektu investície najneskôr do 31.12.2007 a A. sa zaviazalo zaslať písomné stanovisko o spôsobe riešenia daného stavu do 15.10.2007. V rámci reakcie splnomocnený zástupca Družstva K.. Q. H. v liste z 10.10.2007 uviedol, že zo strany A. nedošlo k porušeniu zákona, ani Prospektu investície, pretože znenie Prospektu investície umožňovalo rozloženie finančných nástrojov v portfóliu aj tak, že sa v ňom budú nachádzať iba finančné nástroje jedného emitenta. V rámci systému fungovania A. zodpovedal daný stav dlhoročnej finančnej spolupráci medzi spoločnosťami CI HOLDING, a. s., jej dcérskymi spoločnosťami a družstvami a jeho narušenie by mohlo spôsobiť značné škody. Následne Družstvo listom z 29.1.2008 informovalo NBS, že od 1.1.2008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NBS na predloženie dokladov, a to kópií všetkých zápisníc z rokovania členských schôdzí A. za rok 2007, 2008 a 2009 spolu s vydaniami časopisu Podielnik za rovnaké obdobie, 2/ zápisnica z rokovania náhradnej členskej schôdze A. z 3.3. 2009, ktorej predmetom bolo okrem iného i schválenie správy predstavenstva, ročnej účtovnej závierky za rok 2008, návrhu na rozdelenie zisku a výplaty podielov na zisku za rok 2008, 3/ zápisnica z rokovania náhradnej mimoriadnej členskej schôdze 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Národná banka Slovenska listom zo dňa 27.10.2009 informovala A., že oznámenie spĺňa požiadavky podľa § 129 ods. 1 zákona č. 566/2001 Z.z., a keďže neobsahuje údaje uvedené v § 129 ods. 2 tohto zákona, nemá dôvod zakázať jeho zverejnenie, 6/ vyrozumenie KR PZ v Bratislave o odstúpení oznámenia na členov štatutárneho orgánu A. ohľadne podozrenia z naplnenia znakov skutkovej podstaty trestného činu sprenevery podľa § 213 ods. 1,4 písm. a) Tr. zák. a trestného činu porušovania povinnosti pri správe cudzieho majetku podľa § 237 ods. 1,3, písm. b) Tr. zák. na Úrad boja proti korupcii Prezídia Policajného zboru, 7/ list zo dňa 27.07.2010, ktorým A.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8.1.2010 A. vo vyjadrení z 19.03.2010 upozorňovalo obchodníka s cennými papiermi na závažný nesúlad skutočnej finančnej kondície portfólia, ktoré na základe zmluvy obchodník riadil a obhospodaroval, oproti prezentovaným výsledkom podľa vyúčtovania zo dňa 8.1.2010. Listom z 12.4.2010 A. vyzvalo obchodníka s cennými papiermi na predloženie správy o zhodnotení finančných prostriedkov za 4. štvrťrok 2009 a za 1. štvrťrok 2010 v súlade so zmluvou najneskôr do 16.04.2010. Listom zo 16.04.2010 Družstvo oznámilo obchodníkovi s cennými papiermi predbežnú stratu v sume 24 764 991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03.05.2010 a opätovne zo 17.05.2010 A.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18.05.2010 A. vyzvalo obchodníka s cennými papiermi na vrátenie neoprávnene vyplatenej odmeny vo výške 228 954 eur a na doplatenie rozdielu zhodnotenia portfólia za IV. kvartál 2009 a I. kvartál 2010, pretože portfólio A.I. nebolo zhodnotené na zmluvne stanovenú 8%- nú úroveň a bolo vo výraznej strate. Zo spisu Okresného súdu Bratislava I sp. zn. 19C 56/2011 súd prvého stupňa zistil, že ide o právnu vec žalobcu N. A. I. X. proti žalovanej SR - Národná banka Slovenska a predmetom uvedeného konania je náhrada škody vo výške 63.163.426,03 eur s prísl., ktorá mala byť spôsobená nesprávnym úradným postupom NBS podľa § 9 zákona č. 514/2003 Z.z. Ten mal spočívať v tom, že a/ zistiac závažné nedostatky v činnosti obchodníka s cennými papiermi pri výkone dohľadu nad jeho činnosťou NBS neurobila riadne a včas úkony potrebné pre nápravu nedostatkov a ani na ich zamedzenie do budúcna, b/ NBS neurobila potrebné opatrenia na zabránenie vzniku škody na majetku A., najmä ho neupozornila včas na riziká vyplývajúce z činnosti obchodníka s cennými papiermi, c/ NBS nezasiahla včas a účinne voči obchodníkovi s cennými papiermi na základe podnetu A. z 15.04.2010, ani nereagovala na jeho list z 26.04.2010, ktorým dalo podnet na vyhlásenie obchodníka s cennými papiermi za neschopného plniť svoje záväzky voči klientom, a tak spôsobila, že obchodník s cennými papiermi mohol pokračovať v protiprávnom konaní na ujmu A. a toto si nemohlo uplatniť nárok na náhradu za nedostupný klientsky majetok u garančného fondu investícií, a napokon d/ inými zbytočnými prieťahmi, resp. nečinnosťou, NBS spôsobila, že neprijala vhodné opatrenia (sankcie) na zabezpečenie, aby obchodník s cennými papiermi nemohol nakladať so svojim majetkom inak, než za účelom uspokojenia pohľadávky A.. Škoda, ktorej úhrady sa A. domáhalo v sume 63 163 426, 03 eur predstavovala skutočnú škodu v sume 26 575. 807,88 eur a ušlý zisk v sume 36 587 618,15 eur, z toho skutočná škoda pozostávala 1/ zo sumy 19 649 001,52 eur, ktorú obchodník s cennými papiermi prijal od A. ako klienta a zodpovedala základnému imaniu A., 2/ zo sumy 1 571 920,12 eur ako zhodnotenia 8% zo sumy 19 649 001,52 eur, 3/ zo sumy 4 958 228 eur ako peňažných prostriedkov zverených obchodníkovi s cennými papiermi za predané krátkodobé a dlhodobé zmenky a 4/ zo sumy 396 658,24 eur ako zhodnotenia 8% p.a. zo sumy 4 958 228 eur. Predmetné konanie nie je právoplatne skončené. Ďalej súd prvého stupňa v rámci zisťovania skutkového stavu zistil, že Okresný súd Bratislava I uznesením z 11.04.2011 č. k. 3K 95/2010, ktoré nadobudlo právoplatnosť dňa 05.05.2011, vyhlásil konkurz na majetok A. ako úpadcu a do funkcie správcu bol ustanovený K.. K. Q.. Ten podal dňa 24.08.2011 správu o priebehu konkurzu pre účely prvej schôdze veriteľov, v ktorej okrem iného k podnikateľskej činnosti A. v súvislosti so zmluvou o riadení portfólia uviedol, že nič nenasvedčuje tomu, že by sa obchody uskutočnili v súlade s touto zmluvou. Dôkazy potvrdzovali, že A. samo nakupovalo cenné papiere a investovalo do viacerých projektov, čím obchádzalo svojho obchodníka s cennými papiermi, ktorý potom nemôže niesť zodpovednosť, keďže on sám žiadne prostriedky neprijal a ani neuskutočňoval obchody na účet A.. A.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A. naozaj vložili, resp. že ich nárok vznikol iným nepochybným spôsobom. Vo vyjadrení k výzve Okresného súdu Bratislava I na predloženie správy o stave konkurzu vedeného pod sp. zn. 3K 95/2010 z 20.08.2013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Národnej banke Slovenska, voči poisťovni P. E.E., organizačná zložka poisťovne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Pokiaľ ide o vecnú a časovú špecifikáciu nesprávneho úradného postupu žalovanej, žalobkyňa poukazovala na podanie - doplnenie žaloby z 11. 4. 2013. Nevedela sa bližšie vyjadriť ku vzniku svojho členstva v A., ani ku vkladom finančných prostriedkov ňou uskutočnených do A.. Uviedla, že sa stala majiteľkou členského podielu v sume 2 375,76 eur, ktorá hodnota predstavuje zároveň i výšku škody uplatňovanú v konaní. Žalobkyňa požiadala o zrušenie členstva v A. žiadosťou zo dňa 3.6.2010, jej členstvo zaniklo dňa 3.12.2010 v zmysle § 231 ods. 2 Obch. zák.. Na základe Dohody o úprave niektorých práv a povinností 10.1.2011 A. žalobkyni vystavilo zmenku na videnie č. 4117 znejúcu na sumu 2 375,76 eur. Žalobkyňa požiadala NBS o predbežné prerokovanie nároku na náhradu škody listom 2112. 2011 a jej nárok nebol ani čiastočne uspokojený. Žalobkyňa ako veriteľ prihlásila svoju pohľadávku voči A. do konkurzu prebiehajúceho na Okresnom súde Bratislava I pod sp. zn. 3K 95/2010 vo výške 2 375,76 eur, ktorá pohľadávku správca konkurznej podstaty poprel a žalobkyňa podala na súd incidenčnú žalobu voči správcovi konkurznej podstaty; konanie je vedené pod sp. zn. 6Cbi 105/2011. Z tohto skutkového stavu súd prvého stupňa vyvodil záver, že žaloba nie je dôvodná. Súd 1. stupňa vec posúdil po právnej stránke s poukazom na § 3 ods. 1 písm. d), ods. 2, § 9 ods. 1, §15 ods. 1, §17 ods. 1 zák. č. 514/2003 Z.z.. Podľa súdu prvého stupňa žalobkyňa v konaní nepreukázala vznik škody ani nesprávny úradný postup NBS vo vzťahu k Družstvu. S poukazom na ustálenú judikatúru Najvyššieho súdu SR a ČR (rozhodnutia Najvyššieho súdu SR sp. zn. 4Cz 110/84, sp. zn. 4Cdo 199/2005, rozhodnutie Najvyššieho súdu ČR sp. zn. 25 Cdo 1404/2004)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Vzhľadom na to súd prvého stupňa uzavrel, že žalobkyňa sa ako bývalá členka Družstva, s ktorým bola v právnom vzťahu a z ktorého jej v prípade vystúpenia vzniklo právo na vyplatenie vyrovnacieho podielu, musí domáhať zaplatenia svojej pohľadávky voči A., keďže A. je vo vzťahu k nej v pozícii dlžníka/povinného, resp. osoby, ktorá je povinná žalobkyni vydať získaný prospech v podobe vyrovnacieho podielu. Žalobkyňa si síce uplatnila formou prihlášky v konkurze vyhlásenom na majetok A. pohľadávku voči A., avšak v čase rozhodovania súdu nepreukázala bezúspešnosť uplatňovania svojich práv voči A.. Žalobkyňa podľa súdu prvého stupňa nepreukázala ani nesprávny úradný postup žalovanej. Tento mal podľa nej spočívať v 1/ oneskorenom zistení neaktuálnosti údajov zahrnutých do Prospektu investície, a tým neplatnosti Prospektu investície a následnom oneskorení zakázania činnosti A., 2/ prijatí nedostatočných opatrení na nápravu protiprávneho stavu po zisteniach v Prerokovaní nedostatkov podľa zápisu z 24.8.2007 a v 3/ prijatí nedostatočných opatrení na nápravu protiprávneho stavu po zistení závažných pochybení obchodníka pri činnosti voči A.. V tomto smere súd prvého stupňa poukázal na to, že dohľad NBS nad činnosťou A. ako vyhlasovateľa verejnej ponuky majetkových hodnôt bol regulovaný zákonom č. 566/2001 Z.z.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A. tieto uviesť v dodatku Prospektu investície. Povinnosť aktualizácie Prospektu investície sa vzťahovala primárne na A., ktoré malo v takom prípade vypracovať dodatok Prospektu investície a predložiť ho na schválenie NBS. Ak štatutárny orgán A. nesplnil povinnosť a o nových významných skutočnostiach nepredložil dodatok k Prospektu investície, Národná banka Slovenska mohla tieto skutočnosti zistiť až s určitým časovým odstupom, najmä pri plnení zákonom uloženej periodickej informačnej povinnosti A.I.. Nemožno opomenúť, že štatutárny orgán 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A.. A. až do 15.04.2010, kedy požiadalo o preskúmanie postupu obchodníka s cennými papiermi, nesignalizovalo Národnej banke Slovenska zhoršenie jeho finančnej situácie, príp. nedostatky v činnosti obchodníka s cennými papiermi. Pri výkone dohľadu na mieste samom v dňoch 20. 4. do 6. 5. 2010 Národná banka Slovenska zistila zmeny v údajoch v Prospekte investície, ktoré by mohli ovplyvniť hodnotenie majetkových hodnôt, s následkom neaktuálnosti Prospektu investície, nie však jeho neplatnosti (ako sa mylne domnievala žalobkyňa), pretože zo žiadnych ustanovení zák. č. 566/2001 Z.z. nevyplýva neplatnosť Prospektu investície pre neaktuálnosť jeho údajov (tá sa vzťahuje len na Prospekt cenných papierov podľa § 123 zákona č. 566/2001 Z.z). Národná banka Slovenska vyzvala A. na predloženie žiadosti o schválenie dodatku Prospektu investície. Ako vyplýva z rozhodnutia NBS 26. 8. 2010 č. OPK-5664/1-5/2010, A. predmetnú žiadosť Národnej banke Slovenska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z 30. 5. 2011 č. V.-XXXXX-X/XXXX,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súd prvého stupňa poukázal na to, že predmetom konania je nesprávny úradný postup žalovanej, a nie obchodníka s cennými papiermi; preto v priamej príčinnej súvislosti s ním mohla vzniknúť škoda len A. a nie žalobkyni. Žalobkyňa nebola v žiadnom záväzkovom ani inom vzťahu s obchodníkom s cennými papiermi. Účastníkom takého vzťahu vzniknutého na základe zmluvy o riadení portfólia bolo len Družstvo a z tohto právneho vzťahu vyplývali práva a povinnosti len jeho účastníkom. Dohľad Národnej banky Slovenska bol limitovaný zákonom č. 566/2001 Z.z. a vzhľadom na to sa informácie a podklady, ktoré mala NBS zisťovať v rámci predmetu dohľadu podľa § 135 ods. 2 a § 137 ods. 2 zák. č. 747/2004 Z.z. vzťahovali výlučne ku konkrétnemu druhu dohliadaného subjektu, v danom prípade A. ako vyhlasovateľovi verejnej ponuky majetkových hodnôt so zohľadnením jemu zákonom vymedzených povinností. Zákon A. neukladal povinnosti v oblasti obmedzenia a rozloženia rizika, prípadne krytia rizika. Národná banka Slovenska na základe údajov o štruktúre majetku A. k 31.12.2005 a k 31.12.2006 síce zistila nedostatky v oblasti dodržiavania Prospektu investície, avšak podľa právnej úpravy platnej v danom období roka 2007 nemohla uložiť A.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A. prerokovala na stretnutí s členmi štatutárneho orgánu A. dňa 24.8.2007 a súčasne dala odporúčania na nápravu tohto stavu. Národná banka Slovenska v danom období (po 24.8.2007) nemohla pristúpiť k uloženiu peňažnej sankcie, pozastaviť alebo zakázať predaj majetkových hodnôt za nedodržiavanie Prospektu investície podľa § 144 ods. 4 zákona č. 566/2001 Z.z., ktoré oprávnenia použila pri zistení neaktuálnosti Prospektu investície po 1.6.2010. Z listinných dôkazov, najmä jednotlivých rozhodnutí NBS o uložení pokút vo výške 500.000,-Sk, resp. vo výške 300.000,-Sk (rozhodnutie z 8. 1. 2008 č. V. XXXX/ X/XXXX, resp. rozhodnutie z 20. 8. 2008 č. V.-XXXX-X/XXXX) je zrejmé, že Národná banka Slovenska sledovala aj činnosť obchodníka s cennými papiermi, pričom nebolo jej povinnosťou informovať A. o výsledných zisteniach. Zák.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A., ktoré malo všetky dostupné informácie o činnosti obchodníka, aby zabezpečilo priamu kontrolu plnenia jeho povinností a dohľad nad jeho činnosťou voči A.. V tomto smere potom nemožno zanedbať ani povinnosti samotnej žalobkyne, ktorá sa ako členka A. mala aktívne a včas zaujímať o svoje práva a ich výkon voči A. a jeho orgánom v zmysle zásady "práva patria bdelým" a zamedziť tak znehodnoteniu, príp. nevymožiteľnosti svojich majetkových a iných práv súvisiacich s A.. Pokiaľ žalobkyňa v konaní namietala, že na postup a povinnosti A. v súvislosti s Prospektom investícií sa vzťahuje smernica Európskeho parlamentu a Rady č. 2003/71/Es zo 4.11.2003 o prospekte, ktorý sa zverejňuje pri verejnej ponuke cenných papierov alebo ich prijatí na obchodovanie, a o zmene a doplnení smernice 2001/34/ES, súd prvého stupňa dal do pozornosti, že táto smernica bola transponovaná do zákona č. 566/2001 Z.z. (viď bod 7. zoznamu prebraných právne záväzných aktov EU) a týka sa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 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žalobkyňou označená smernica Európskeho parlamentu a Rady č. 2003/71/Es zo dňa 4.11.2003, sa primárne aplikuje na prospekt zverejňovaný pri verejnej ponuke cenných papierov a ich prijatí na obchodovanie. Napokon súd prvého stupňa zamietol návrh žalobkyne na prerušenie konania do právoplatného skončenia konania sp. zn. 19C 56/2011, keď ani tento nepovažoval za dôvodný. Súd prvého stupňa mal za to, že vykonal vo veci dostatočné dokazovanie a mal k dispozícii dostatok listinných dôkazov na posúdenie tvrdeného nesprávneho úradného postupu žalovanej. Uviedol, že predmetom prebiehajúceho konania je výlučne nesprávny úradný postup NBS vyplývajúci z dohľadu nad A., a nie nad obchodníkom s cennými papiermi, ktorý je predmetom súdneho konania sp. zn. 19C 56/2011, a preto dokazovanie nesprávneho úradného postupu v súdnom konaní sp. zn. 19C 56/2011 nepredstavuje takú právne relevantnú skutočnosť majúcu význam pre rozhodnutie súdu o veci. Vzhľadom na právny vzťah medzi žalobkyňou ako členkou A. O. A. nemá na preukázanie predpokladov zodpovednosti žalovanej za škodu vplyv prípadné zanedbanie dohľadu NBS nad obchodníkom s cennými papiermi, s ktorým bolo v záväzkovom vzťahu iba A.. Otázka existencie a vzniku škody A. je rovnako pre prejednávanú vec bezpredmetná, pretože úspech, prípadne neúspech A. ako účastníka súdneho konania sp. zn. 19C/56/2011 má význam len z hľadiska prebiehajúceho konkurzného konania, ktoré nie je toho času skončené a naďalej prebieha. O trovách konania súd prvého stupňa rozhodol podľa § 142 ods. 1 O.s.p. a ich náhradu úspešnej žalovanej nepriznal, pretože jej žiadne trovy nevznikli. Proti tomuto rozhodnutiu podala odvolanie žalobkyňa. Navrhla, aby odvolací súd napadnutý rozsudok zmenil tak, že žalobe vyhovie, alebo aby ho zrušil a vec vrátil súdu prvého stupňa na ďalšie konanie. Žalobkyňa má za to, že existoval dôvod prerušenia konania v prejednávanej veci sp. zn. 25C/216/2011, ako aj ďalších konaní vedených v súdnom oddelení 25 C podľa § 109 ods. 2 písm. c/ O.s.p. do skončenia konania sp. zn.19C/56/2011, predmetom ktorého je náhrada škody, ktorá vznikla samotnému družstvu, ktorého členom bola žalobkyňa. V prípade, že by sa v tomto konaní preukázal nesprávny úradný postup NBS pri výkone dohľadu nad obchodníkom s cennými papiermi, tak v konaní sp. zn. 25C/216/2011 by bolo dokazovanie v tomto smere nadbytočné. Je teda nehospodárne, aby na súde prebiehali dve paralelné, skutkovo i časovo súvisiace dokazovania, v ktorých by sa posudzoval nesprávny úradný postup NBS voči rovnakým dohľadaným subjektom. Pokračovanie v konaní v prejednávanej veci bez toho, aby súd prvého stupňa vyčkal na rozhodnutie súdu vo veci sp. zn. 19C/56/2011, by mohlo mať za následok nesprávne rozhodnutie vo veci a môže spôsobiť existenciu dôvodu na obnovu konania podľa ustanovenia § 228 ods. 1 O.s.p. Pokiaľ ide o vec samu, žalobkyňa namietla, že argument žalovanej, že NBS upozornila družstvo, že vykonávala dohľad nad činnosťou družstva ako vyhlasovateľa verejnej ponuky majetkových hodnôt podľa § 135 ods. 1 zák. č. 566/2001 Z.z.,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Z.z. Ku škode žalobkyne došlo v rámci porušenia zákonnej povinnosti žalovanej vykonávať zákonom stanovené povinnosti dohľadu a nie v dôsledku toho, že žalobkyňa nebola „bdelá“. Súd svojím výkladom umožňuje, aby došlo aj v budúcnosti k porušeniu zákona na úkor občanov, ktorí ako vhodné a zákonom chránené zhodnotenie ich finančných prostriedkov zvolia ich investovanie v rámci subjektov dohliadaných žalovanou. Takýmto rozhodnutím sa kladie znamienko rovná sa medzi investovaním do nebankových subjektov a investovaním prostredníctvom subjektov dohliadaných žalovanou. Povinnosťou NBS podľa § 137 ods. 2 zákona o cenných papierov je a bolo zisťovanie a vyhodnocovanie informácií a podkladov o skutočnostiach, ktoré sa týkajú dohliadaných subjektov aj ich činnosti, pričom podľa § 135 ods. 1 zákona, ktorý platí v tomto znení už od 1.5.2007,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P. H. O..I.., ktorý v tom čase akcionársky vlastnil obchodníka. Inými slovami, A. malo všetky peňažné prostriedky získané od žalobcov investované v subjekte personálne a majetkovo prepojenom s obchodníkom a A..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P. H. O..I.., P. W. I..W..V.. O. Z. N. I..W..V.., pričom posledné dve spoločnosti boli opäť 100 % dcérskymi spoločnosťami P. H. O..I.. a vo všetkých troch spoločnostiach bol navyše, či už členom predstavenstva alebo konateľom, X.. Q. Č., vtedajší predseda predstavenstva obchodníka. To znamená, že NBS aj naďalej akceptovala stav, že celé portfólio družstva je rozložené a investované do prepojených subjektov s P. H. O..I.. a obchodníkom. Následne v roku 2008 NBS vydala právoplatné sankčné rozhodnutie voči obchodníkovi, v ktorom konštatovala, že obchodník vo svojej činnosti, pre svojich klientov a v rámci nich aj výslovne pre družstvo, porušil zákon o cenných papieroch vo viacerých podstatných ohľadoch. Ani po vydaní tohto rozhodnutia NBS, okrem udelenej bezvýznamnej pokuty vo výške 10 000 euro,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NBS následne svojim postupom potvrdila tieto tvrdenia žalobkyne o tom, že družstvo ako aj obchodník dlhodobo porušovali zákon o cenných papieroch, keď NBS obchodníkovi odňala licenciu na činnosť 4.3.2011 a družstvu zakázala činnosť až v roku 2011. Tolerovala tak porušovanie právnych predpisov minimálne od roku 2008 do roku 2011. V ďalšom žalobkyňa poukazovala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A., boli neaktuálne už k 31.12.2006). Z uvedeného potom vyplynulo, že A.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žalobkyňa uviedla,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Žalobkyňa poukázala na to, že jej pohľadávka bola správcom popretá a vedie proti správcovi incidenčné žaloby, t. j. v danom konkurze ani viac ako 2 roky od jeho vyhlásenia nemajú ani len zistené pohľadávky, pričom správca sa navyše opakovane vyjadril, že nepredpokladá uspokojenie veriteľov v konkurze družstva 100 % v rozsahu resp., že šance na uspokojenie pohľadávok sú minimálne. Žalobkyňa napokon v odvolaní namietla, že zo zápisníc o pojednávaní pred prvostupňovým súdom vyplýva, že listinné dôkazy vyžiadané prvostupňovým súdom, resp. predložené účastníkmi konania v značnom počte a rozsahu, neboli riadne vykonané spôsobom ustanoveným v § 129 ods. 1 O.s.p. V tejto súvislosti žalobkyňa poukázala na rozhodnutie Najvyššieho súdu Slovenskej republiky sp. zn. 6 M Cdo 11/2010 z 31. januára 2012. Žalovaná vo vyjadrení k odvolaniu navrhla, aby odvolací súd napadnutý rozsudok ako vecne správny potvrdil. Odvolací súd, ktorý bol viazaný rozsahom a dôvodmi odvolania (§ 212 ods. 1 O.s.p.), preskúmal napadnutý rozsudok, prejednal odvolanie bez nariadenia pojednávania a dospel k záveru, že odvolanie nie je dôvodné. Zák.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stotožňuje so záverom súdu prvého stupňa, že v konaní nebolo preukázané, že by žalovaná nesprávne úradne postupovala tým, že riadne nevykonávala bankový dohľad nad uvedenými subjektmi. V tejto súvislosti treba poukázať na to, že zákonom č. 129/2010 Z.z. účinným od 1.6.2010 bol novelizovaný zák. č. 566/2001 Z.z. tak, že § 129 zák. č. 566/2001 Z.z. bol doplnený odsekom 3, podľa ktorého boli povinnosti vyhlasovateľa verejnej ponuky majetkových hodnôt rozšírené o povinnosť dodržiavať schválený prospekt investícií. To znamená, že družstvo PDSI ako vyhlasovateľ verejnej ponuky majetkových hodnôt malo až od 1.6.2010 zákonom stanovenú povinnosť dodržiavať schválený Projekt investícií a až od tohto termínu teda mohla NBS dohliadať, či družstvo PDSI dodržiava schválený Projekt investícií. Do 1. 6. 2010 NBS takýto dohľad nemohla vykonávať vzhľadom na čl. 2 ods. 2 Ústavy SR, podľa ktorého štátne orgány môžu konať iba na základe ústavy, v jej medziach a rozsahu a spôsobom, ktorý ustanoví zákon. Povinnosť aktualizovať projekt investície podľa § 125c ods. 1 v spojení s § 127 ods. 4 zák. č. 566/2001 Z.z. bola stanovená vyhlasovateľovi verejnej ponuky majetkových hodnôt až od 1. 1. 2009 a to na základe novelizovaného ust. § 127 ods. 4 (novela zákona č. 566/2001 Z.z. účinná od 1.1.2009). Za úplnosť a pravdivosť skutočností uvedených v Prospekte investície vždy zodpovedal štatutárny zástupca vyhlasovateľa verejnej ponuky majetkových hodnôt (§ 128 ods. 1 písm. h/ zák. č. 566/2001 Z.z.). Rovnako za dodržiavanie Projektu investície družstva PDSI zodpovedal jeho štatutárny orgán, ktorým bolo predstavenstvo družstva. Zák. č. 566/2001 Z.z. neukladal vyhlasovateľom verejnej ponuky majetkových hodnôt a teda ani družstvu PDSI žiadne povinnosti v oblasti obmedzovania a rozloženia, resp. krytia rizík. Preto tieto neexistujúce povinnosti NBS ani nemohla kontrolovať. NBS mohla kontrolovať iba to, či družstvo PDSI plní informačné povinnosti v zmysle § 126 až 130 zák. č. 566/2001 Z.z. (tieto ustanovenia boli zrušené ku dňu 22.7.2013 zákonom č. 206/2013 Z.z.). NBS nevykonávala dohľad nad finančnými ukazovateľmi družstva PDSI, keďže takéto oprávnenie jej zo zák. č. 566/2001 Z.z. nevyplývalo. Správnosť finančných ukazovateľov družstva PDSI mohol potvrdiť iba auditor. V neposlednom rade treba vziať do úvahy, že žalobkyňa sa stala členkou družstva PDSI až v júni roku 2007. To znamená, že žalobcom tvrdený nesprávny úradný postup žalovanej v roku 2006 (pričom išlo o rozhodujúce údajné porušenie povinností žalovanej, kedy táto zistila, že družstvo porušuje prospekt investícií v údajoch o majetkových aktívach) nie je v časovej a vecnej súvislosti so vznikom škody. V tejto súvislosti odvolací súd poukazuje na to, že v rokoch 2010 - 2011 NBS vo vzťahu k tomuto družstvu vydala viaceré rozhodnutia, ktoré nesvedčia o tom, že by bola nečinná. O nečinnosti NBS rovnako nesvedčia ani ďalšie jej kroky z predchádzajúceho obdobia (viď zápis z prerokovania problémov a nezrovnalostí z 24.8.2007, rozhodnutie z 8.1.2008 č. V.-XXXX/X/XXXX, ktorým bola spoločnosti P. X., V..P..N.., O.. I.. uložená pokuta 500 000 Sk, rozhodnutie z 20. 8. 2008 č. V.-XXXX-X/XXXX, ktorým bola tej istej spoločnosti uložená pokuta 300 000 Sk). Ak sa žalobkyňa bráni tým, že investovala do družstva v dobrej viere, že jeho činnosť podlieha bankovému dohľadu zo strany žalovanej, treba vychádzať zo skutočností, ktoré tu boli v čase jej vstupu do družstva (hoci sama nevedela preukázať, kedy k tomu došlo).Zo zápisu z prerokovania problémov a nezrovnalostí v činnosti PDSI a jeho dcérskych spoločností zo dňa 24.8.2007 vyplynulo, že R. ešte listom zo dňa 25.4.2007 si vyžiadala od týchto spoločností štruktúru majetku k 31.12.2005 a 31.12.2006. Následne v rámci svojej pôsobnosti na spoločnom stretnutí dňa 24. 8. 2007 upozornila zástupcov PDSI, že družstvo má z hľadiska rizikovosti portfólia nedostatočne rozložené portfólio, ktoré bolo tvorené len zmenkou jediného emitenta a to spoločnosti CI holding a.s., ktorý v tom čase akcionársky vlastnil obchodníka s CP a navrhla potrebné riešenia tejto situácie (okrem iných napr. vytvoriť portfólio jednotlivých družstiev nerizikovými dlhopismi, napríklad štátnymi dlhopismi vydanými Ministerstvom financií SR). Zástupcovia PDSI však uvedené závery a odporúčania NBS odmietli akceptovať. Zdôraznili, že vytýkané nedostatky žalovanou považujú len za odporúčanie a nie uloženie povinnosti družstvám týkajúcich sa ich investičnej stratégie. K požiadavke NBS týkajúcej sa nadobudnutia finančných nástrojov aj od iných subjektov ako subjektov nachádzajúcich sa v skupine CI holding a.s. zástupcovia PDSI uviedli, že tento postup považujú vzhľadom na nastavený a úspešne vykonávaný systém investovania za problematický. Zdôrazňovali, že z ekonomického hľadiska je pre družstvá výhodnejšie investovať peňažné prostriedky do spoločnosti v rámci skupiny P. H. O..I.. Z toho je zrejmé, že NBS už začiatkom roka 2007 (vyžiadaním si a preverením štruktúry majetku PDSI), ale aj následne, a to v rozsahu oprávnení daných jej zákonom, vykonávala nad činnosťou PDSI riadny dohľad, keď včas upozornila jeho predstaviteľov na zistené nedostatky v jeho činnosti resp. na rizikovosť rozloženia portfólia družstva. Zástupcovia Družstva nielenže neprijali odporúčané opatrenia navrhnuté žalovanou, ale oneskorene ukončili aj zmluvu o riadení portfólia uzavretú medzi A. a obchodníkom s CP, v dôsledku čoho majetok družstva ním spravovaný nebol družstvu odovzdaný. Odvolací súd má za to, že A. za danej situácie (ak sa odmietlo riadiť odporúčaniami NBS) malo riadne informovať svojich členov o vytýkaných nedostatkoch v hospodárení a nemalo prijímať členské vklady od ďalších členov resp. malo existujúcich členov upozorniť na riziká vytýkané žalovanou a umožniť im v tom čase sa rozhodnúť o ďalšom zotrvaní v družstve. Ak tak napriek tomu nekonalo a prijímalo ďalšie členské vklady a zároveň sa zaväzovalo vyplatiť aj budúce výnosy, tak novým ako aj existujúcim členom, uvádzalo nových členov a s nimi aj žalobkyňu do omylu, keďže už v tom čase mu muselo byť známe, že žalobkyni majetkový vklad vrátane výnosu nebude schopné v budúcnosti vyplatiť. Príčinou vzniku škody teda podľa názoru odvolacieho súdu nebol nedostatok bankového dohľadu, ale absencia prijatia potrebných opatrení zo strany predstaviteľov A., ktorými by sa kontrolovala činnosť obchodníka s cennými papiermi, ako aj neprijatie opatrení predstaviteľmi družstva po tom, čo ich na nedostatky v hospodárení s majetkom družstva riadne informovala NBS na spoločnom stretnutí. K odvolacej námietke žalobkyne týkajúcej sa procesného pochybenia súdu prvého stupňa, ktorý na pojednávaní nevykonal dokazovanie listinnými dôkazmi predpísaným spôsobom, odvolací súd uvádza, že podľa § 129 ods. 1 O.s.p. dôkaz listinou sa vykoná tak, že predseda senátu alebo samosudca na pojednávaní listinu alebo jej časť prečíta, alebo oznámi jej obsah. V prejednávanej veci z obsahu zápisníc z pojednávaní pred prvostupňovým súdom vyplýva, že účastníci boli súdom riadne oboznámení s obsahom založených listinných dôkazov. Sami účastníci na pojednávaní konanom dňa 2.10.2013 zhodne vyhlásili, že obsahy všetkých listinných dôkazov, ktoré sú založené v spise sú im známe, pričom súd čítaním oboznámil účastníkov konania o rozsahu založených listinných dôkazov v spise. Napokon súd prvého stupňa vykonal dokazovanie predpísaným spôsobom, keď na pojednávaní konanom dňa 2.10.2013 oboznámil prítomných účastníkov s obsahom všetkých relevantných listinných dôkazov, čo nepochybne vyplýva z obsahu zápisnice z pojednávania. Táto odvolacia námietka žalobcu teda neobstojí. Napokon dôvodný nebol ani návrh na prerušenie konania podľa § 109 ods. 2 písm. c/ O.s.p. do skončenia konania vedeného na Okresnom súde Bratislava 1 pod sp. zn. 19C/56/2011. V tejto súvislosti odvolací súd poukazuje na to, že predmetom v konania sp. zn. 19C/56/2011 je náhrada škody, ktorá vznikla družstvu PDSI, pričom otázka existencie nesprávneho úradného postupu žalovanej je len jedným z predpokladov úspešnosti nároku a táto otázka sa v uvedenom konaní rieši iba prejudiciálne (táto skutočnosť - existencia/neexistencia nesprávneho úradného postupu - sa neprejaví vo výroku rozhodnutia súdu, preto nie je pre súd v prejednávanej veci záväzná -§ 159 ods. 2 O.s.p.). Posúdenie existencie/neexistencie nesprávneho úradného postupu je len jedným z predpokladov pre vznik nároku na náhradu škody. Ďalším z predpokladov je existencia samotnej škody, ktorá v posudzovaných súdnych sporoch vychádza z rozdielnych skutkových okolností. Kým v prejednávanej veci sa žalobkyňa domáha náhrady škody pozostávajúcej z peňažných prostriedkov, ktoré vložila do družstva a z ich zhodnotenia, v konaní sp. zn. 19C/56/2011 je škoda odôvodňovaná výškou základného imania družstva, zhodnotením portfólia ako aj peňažnými prostriedkami za predané krátkodobé a dlhodobé zmenky spolu s ušlým ziskom. Z toho je teda zrejmé, že dokazovanie ohľadom týchto skutočností je v oboch súdnych konaniach rozdielne. Ak v konaní sp. zn. 19C/56/2011 nebude existencia škody preukázaná, žaloba bude zamietnutá bez ohľadu na to, či došlo alebo nedošlo k nesprávnemu úradnému postupu žalovaného. Z toho vyplýva, že vyriešenie len jedného z viacerých zákonných predpokladov vzniku nároku na náhradu škody (len posúdenie čiastkovej otázky - existencie nesprávneho úradného postupu) v konaní sp. zn. 19C/56/2011 nemôže byť dôvodom prerušenia konania v prejednávanej veci, keďže toto čiastkové posúdenie sa nepremietne do výroku rozhodnutia súdu resp. ďalšie zákonné predpoklady na vznik nároku na náhradu škody (škoda a príčinná súvislosť) môžu byť posúdené v konaní sp. zn. 19C/56/2011 odlišne. Z uvedeného vyplýva, že rozsudok súdu prvého stupňa vecne správny a preto ho odvolací súd potvrdil podľa § 219 ods. 1 O.s.p. O trovách odvolacieho konania odvolací súd rozhodol podľa § 142 ods. 1 v spojení s § 224 ods. 1 O.s.p. a ich náhradu úspešnej žalovanej nepriznal, pretože jej v odvolacom konaní žiadne trovy nevznikli. Napadnutým uznesením z 3.1.2014 č. k. 25C/216/2011-246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Odvolanie odôvodnila tým, že poplatok za odvolanie nie je povinná zaplatiť vzhľadom na ust. § 18ca zák. č. 71/1992 Zb. Odvolací súd, ktorý bol viazaný rozsahom a dôvodmi odvolania (§ 212 ods. 1 O.s.p.), preskúmal napadnuté uznesenie, prejednal odvolanie bez nariadenia pojednávania podľa § 214 ods. 2 O.s.p. a dospel k záveru, že odvolanie nie je dôvodné. Pol. 7a Sadzobníka súdnych poplatkov, ktorý tvorí prílohu zákona č. 71/1992 Zb., bola do sadzobníka vložená novelou zák. č. 71/1992 Zb. vykonanou zákonom č. 286/2012 Z. z., ktorý nadobudol účinnosť dňa 1.10.2012. Súčasne bol touto novelou do zák. č. 71/1992 Zb. vložený § 18ca, podľa ktorého z úkonov navrhnutých alebo za konania začaté do 30.9.2012 sa vyberajú poplatky podľa predpisov účinných do 30.9.2012, i keď sa stanú splatnými po 30. septembri 2012. Konanie o náhradu škody podľa zák. č. 514/2003 Z.z. nebolo do 30.9.2012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na súd prvého stupňa dňa 20.11.2013. Odvolacie konanie sa teda začalo za účinnosti zák. č. 71/1992 Zb. v znení zák. č. 286/2012 Z.z. Preto je žalobkyňa povinná zaplatiť poplatok za odvolanie v zmysle pol. 7a Sadzobníka súdnych poplatkov vo výške 20 eur. Zákonom č. 286/2012 Z.z. totiž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1.10.2012 oslobodené od súdnych poplatkov. Z týchto dôvodov odvolací súd napadnuté uznesenie potvrdil podľa § 219 ods. 1 O.s.p. Poučenie: Proti tomuto rozsudku nie je prípustné odvolanie.</w:t>
      </w:r>
    </w:p>
    <w:p/>
    <w:p>
      <w:r>
        <w:t>Zdroj: KAUZIS.SK – https://www.kauzis.sk/judikatura/r/ECLI:SK:KSBA:2014:1111244941.1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