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4To/48/2014 z 9. 4. 2014</w:t>
      </w:r>
    </w:p>
    <w:p>
      <w:r>
        <w:t>Rozhodnutie Krajského súdu Bratislava z 9. apríla 2014, sp. zn. 4To/48/2014, ECLI:SK:KSBA:2014:1112010708.2</w:t>
      </w:r>
    </w:p>
    <w:p>
      <w:r>
        <w:t>Súd: Krajský súd Bratislava</w:t>
      </w:r>
    </w:p>
    <w:p>
      <w:r>
        <w:t>Spisová značka: 4To/48/2014</w:t>
      </w:r>
    </w:p>
    <w:p>
      <w:r>
        <w:t>ECLI: ECLI:SK:KSBA:2014:1112010708.2</w:t>
      </w:r>
    </w:p>
    <w:p>
      <w:r>
        <w:t>Dátum vydania: 9. 4. 2014</w:t>
      </w:r>
    </w:p>
    <w:p>
      <w:r>
        <w:t>Forma: Rozhodnutie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Bratislava Spisová značka: 4To/48/2014 Identifikačné číslo súdneho spisu: 1112010708 Dátum vydania rozhodnutia: 10. 04. 2014 Meno a priezvisko sudcu, VSÚ: JUDr. Karol Kováč ECLI: ECLI:SK:KSBA:2014:1112010708.2 Rozhodnutie r o z h o d o l :</w:t>
      </w:r>
    </w:p>
    <w:p/>
    <w:p>
      <w:r>
        <w:t>Zdroj: KAUZIS.SK – https://www.kauzis.sk/judikatura/r/ECLI:SK:KSBA:2014:1112010708.2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