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9Co/569/2014 z 29. 9. 2014</w:t>
      </w:r>
    </w:p>
    <w:p>
      <w:r>
        <w:t>Uznesenie Krajského súdu Bratislava z 29. septembra 2014, sp. zn. 9Co/569/2014, ECLI:SK:KSBA:2014:1112227059.2</w:t>
      </w:r>
    </w:p>
    <w:p>
      <w:r>
        <w:t>Súd: Krajský súd Bratislava</w:t>
      </w:r>
    </w:p>
    <w:p>
      <w:r>
        <w:t>Spisová značka: 9Co/569/2014</w:t>
      </w:r>
    </w:p>
    <w:p>
      <w:r>
        <w:t>ECLI: ECLI:SK:KSBA:2014:1112227059.2</w:t>
      </w:r>
    </w:p>
    <w:p>
      <w:r>
        <w:t>Dátum vydania: 29. 9. 2014</w:t>
      </w:r>
    </w:p>
    <w:p>
      <w:r>
        <w:t>Forma: Uznesenie</w:t>
      </w:r>
    </w:p>
    <w:p>
      <w:r>
        <w:t>Oblasť práva: Občianske právo</w:t>
      </w:r>
    </w:p>
    <w:p>
      <w:pPr>
        <w:pStyle w:val="Heading2"/>
      </w:pPr>
      <w:r>
        <w:t>Text rozhodnutia</w:t>
      </w:r>
    </w:p>
    <w:p>
      <w:r>
        <w:t>Súd: Krajský súd Bratislava Spisová značka: 9Co/569/2014 Identifikačné číslo súdneho spisu: 1112227059 Dátum vydania rozhodnutia: 30. 09. 2014 Meno a priezvisko sudcu, VSÚ: JUDr. Roman Huszár ECLI: ECLI:SK:KSBA:2014:1112227059.2 Uznesenie Krajský súd v Bratislave v právnej veci navrhovateľa: M. O., D.. XX.XX. XXX N. F. Č.. X N. zastúpený: Advokátska kancelária FUTEJ &amp; Partners, s.r.o., Radlinského č. 2, Bratislava, IČO: 35 955 341, proti odporcovi: Slovenská republika, zastúpená Národnou bankou Slovenska, Imricha Karvaša č. 1, Bratislava, IČO: 30 844 789, o náhradu škody spôsobenej nesprávnym úradným postupom, na odvolanie navrhovateľa proti uzneseniu Okresného súdu Bratislava I zo dňa 25. augusta 2014, č. k. 4C/156/2012 - 165, takto r o z h o d o l : Odvolací súd napadnuté uznesenie súdu prvého stupňa p o t v r d z u j e . o d ô v o d n e n i e : Napadnutým uznesením súd prvého stupňa uložil navrhovateľovi povinnosť zaplatiť v lehote desať dní súdny poplatok za odvolanie v sume 20,- eur s poukazom na položkou 7a Sadzobníka súdnych poplatkov zák. č. 71/1992 Zb. o súdnych poplatkoch a poplatku za výpis z registra trestov. Uznesenie odvolaním v zákonom stanovenej lehote napadol navrhovateľ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Krajský súd v Bratislave ako súd odvolací súd preskúmal vec podľa § 212 ods. 1 O. s. p. bez nariadenia odvolacieho pojednávania podľa § 214 ods. 2 O. s. 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eur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20.08. 2012 domáhal náhrady škody podľa zák. č. 514/2003 Z. z., o návrhu ktorom bolo rozsudkom zo dňa 17. 03. 2014 súdom prvého stupňa rozhodnuté. Navrhovateľ dňa 11. 04 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Ak prvostupňový súd vyzval navrhovateľa na zaplatenie súdneho poplatku za odvolanie proti rozsudku podané dňa 11. apríla 2014 postupoval vecne správne, v dôsledku čoho odvolací podľa § 219 ods. 1 a 2 O.s.p. uznesenie súdu prvého stupňa ako vecne správne potvrdil.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https://www.kauzis.sk/judikatura/r/ECLI:SK:KSBA:2014:1112227059.2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