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2Cob/4/2014 z 20. 2. 2014</w:t>
      </w:r>
    </w:p>
    <w:p>
      <w:r>
        <w:t>Uznesenie Krajského súdu Bratislava z 20. februára 2014, sp. zn. 2Cob/4/2014, ECLI:SK:KSBA:2014:1113228767.1</w:t>
      </w:r>
    </w:p>
    <w:p>
      <w:r>
        <w:t>Súd: Krajský súd Bratislava</w:t>
      </w:r>
    </w:p>
    <w:p>
      <w:r>
        <w:t>Spisová značka: 2Cob/4/2014</w:t>
      </w:r>
    </w:p>
    <w:p>
      <w:r>
        <w:t>ECLI: ECLI:SK:KSBA:2014:1113228767.1</w:t>
      </w:r>
    </w:p>
    <w:p>
      <w:r>
        <w:t>Dátum vydania: 20. 2. 2014</w:t>
      </w:r>
    </w:p>
    <w:p>
      <w:r>
        <w:t>Forma: Uznesenie</w:t>
      </w:r>
    </w:p>
    <w:p>
      <w:r>
        <w:t>Oblasť práva: Obchodné právo</w:t>
      </w:r>
    </w:p>
    <w:p>
      <w:pPr>
        <w:pStyle w:val="Heading2"/>
      </w:pPr>
      <w:r>
        <w:t>Text rozhodnutia</w:t>
      </w:r>
    </w:p>
    <w:p>
      <w:r>
        <w:t>Súd: Krajský súd Bratislava Spisová značka: 2Cob/4/2014 Identifikačné číslo súdneho spisu: 1113228767 Dátum vydania rozhodnutia: 21. 02. 2014 Meno a priezvisko sudcu, VSÚ: JUDr. Lenka Praženková ECLI: ECLI:SK:KSBA:2014:1113228767.1 Uznesenie Krajský súd v Bratislave v právnej veci navrhovateľa: Euro MAX Slovakia, a.s., so sídlom Ferka Urbánka 9, 917 01 Trnava, IČO: 36 265 187, zast. Ulianko &amp; partners, s.r.o., Nám. SNP 27, 960 01 Zvolen, IČO: 36 856 517, proti odporcovi: PIZZA PAZZA s.r.o., so sídlom Lazaretská 19, 811 08 Bratislava, IČO: 45 235 210, zast. JUDr. Milan Čápka, advokát, Grösslingová 6-8, 811 09 Bratislava, o zaplatenie 2.160,-- eur, o odvolaní odporcu proti uzneseniu Okresného súdu Bratislava I č.k. 28Cb/4/2013-26 zo dňa 29.11.2013 v časti výroku o trovách konania takto r o z h o d o l : Krajský súd v Bratislave uznesenie Okresného súdu Bratislava I č.k. 28Cb/4/2013-26 zo dňa 29.11.2013 vo výroku o trovách konania m e n í tak, že navrhovateľ je p o v i n n ý zaplatiť odporcovi náhradu trov právneho zastúpenia v prvostupňovom konaní vo výške 198,20 eura, a to do 3 dní od právoplatnosti tohto uznesenia k rukám právneho zástupcu odporcu . Navrhovateľ je ďalej p o v i n n ý zaplatiť odporcovi náhradu trov právneho zastúpenia v odvolacom konaní vo výške 53,46 eura, a to do 3 dní od právoplatnosti tohto uznesenia k rukám právneho zástupcu odporcu. o d ô v o d n e n i e : Navrhovateľ sa návrhom doručeným prvostupňovému súdu dňa 28.08.2013 domáhal vydať rozhodnutie, ktorým by súd zaviazal odporcu na zaplatenie 2.160,-- eur a náhradu trov konania. Súd prvého stupňa vo veci vydal platobný rozkaz zo dňa 05.11.2013, č.k. 34Rob/196/2013-22, ktorý bol právnemu zástupcovi navrhovateľa a aj odporcovi doručený dňa 15.11.2013. Navrhovateľ podaním doručeným súdu prvého stupňa dňa 22.11.2013 vzal návrh na začatie konania späť v celom rozsahu bez uvedenia dôvodu a žiadal konanie zastaviť. Navrhol žiadnemu z účastníkov nepriznať právo na náhradu trov konania a vrátiť navrhovateľovi zaplatený súdny poplatok. Súd prvého stupňa napadnutým uznesením platobný rozkaz vydaný súdom prvého stupňa zrušil, konanie zastavil v zmysle § 174 ods. 5 O.s.p. a vrátil navrhovateľovi súdny poplatok v zmysle § 11 ods. 3, 4 a 6 zákona č. 71/1992 Zb. o súdnych poplatkoch a poplatku za výpis z registra trestov v platnom znení. O trovách konania súd rozhodol podľa § 146 ods. 1 písm. c) O.s.p., teda, že žiaden z účastníkov nemá právo na náhradu trov konania, nakoľko na použitie výnimky ustanovenej v § 146 ods. 2 O.s.p. nie je dôvod, keďže navrhovateľ si náhradu trov neuplatnil a odporcovi žiadne trovy v súvislosti s týmto konaním nevznikli. Proti uzneseniu v časti výroku o trovách konania podal v zákonnej lehote odvolanie odporca z dôvodu, že výrok o trovách konania v napadnutom uznesení a jeho odôvodnenie vychádza z nesprávneho právneho posúdenia veci. Uviedol, že vydaný platobný rozkaz mu bol doručený dňa 15.11.2013 a na základe tejto skutočnosti mu začala plynúť zákonná 15-dňová lehota na podanie odporu proti platobnému rozkazu. Dňa 25.11.2013 podal odporca odpor proti predmetnému platobnému rozkazu, v ktorom okrem iného namietal aktívnu legitimáciu navrhovateľa, pričom v petite odporu žiadal, aby bol navrhovateľ zaviazaný na zaplatenie trov konania a trov právneho zastúpenia. Odporca zároveň vyčíslil trovy právneho zastúpenia, na ktoré mu v prvostupňovom konaní vznikol nárok, a to za dva úkony právnej služby - prevzatie a príprava zastúpenia a podanie odporu proti platobnému rozkazu, za každý si uplatnil odmenu vo výške 91,29 eura podľa § 10 ods. 1 a § 13a ods. 1 vyhlášky Ministerstva spravodlivosti SR č. 655/2004 Z.z. o odmenách a náhradách advokátov za poskytovanie právnych služieb. Zároveň si uplatnil aj 2x režijný paušál po 7,81 eura. Odporca vyjadril nesúhlas s tvrdením súdu prvého stupňa v napadnutom uznesení, že pri rozhodnutí o trovách konania nie je dôvod na použitie výnimky ustanovenej v § 146 ods. 2 O.s.p. Poukázal na to, že po doručení platobného rozkazu podal proti nemu odpor datovaný dňa 21.11.2013, ktorý bol podaný na poštovú prepravu dňa 25.11.2013. O späťvzatí návrhu zo strany navrhovateľa doručenom súdu dňa 22.11.2013 sa dozvedel až z napadnutého uznesenia, t.j. dňa 5.12.2013, pričom navrhovateľ ho o späťvzatí návrhu na začatie konania neinformoval. Podľa odporcu je zrejmé, že v predmetnom konaní zavinil zastavenie konania navrhovateľ, nakoľko zobral svoj návrh na začatie konania na základe svojho rozhodnutia v celom rozsahu späť, pričom toto späťvzatie ani neodôvodnil. Odporca podotkol, že z jeho strany nedošlo k zaplateniu žalovanej sumy ani k žiadnemu inému úkonu, ktorý by spôsobil, že navrhovateľ vzal svoj návrh na začatie konania späť. Odporca má teda za to, že navrhovateľ zavinil, že predmetné konanie sa muselo zastaviť, a preto by mal byť v súlade s § 146 ods. 2 O.s.p. zaviazaný nahradiť odporcovi trovy konania. Odporca žiadal, aby odvolací súd uznesenie súdu prvého stupňa v napadnutej časti zmenil tak, že zaviaže navrhovateľa na náhradu trov konania pozostávajúcich z trov právneho zastúpenia vo výške 198,20 eura. Zároveň žiadal, aby odvolací súd zaviazal navrhovateľa na zaplatenie trov odvolacieho konania vo výške 53,46 eura. Navrhovateľ vo vyjadrení k odvolaniu navrhol, aby odvolací súd napadnuté uznesenie potvrdil ako vecne a právne správne. Uviedol, že s rozhodnutím prvostupňového súdu o trovách konania sa v plnom rozsahu stotožňuje a považuje ho za vecne správne a spravodlivé. Poukázal na to, že odporca podal odpor až po späťvzatí návrhu, a teda mu trovy konania nevznikli. Krajský súd v Bratislave ako súd odvolací prejednal vec podľa § 212 ods. 1 O.s.p. bez nariadenia pojednávania v zmysle § 214 ods. 2 O.s.p.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Odvolací súd poukazuje na to, že o trovách konania mal súd prvého stupňa rozhodnúť v zmysle § 146 ods. 2 prvá veta O.s.p., keďže navrhovateľ späťvzatím návrhu bez uvedenia dôvodu zavinil, že konanie sa muselo zastaviť, a zároveň zo strany odporcu nedošlo k zaplateniu žalovanej sumy ani k žiadnemu inému úkonu, ktorý by bol dôvodom na späťvzatie návrhu zo strany navrhovateľa. Odvolací súd tiež uvádza, že súd prvého stupňa vydal rozhodnutie o zrušení platobného rozkazu a zastavení konania dňa 29.11.2013, pričom odporca podal proti predmetnému platobnému rozkazu odpor dňa 26.11.2013, čím došlo k zrušeniu platobného rozkazu zo zákona (§ 174 ods. 2 O.s.p.). V tomto odpore si odporca uplatnil náhradu trov konania. Odvolací súd konštatuje, že k uplatneniu práva na náhradu trov konania došlo ešte pred vydaním napadnutého uznesenia, a preto mal súd prvého stupňa uplatnenie trov konania zohľadniť pri svojom rozhodovaní podľa § 151 ods. 1 O.s.p. v spojení s ust. § 146 ods. 2 O.s.p.. Keďže trovy neboli v odpore špecifikované, mal súd prvého stupňa podľa § 151 ods. 4 O.s.p. odporcu vyzvať na ich špecifikáciu. Ustanovenie § 146 ods. 2 O.s.p. vyjadruje totiž zodpovednosť za zavinenie účastníka, ktorého procesný úkon mal za následok zastavenie konania. Otázka zavinenia sa však hodnotí iba podľa procesného výsledku. Na použitie výnimky uvedenej v § 146 ods. 2 O.s.p. boli v danom prípade splnené podmienky, pretože zastavenie konania svojim procesným úkonom - späťvzatím návrhu - zapríčinil navrhovateľ, keď toto späťvzatie nebolo vyvolané správaním sa odporcu. Odvolací súd dospel k záveru , že uznesenie v napadnutej časti nie je možné pre jeho nesprávnosť potvrdiť a nie sú tu ani dôvody pre jeho zrušenie a vrátenie veci súdu prvého stupňa. Vzhľadom k tomu odvolací súd uznesenie súdu prvého stupňa v napadnutej časti podľa § 220 O.s.p. zmenil tak, že odporcovi náhradu trov prvostupňového konania priznal. Odporca si náhradu trov prvostupňového konania uplatnil v podanom odpore proti platobnému rozkazu a v podanom odvolaní trovy prvostupňového konania vyčíslil a špecifikoval vo výške 198,20 eura. Z tohto dôvodu odvolací súd už odporcu na špecifikáciu trov prvostupňového konania nevyzýval podľa § 151 ods. 4 O.s.p. Trovy odporcovi vznikli ako trovy právneho zastúpenia za dva úkony právnej služby - prevzatie a príprava zastúpenia a podanie odporu proti platobnému rozkazu, odmena za každý 91,29 eura podľa § 10 ods. 1 a § 13a ods. 1 vyhlášky Ministerstva spravodlivosti SR č. 655/2004 Z.z. o odmenách a náhradách advokátov za poskytovanie právnych služieb + 2x režijný paušál po 7,81 eura (§ 16 ods. 3 cit. vyhl.), čo sú spolu trovy právneho zastúpenia vo výške 198,20 eura. Keďže náhrada trov konania bola uplatnená v správnej výške, odvolací súd ich odporcovi priznal v celom rozsahu. O náhrade trov odvolacieho konania odvolací súd rozhodoval podľa § 224 ods. 1 O.s.p. v spojení s § 142 ods. 1 O.s.p., pretože odporca mal v odvolacom konaní plný úspech, preto mu vzniklo voči navrhovateľovi právo na náhradu trov odvolacieho konania. Odporca si náhradu trov odvolacieho konania uplatnil v podanom odvolaní vo výške 53,46 eura. Tieto trovy odporcovi vznikli ako trovy právneho zastúpenia za jeden úkon právnej služby - odvolanie proti uzneseniu - odmena 1 z 91,29 eura, t.j. 45,65 eura v súlade s § 10 ods. 1 a § 13a ods. 2 písm. b) vyhl. č. 655/2004 Z.z. + 1x paušálna náhrada vo výške 7,81 eura (§ 16 ods. 3 vyhl. č. 655/2004 Z.z.), čo sú spolu trovy právneho zastúpenia vo výške 53,46 eura. Priznanú náhradu trov prvostupňového i odvolacieho konania je navrhovateľ povinný zaplatiť podľa § 149 ods. 1 O.s.p. právnemu zástupcovi odporcu. Toto rozhodnutie je výsledkom hlasovania v senáte pomerom hlasov 3 za : 0 proti. Poučenie: Proti tomuto uzneseniu odvolanie nie je prípustné.</w:t>
      </w:r>
    </w:p>
    <w:p/>
    <w:p>
      <w:r>
        <w:t>Zdroj: KAUZIS.SK – https://www.kauzis.sk/judikatura/r/ECLI:SK:KSBA:2014:1113228767.1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